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2409"/>
        <w:gridCol w:w="3212"/>
      </w:tblGrid>
      <w:tr w:rsidR="00AE19E3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AE19E3" w:rsidRDefault="00AE19E3">
            <w:pPr>
              <w:keepNext/>
              <w:jc w:val="center"/>
              <w:rPr>
                <w:i/>
                <w:color w:val="595959"/>
              </w:rPr>
            </w:pPr>
            <w:r>
              <w:rPr>
                <w:i/>
                <w:color w:val="595959"/>
              </w:rPr>
              <w:t>siglă / stemă</w:t>
            </w:r>
          </w:p>
          <w:p w:rsidR="00AE19E3" w:rsidRDefault="00AE19E3">
            <w:pPr>
              <w:keepNext/>
              <w:jc w:val="center"/>
            </w:pPr>
            <w:r w:rsidRPr="00AE19E3">
              <w:rPr>
                <w:i/>
                <w:color w:val="595959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88265</wp:posOffset>
                  </wp:positionH>
                  <wp:positionV relativeFrom="paragraph">
                    <wp:posOffset>193675</wp:posOffset>
                  </wp:positionV>
                  <wp:extent cx="770255" cy="1092200"/>
                  <wp:effectExtent l="19050" t="0" r="0" b="0"/>
                  <wp:wrapNone/>
                  <wp:docPr id="1" name="Picture 2" descr="stema ALBESTI PALEOLOG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ema ALBESTI PALEOLOG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255" cy="109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AE19E3" w:rsidRDefault="00AE19E3" w:rsidP="00B4442D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 xml:space="preserve">Județul </w:t>
            </w:r>
          </w:p>
          <w:p w:rsidR="00AE19E3" w:rsidRPr="00F67A63" w:rsidRDefault="00AE19E3" w:rsidP="00B4442D">
            <w:pPr>
              <w:keepNext/>
            </w:pPr>
            <w:r w:rsidRPr="00F67A63">
              <w:rPr>
                <w:b/>
              </w:rPr>
              <w:t>PRAHOVA</w:t>
            </w:r>
          </w:p>
          <w:p w:rsidR="00AE19E3" w:rsidRDefault="00AE19E3" w:rsidP="00B4442D">
            <w:pPr>
              <w:keepNext/>
            </w:pPr>
          </w:p>
        </w:tc>
      </w:tr>
      <w:tr w:rsidR="00AE19E3">
        <w:trPr>
          <w:cantSplit/>
          <w:trHeight w:val="510"/>
        </w:trPr>
        <w:tc>
          <w:tcPr>
            <w:tcW w:w="1606" w:type="dxa"/>
            <w:vMerge/>
          </w:tcPr>
          <w:p w:rsidR="00AE19E3" w:rsidRDefault="00AE19E3"/>
        </w:tc>
        <w:tc>
          <w:tcPr>
            <w:tcW w:w="8030" w:type="dxa"/>
            <w:gridSpan w:val="3"/>
            <w:shd w:val="clear" w:color="auto" w:fill="F0F0F0"/>
          </w:tcPr>
          <w:p w:rsidR="00AE19E3" w:rsidRDefault="00AE19E3" w:rsidP="00B4442D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Autoritatea administrației publice</w:t>
            </w:r>
          </w:p>
          <w:p w:rsidR="00AE19E3" w:rsidRPr="00F67A63" w:rsidRDefault="00AE19E3" w:rsidP="00B4442D">
            <w:pPr>
              <w:keepNext/>
            </w:pPr>
            <w:r w:rsidRPr="00F67A63">
              <w:rPr>
                <w:b/>
              </w:rPr>
              <w:t>COMUNA ALBESTI - PALEOLOGU</w:t>
            </w:r>
          </w:p>
          <w:p w:rsidR="00AE19E3" w:rsidRDefault="00AE19E3" w:rsidP="00B4442D">
            <w:pPr>
              <w:keepNext/>
            </w:pPr>
          </w:p>
        </w:tc>
      </w:tr>
      <w:tr w:rsidR="00C85C0B">
        <w:trPr>
          <w:cantSplit/>
          <w:trHeight w:val="510"/>
        </w:trPr>
        <w:tc>
          <w:tcPr>
            <w:tcW w:w="1606" w:type="dxa"/>
            <w:vMerge/>
          </w:tcPr>
          <w:p w:rsidR="00C85C0B" w:rsidRDefault="00C85C0B"/>
        </w:tc>
        <w:tc>
          <w:tcPr>
            <w:tcW w:w="2409" w:type="dxa"/>
            <w:shd w:val="clear" w:color="auto" w:fill="F0F0F0"/>
          </w:tcPr>
          <w:p w:rsidR="00C85C0B" w:rsidRPr="00150E80" w:rsidRDefault="00A8318A">
            <w:pPr>
              <w:keepNext/>
              <w:rPr>
                <w:lang w:val="fr-FR"/>
              </w:rPr>
            </w:pPr>
            <w:r w:rsidRPr="00150E80">
              <w:rPr>
                <w:b/>
                <w:color w:val="0D5F78"/>
                <w:lang w:val="fr-FR"/>
              </w:rPr>
              <w:t>Cod de identificare fiscală (CIF)</w:t>
            </w:r>
          </w:p>
          <w:p w:rsidR="00AE19E3" w:rsidRPr="00F67A63" w:rsidRDefault="00AE19E3" w:rsidP="00AE19E3">
            <w:pPr>
              <w:keepNext/>
              <w:rPr>
                <w:b/>
                <w:lang w:val="fr-FR"/>
              </w:rPr>
            </w:pPr>
            <w:r w:rsidRPr="00F67A63">
              <w:rPr>
                <w:b/>
              </w:rPr>
              <w:t>2845664</w:t>
            </w:r>
          </w:p>
          <w:p w:rsidR="00C85C0B" w:rsidRPr="00150E80" w:rsidRDefault="00C85C0B">
            <w:pPr>
              <w:keepNext/>
              <w:rPr>
                <w:lang w:val="fr-FR"/>
              </w:rPr>
            </w:pPr>
          </w:p>
        </w:tc>
        <w:tc>
          <w:tcPr>
            <w:tcW w:w="5621" w:type="dxa"/>
            <w:gridSpan w:val="2"/>
            <w:shd w:val="clear" w:color="auto" w:fill="F0F0F0"/>
          </w:tcPr>
          <w:p w:rsidR="00C85C0B" w:rsidRDefault="00A8318A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:rsidR="00AE19E3" w:rsidRPr="00C4131E" w:rsidRDefault="00AE19E3" w:rsidP="00AE19E3">
            <w:pPr>
              <w:keepNext/>
              <w:rPr>
                <w:rFonts w:cs="Times New Roman"/>
                <w:b/>
                <w:szCs w:val="15"/>
                <w:lang w:val="it-IT"/>
              </w:rPr>
            </w:pPr>
            <w:r w:rsidRPr="00C4131E">
              <w:rPr>
                <w:rFonts w:cs="Times New Roman"/>
                <w:b/>
                <w:szCs w:val="15"/>
              </w:rPr>
              <w:t>SAT ALBESTI-PALEOLOGU, DN1B, NR. 451, COD POSTAL 107010,</w:t>
            </w:r>
            <w:r w:rsidRPr="00C4131E">
              <w:rPr>
                <w:rFonts w:cs="Times New Roman"/>
                <w:szCs w:val="15"/>
                <w:lang w:val="it-IT"/>
              </w:rPr>
              <w:t xml:space="preserve"> </w:t>
            </w:r>
            <w:r w:rsidRPr="00C4131E">
              <w:rPr>
                <w:rFonts w:cs="Times New Roman"/>
                <w:b/>
                <w:szCs w:val="15"/>
                <w:lang w:val="it-IT"/>
              </w:rPr>
              <w:t xml:space="preserve">TELEFON/FAX </w:t>
            </w:r>
            <w:r w:rsidRPr="00C4131E">
              <w:rPr>
                <w:rFonts w:eastAsia="Times New Roman" w:cs="Times New Roman"/>
                <w:b/>
                <w:szCs w:val="15"/>
                <w:lang w:val="it-IT"/>
              </w:rPr>
              <w:t>- 0244  /  232853</w:t>
            </w:r>
          </w:p>
          <w:p w:rsidR="00AE19E3" w:rsidRPr="00C4131E" w:rsidRDefault="00AE19E3" w:rsidP="00AE19E3">
            <w:pPr>
              <w:keepNext/>
              <w:rPr>
                <w:rFonts w:cs="Times New Roman"/>
                <w:b/>
                <w:szCs w:val="15"/>
                <w:lang w:val="it-IT"/>
              </w:rPr>
            </w:pPr>
            <w:r w:rsidRPr="00C4131E">
              <w:rPr>
                <w:rFonts w:cs="Times New Roman"/>
                <w:b/>
                <w:szCs w:val="15"/>
                <w:lang w:val="it-IT"/>
              </w:rPr>
              <w:t xml:space="preserve">E-MAIL: </w:t>
            </w:r>
            <w:hyperlink r:id="rId9" w:history="1">
              <w:r w:rsidRPr="00C4131E">
                <w:rPr>
                  <w:rStyle w:val="Hyperlink"/>
                  <w:rFonts w:cs="Times New Roman"/>
                  <w:b/>
                  <w:szCs w:val="15"/>
                  <w:lang w:val="it-IT"/>
                </w:rPr>
                <w:t>office@albestipaleologu.ro</w:t>
              </w:r>
            </w:hyperlink>
          </w:p>
          <w:p w:rsidR="00AE19E3" w:rsidRPr="00C4131E" w:rsidRDefault="00AE19E3" w:rsidP="00AE19E3">
            <w:pPr>
              <w:keepNext/>
              <w:rPr>
                <w:rFonts w:cs="Times New Roman"/>
                <w:b/>
                <w:szCs w:val="15"/>
              </w:rPr>
            </w:pPr>
            <w:r>
              <w:rPr>
                <w:rFonts w:cs="Times New Roman"/>
                <w:b/>
                <w:szCs w:val="15"/>
              </w:rPr>
              <w:t>ADRESA WE</w:t>
            </w:r>
            <w:r w:rsidRPr="00C4131E">
              <w:rPr>
                <w:rFonts w:cs="Times New Roman"/>
                <w:b/>
                <w:szCs w:val="15"/>
              </w:rPr>
              <w:t xml:space="preserve">B: </w:t>
            </w:r>
            <w:r w:rsidRPr="00C4131E">
              <w:rPr>
                <w:rFonts w:eastAsia="Times New Roman" w:cs="Times New Roman"/>
                <w:b/>
                <w:color w:val="0000FF"/>
                <w:szCs w:val="15"/>
                <w:lang w:val="it-IT"/>
              </w:rPr>
              <w:t>http://primariaalbestipaleologu.ro</w:t>
            </w:r>
          </w:p>
          <w:p w:rsidR="00C85C0B" w:rsidRDefault="00C85C0B">
            <w:pPr>
              <w:keepNext/>
            </w:pPr>
          </w:p>
          <w:p w:rsidR="00C85C0B" w:rsidRDefault="00C85C0B">
            <w:pPr>
              <w:keepNext/>
            </w:pPr>
          </w:p>
        </w:tc>
      </w:tr>
      <w:tr w:rsidR="00C85C0B">
        <w:trPr>
          <w:cantSplit/>
          <w:trHeight w:val="510"/>
        </w:trPr>
        <w:tc>
          <w:tcPr>
            <w:tcW w:w="1606" w:type="dxa"/>
            <w:vMerge/>
          </w:tcPr>
          <w:p w:rsidR="00C85C0B" w:rsidRDefault="00C85C0B"/>
        </w:tc>
        <w:tc>
          <w:tcPr>
            <w:tcW w:w="4818" w:type="dxa"/>
            <w:gridSpan w:val="2"/>
            <w:shd w:val="clear" w:color="auto" w:fill="F0F0F0"/>
          </w:tcPr>
          <w:p w:rsidR="00C85C0B" w:rsidRDefault="00A8318A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:rsidR="00C85C0B" w:rsidRDefault="00C85C0B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C85C0B" w:rsidRDefault="00A8318A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C85C0B" w:rsidRDefault="00C85C0B">
            <w:pPr>
              <w:keepNext/>
            </w:pPr>
          </w:p>
        </w:tc>
      </w:tr>
      <w:tr w:rsidR="00C85C0B" w:rsidRPr="003A7070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C85C0B" w:rsidRPr="00150E80" w:rsidRDefault="00A8318A">
            <w:pPr>
              <w:rPr>
                <w:lang w:val="fr-FR"/>
              </w:rPr>
            </w:pPr>
            <w:r w:rsidRPr="00150E80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:rsidR="00C85C0B" w:rsidRPr="00150E80" w:rsidRDefault="00C85C0B">
      <w:pPr>
        <w:spacing w:line="168" w:lineRule="auto"/>
        <w:rPr>
          <w:lang w:val="fr-FR"/>
        </w:rPr>
      </w:pPr>
    </w:p>
    <w:p w:rsidR="00C85C0B" w:rsidRPr="003A7070" w:rsidRDefault="00A8318A">
      <w:pPr>
        <w:spacing w:before="140" w:after="40"/>
        <w:jc w:val="center"/>
        <w:rPr>
          <w:sz w:val="28"/>
          <w:szCs w:val="28"/>
        </w:rPr>
      </w:pPr>
      <w:r w:rsidRPr="003A7070">
        <w:rPr>
          <w:b/>
          <w:sz w:val="28"/>
          <w:szCs w:val="28"/>
        </w:rPr>
        <w:t>ÎNȘTIINȚARE</w:t>
      </w:r>
    </w:p>
    <w:p w:rsidR="00C85C0B" w:rsidRDefault="00A8318A">
      <w:pPr>
        <w:spacing w:after="120"/>
        <w:jc w:val="center"/>
      </w:pPr>
      <w:r>
        <w:rPr>
          <w:sz w:val="19"/>
        </w:rPr>
        <w:t>privind finalizarea lucrărilor notificate și solicitarea participării reprezentantului UAT la recepție</w:t>
      </w:r>
    </w:p>
    <w:p w:rsidR="00C85C0B" w:rsidRDefault="00C85C0B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C85C0B">
        <w:trPr>
          <w:cantSplit/>
        </w:trPr>
        <w:tc>
          <w:tcPr>
            <w:tcW w:w="9636" w:type="dxa"/>
            <w:shd w:val="clear" w:color="auto" w:fill="F4F4F4"/>
          </w:tcPr>
          <w:p w:rsidR="00C85C0B" w:rsidRDefault="00A8318A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C85C0B" w:rsidRPr="00150E80">
        <w:trPr>
          <w:cantSplit/>
          <w:trHeight w:val="510"/>
        </w:trPr>
        <w:tc>
          <w:tcPr>
            <w:tcW w:w="9636" w:type="dxa"/>
          </w:tcPr>
          <w:p w:rsidR="00C85C0B" w:rsidRPr="00150E80" w:rsidRDefault="00A8318A">
            <w:pPr>
              <w:keepNext/>
              <w:rPr>
                <w:lang w:val="fr-FR"/>
              </w:rPr>
            </w:pPr>
            <w:r w:rsidRPr="00150E80">
              <w:rPr>
                <w:b/>
                <w:color w:val="0D5F78"/>
                <w:lang w:val="fr-FR"/>
              </w:rPr>
              <w:t>Instituția</w:t>
            </w:r>
          </w:p>
          <w:p w:rsidR="00C85C0B" w:rsidRPr="00150E80" w:rsidRDefault="00A8318A">
            <w:pPr>
              <w:keepNext/>
              <w:rPr>
                <w:lang w:val="fr-FR"/>
              </w:rPr>
            </w:pPr>
            <w:r w:rsidRPr="00150E80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:rsidR="00C85C0B" w:rsidRPr="00150E80" w:rsidRDefault="00C85C0B">
            <w:pPr>
              <w:keepNext/>
              <w:rPr>
                <w:lang w:val="fr-FR"/>
              </w:rPr>
            </w:pPr>
          </w:p>
        </w:tc>
      </w:tr>
      <w:tr w:rsidR="00C85C0B" w:rsidRPr="00150E80">
        <w:trPr>
          <w:cantSplit/>
        </w:trPr>
        <w:tc>
          <w:tcPr>
            <w:tcW w:w="9636" w:type="dxa"/>
            <w:shd w:val="clear" w:color="auto" w:fill="F4F4F4"/>
          </w:tcPr>
          <w:p w:rsidR="00C85C0B" w:rsidRPr="00150E80" w:rsidRDefault="00A8318A">
            <w:pPr>
              <w:spacing w:line="228" w:lineRule="auto"/>
              <w:rPr>
                <w:lang w:val="fr-FR"/>
              </w:rPr>
            </w:pPr>
            <w:r w:rsidRPr="00150E80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:rsidR="00C85C0B" w:rsidRPr="00150E80" w:rsidRDefault="00C85C0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85C0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C85C0B" w:rsidRDefault="00A8318A">
            <w:pPr>
              <w:keepNext/>
            </w:pP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C85C0B">
        <w:trPr>
          <w:cantSplit/>
          <w:trHeight w:val="510"/>
        </w:trPr>
        <w:tc>
          <w:tcPr>
            <w:tcW w:w="5621" w:type="dxa"/>
            <w:gridSpan w:val="5"/>
          </w:tcPr>
          <w:p w:rsidR="00C85C0B" w:rsidRDefault="00A8318A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:rsidR="00C85C0B" w:rsidRDefault="00C85C0B">
            <w:pPr>
              <w:keepNext/>
            </w:pPr>
          </w:p>
        </w:tc>
        <w:tc>
          <w:tcPr>
            <w:tcW w:w="4015" w:type="dxa"/>
            <w:gridSpan w:val="3"/>
          </w:tcPr>
          <w:p w:rsidR="00C85C0B" w:rsidRDefault="00A8318A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C85C0B" w:rsidRDefault="00C85C0B">
            <w:pPr>
              <w:keepNext/>
            </w:pPr>
          </w:p>
        </w:tc>
      </w:tr>
      <w:tr w:rsidR="00C85C0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C85C0B" w:rsidRDefault="00A8318A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C85C0B">
        <w:trPr>
          <w:cantSplit/>
          <w:trHeight w:val="510"/>
        </w:trPr>
        <w:tc>
          <w:tcPr>
            <w:tcW w:w="1606" w:type="dxa"/>
          </w:tcPr>
          <w:p w:rsidR="00C85C0B" w:rsidRDefault="00A8318A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C85C0B" w:rsidRDefault="00C85C0B">
            <w:pPr>
              <w:keepNext/>
            </w:pPr>
          </w:p>
        </w:tc>
        <w:tc>
          <w:tcPr>
            <w:tcW w:w="1606" w:type="dxa"/>
          </w:tcPr>
          <w:p w:rsidR="00C85C0B" w:rsidRDefault="00A8318A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:rsidR="00C85C0B" w:rsidRDefault="00C85C0B">
            <w:pPr>
              <w:keepNext/>
            </w:pPr>
          </w:p>
        </w:tc>
        <w:tc>
          <w:tcPr>
            <w:tcW w:w="4818" w:type="dxa"/>
            <w:gridSpan w:val="5"/>
          </w:tcPr>
          <w:p w:rsidR="00C85C0B" w:rsidRDefault="00A8318A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:rsidR="00C85C0B" w:rsidRDefault="00C85C0B">
            <w:pPr>
              <w:keepNext/>
            </w:pPr>
          </w:p>
        </w:tc>
        <w:tc>
          <w:tcPr>
            <w:tcW w:w="1606" w:type="dxa"/>
          </w:tcPr>
          <w:p w:rsidR="00C85C0B" w:rsidRDefault="00A8318A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C85C0B" w:rsidRDefault="00C85C0B">
            <w:pPr>
              <w:keepNext/>
            </w:pPr>
          </w:p>
        </w:tc>
      </w:tr>
      <w:tr w:rsidR="00C85C0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C85C0B" w:rsidRDefault="00A8318A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C85C0B">
        <w:trPr>
          <w:cantSplit/>
          <w:trHeight w:val="510"/>
        </w:trPr>
        <w:tc>
          <w:tcPr>
            <w:tcW w:w="3212" w:type="dxa"/>
            <w:gridSpan w:val="2"/>
          </w:tcPr>
          <w:p w:rsidR="00C85C0B" w:rsidRDefault="00A8318A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:rsidR="00C85C0B" w:rsidRDefault="00C85C0B">
            <w:pPr>
              <w:keepNext/>
            </w:pPr>
          </w:p>
        </w:tc>
        <w:tc>
          <w:tcPr>
            <w:tcW w:w="3212" w:type="dxa"/>
            <w:gridSpan w:val="4"/>
          </w:tcPr>
          <w:p w:rsidR="00C85C0B" w:rsidRDefault="00A8318A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:rsidR="00C85C0B" w:rsidRDefault="00C85C0B">
            <w:pPr>
              <w:keepNext/>
            </w:pPr>
          </w:p>
        </w:tc>
        <w:tc>
          <w:tcPr>
            <w:tcW w:w="3212" w:type="dxa"/>
            <w:gridSpan w:val="2"/>
          </w:tcPr>
          <w:p w:rsidR="00C85C0B" w:rsidRDefault="00A8318A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:rsidR="00C85C0B" w:rsidRDefault="00C85C0B">
            <w:pPr>
              <w:keepNext/>
            </w:pPr>
          </w:p>
        </w:tc>
      </w:tr>
      <w:tr w:rsidR="00C85C0B">
        <w:trPr>
          <w:cantSplit/>
          <w:trHeight w:val="510"/>
        </w:trPr>
        <w:tc>
          <w:tcPr>
            <w:tcW w:w="3212" w:type="dxa"/>
            <w:gridSpan w:val="2"/>
          </w:tcPr>
          <w:p w:rsidR="00C85C0B" w:rsidRDefault="00A8318A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C85C0B" w:rsidRDefault="00C85C0B">
            <w:pPr>
              <w:keepNext/>
            </w:pPr>
          </w:p>
        </w:tc>
        <w:tc>
          <w:tcPr>
            <w:tcW w:w="803" w:type="dxa"/>
          </w:tcPr>
          <w:p w:rsidR="00C85C0B" w:rsidRDefault="00A8318A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C85C0B" w:rsidRDefault="00C85C0B">
            <w:pPr>
              <w:keepNext/>
            </w:pPr>
          </w:p>
        </w:tc>
        <w:tc>
          <w:tcPr>
            <w:tcW w:w="803" w:type="dxa"/>
          </w:tcPr>
          <w:p w:rsidR="00C85C0B" w:rsidRDefault="00A8318A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C85C0B" w:rsidRDefault="00C85C0B">
            <w:pPr>
              <w:keepNext/>
            </w:pPr>
          </w:p>
        </w:tc>
        <w:tc>
          <w:tcPr>
            <w:tcW w:w="803" w:type="dxa"/>
          </w:tcPr>
          <w:p w:rsidR="00C85C0B" w:rsidRDefault="00A8318A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C85C0B" w:rsidRDefault="00C85C0B">
            <w:pPr>
              <w:keepNext/>
            </w:pPr>
          </w:p>
        </w:tc>
        <w:tc>
          <w:tcPr>
            <w:tcW w:w="803" w:type="dxa"/>
          </w:tcPr>
          <w:p w:rsidR="00C85C0B" w:rsidRDefault="00A8318A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C85C0B" w:rsidRDefault="00C85C0B">
            <w:pPr>
              <w:keepNext/>
            </w:pPr>
          </w:p>
        </w:tc>
        <w:tc>
          <w:tcPr>
            <w:tcW w:w="1606" w:type="dxa"/>
          </w:tcPr>
          <w:p w:rsidR="00C85C0B" w:rsidRDefault="00A8318A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C85C0B" w:rsidRDefault="00C85C0B">
            <w:pPr>
              <w:keepNext/>
            </w:pPr>
          </w:p>
        </w:tc>
        <w:tc>
          <w:tcPr>
            <w:tcW w:w="1606" w:type="dxa"/>
          </w:tcPr>
          <w:p w:rsidR="00C85C0B" w:rsidRDefault="00A8318A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:rsidR="00C85C0B" w:rsidRDefault="00C85C0B">
            <w:pPr>
              <w:keepNext/>
            </w:pPr>
          </w:p>
        </w:tc>
      </w:tr>
      <w:tr w:rsidR="00C85C0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C85C0B" w:rsidRDefault="00A8318A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C85C0B">
        <w:trPr>
          <w:cantSplit/>
          <w:trHeight w:val="510"/>
        </w:trPr>
        <w:tc>
          <w:tcPr>
            <w:tcW w:w="4015" w:type="dxa"/>
            <w:gridSpan w:val="3"/>
          </w:tcPr>
          <w:p w:rsidR="00C85C0B" w:rsidRDefault="00A8318A">
            <w:r>
              <w:rPr>
                <w:b/>
                <w:color w:val="0D5F78"/>
              </w:rPr>
              <w:t>Telefon / fax</w:t>
            </w:r>
          </w:p>
          <w:p w:rsidR="00C85C0B" w:rsidRDefault="00C85C0B"/>
        </w:tc>
        <w:tc>
          <w:tcPr>
            <w:tcW w:w="5621" w:type="dxa"/>
            <w:gridSpan w:val="5"/>
          </w:tcPr>
          <w:p w:rsidR="00C85C0B" w:rsidRDefault="00A8318A">
            <w:r>
              <w:rPr>
                <w:b/>
                <w:color w:val="0D5F78"/>
              </w:rPr>
              <w:t>E-mail</w:t>
            </w:r>
          </w:p>
          <w:p w:rsidR="00C85C0B" w:rsidRDefault="00C85C0B"/>
        </w:tc>
      </w:tr>
    </w:tbl>
    <w:p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2409"/>
        <w:gridCol w:w="2409"/>
        <w:gridCol w:w="4818"/>
      </w:tblGrid>
      <w:tr w:rsidR="00C85C0B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C85C0B" w:rsidRDefault="00A8318A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NOTIFICAREA</w:t>
            </w:r>
          </w:p>
        </w:tc>
      </w:tr>
      <w:tr w:rsidR="00C85C0B">
        <w:trPr>
          <w:cantSplit/>
          <w:trHeight w:val="510"/>
        </w:trPr>
        <w:tc>
          <w:tcPr>
            <w:tcW w:w="2409" w:type="dxa"/>
          </w:tcPr>
          <w:p w:rsidR="00C85C0B" w:rsidRDefault="00A8318A">
            <w:r>
              <w:rPr>
                <w:b/>
                <w:color w:val="0D5F78"/>
              </w:rPr>
              <w:t>Nr. / data notificării</w:t>
            </w:r>
          </w:p>
          <w:p w:rsidR="00C85C0B" w:rsidRDefault="00C85C0B"/>
        </w:tc>
        <w:tc>
          <w:tcPr>
            <w:tcW w:w="2409" w:type="dxa"/>
          </w:tcPr>
          <w:p w:rsidR="00C85C0B" w:rsidRDefault="00A8318A">
            <w:r>
              <w:rPr>
                <w:b/>
                <w:color w:val="0D5F78"/>
              </w:rPr>
              <w:t>Proiect nr. / cod</w:t>
            </w:r>
          </w:p>
          <w:p w:rsidR="00C85C0B" w:rsidRDefault="00C85C0B"/>
        </w:tc>
        <w:tc>
          <w:tcPr>
            <w:tcW w:w="4818" w:type="dxa"/>
          </w:tcPr>
          <w:p w:rsidR="00C85C0B" w:rsidRDefault="00A8318A">
            <w:r>
              <w:rPr>
                <w:b/>
                <w:color w:val="0D5F78"/>
              </w:rPr>
              <w:t>Imobilul</w:t>
            </w:r>
          </w:p>
          <w:p w:rsidR="00C85C0B" w:rsidRDefault="00C85C0B"/>
        </w:tc>
      </w:tr>
    </w:tbl>
    <w:p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3212"/>
        <w:gridCol w:w="1606"/>
        <w:gridCol w:w="4818"/>
      </w:tblGrid>
      <w:tr w:rsidR="00C85C0B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C85C0B" w:rsidRDefault="00A8318A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EXECUȚIA ȘI RECEPȚIA</w:t>
            </w:r>
          </w:p>
        </w:tc>
      </w:tr>
      <w:tr w:rsidR="00C85C0B">
        <w:trPr>
          <w:cantSplit/>
          <w:trHeight w:val="510"/>
        </w:trPr>
        <w:tc>
          <w:tcPr>
            <w:tcW w:w="4818" w:type="dxa"/>
            <w:gridSpan w:val="2"/>
          </w:tcPr>
          <w:p w:rsidR="00C85C0B" w:rsidRDefault="00A8318A">
            <w:pPr>
              <w:keepNext/>
            </w:pPr>
            <w:r>
              <w:rPr>
                <w:b/>
                <w:color w:val="0D5F78"/>
              </w:rPr>
              <w:t>Data începerii lucrărilor</w:t>
            </w:r>
          </w:p>
          <w:p w:rsidR="00C85C0B" w:rsidRDefault="00A8318A">
            <w:pPr>
              <w:keepNext/>
            </w:pPr>
            <w:r>
              <w:rPr>
                <w:i/>
                <w:color w:val="7A7A7A"/>
              </w:rPr>
              <w:t>se declară aici</w:t>
            </w:r>
          </w:p>
          <w:p w:rsidR="00C85C0B" w:rsidRDefault="00C85C0B">
            <w:pPr>
              <w:keepNext/>
            </w:pPr>
          </w:p>
        </w:tc>
        <w:tc>
          <w:tcPr>
            <w:tcW w:w="4818" w:type="dxa"/>
          </w:tcPr>
          <w:p w:rsidR="00C85C0B" w:rsidRDefault="00A8318A">
            <w:pPr>
              <w:keepNext/>
            </w:pPr>
            <w:r>
              <w:rPr>
                <w:b/>
                <w:color w:val="0D5F78"/>
              </w:rPr>
              <w:t>Data finalizării</w:t>
            </w:r>
          </w:p>
          <w:p w:rsidR="00C85C0B" w:rsidRDefault="00C85C0B">
            <w:pPr>
              <w:keepNext/>
            </w:pPr>
          </w:p>
        </w:tc>
      </w:tr>
      <w:tr w:rsidR="00C85C0B">
        <w:trPr>
          <w:cantSplit/>
          <w:trHeight w:val="510"/>
        </w:trPr>
        <w:tc>
          <w:tcPr>
            <w:tcW w:w="3212" w:type="dxa"/>
          </w:tcPr>
          <w:p w:rsidR="00C85C0B" w:rsidRDefault="00A8318A">
            <w:pPr>
              <w:keepNext/>
            </w:pPr>
            <w:r>
              <w:rPr>
                <w:b/>
                <w:color w:val="0D5F78"/>
              </w:rPr>
              <w:t>Data propusă pentru recepție</w:t>
            </w:r>
          </w:p>
          <w:p w:rsidR="00C85C0B" w:rsidRDefault="00C85C0B">
            <w:pPr>
              <w:keepNext/>
            </w:pPr>
          </w:p>
        </w:tc>
        <w:tc>
          <w:tcPr>
            <w:tcW w:w="1606" w:type="dxa"/>
          </w:tcPr>
          <w:p w:rsidR="00C85C0B" w:rsidRDefault="00A8318A">
            <w:pPr>
              <w:keepNext/>
            </w:pPr>
            <w:r>
              <w:rPr>
                <w:b/>
                <w:color w:val="0D5F78"/>
              </w:rPr>
              <w:t>ora</w:t>
            </w:r>
          </w:p>
          <w:p w:rsidR="00C85C0B" w:rsidRDefault="00C85C0B">
            <w:pPr>
              <w:keepNext/>
            </w:pPr>
          </w:p>
        </w:tc>
        <w:tc>
          <w:tcPr>
            <w:tcW w:w="4818" w:type="dxa"/>
          </w:tcPr>
          <w:p w:rsidR="00C85C0B" w:rsidRDefault="00A8318A">
            <w:pPr>
              <w:keepNext/>
            </w:pPr>
            <w:r>
              <w:rPr>
                <w:b/>
                <w:color w:val="0D5F78"/>
              </w:rPr>
              <w:t>locul</w:t>
            </w:r>
          </w:p>
          <w:p w:rsidR="00C85C0B" w:rsidRDefault="00C85C0B">
            <w:pPr>
              <w:keepNext/>
            </w:pPr>
          </w:p>
        </w:tc>
      </w:tr>
      <w:tr w:rsidR="00C85C0B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C85C0B" w:rsidRDefault="00150E80">
            <w:pPr>
              <w:spacing w:line="228" w:lineRule="auto"/>
            </w:pPr>
            <w:r>
              <w:t xml:space="preserve">Legea nr.169/2026 </w:t>
            </w:r>
            <w:r w:rsidRPr="00150E80">
              <w:t>privind Codul amenajării teritoriului, urbanismului și construcțiilor</w:t>
            </w:r>
            <w:r>
              <w:t xml:space="preserve"> nu instituie o înștiințare distinctă privind începerea lucrărilor notificate; data începerii se declară în prezentul formular și se consemnează în procesul-verbal de recepție.</w:t>
            </w:r>
          </w:p>
        </w:tc>
      </w:tr>
    </w:tbl>
    <w:p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C85C0B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:rsidR="00C85C0B" w:rsidRDefault="00A8318A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C85C0B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:rsidR="00C85C0B" w:rsidRDefault="00A8318A">
            <w:r>
              <w:rPr>
                <w:b/>
                <w:color w:val="0D5F78"/>
              </w:rPr>
              <w:t>Data</w:t>
            </w:r>
          </w:p>
          <w:p w:rsidR="00C85C0B" w:rsidRDefault="00C85C0B"/>
        </w:tc>
        <w:tc>
          <w:tcPr>
            <w:tcW w:w="4818" w:type="dxa"/>
            <w:tcBorders>
              <w:bottom w:val="single" w:sz="4" w:space="0" w:color="auto"/>
            </w:tcBorders>
          </w:tcPr>
          <w:p w:rsidR="00C85C0B" w:rsidRDefault="00A8318A">
            <w:r>
              <w:rPr>
                <w:b/>
                <w:color w:val="0D5F78"/>
              </w:rPr>
              <w:t>Beneficiarul</w:t>
            </w:r>
          </w:p>
          <w:p w:rsidR="00C85C0B" w:rsidRDefault="00C85C0B"/>
        </w:tc>
        <w:tc>
          <w:tcPr>
            <w:tcW w:w="3212" w:type="dxa"/>
            <w:tcBorders>
              <w:bottom w:val="single" w:sz="4" w:space="0" w:color="auto"/>
            </w:tcBorders>
          </w:tcPr>
          <w:p w:rsidR="00C85C0B" w:rsidRDefault="00A8318A">
            <w:r>
              <w:rPr>
                <w:b/>
                <w:color w:val="0D5F78"/>
              </w:rPr>
              <w:t>Semnătura</w:t>
            </w:r>
          </w:p>
          <w:p w:rsidR="00C85C0B" w:rsidRDefault="00C85C0B"/>
        </w:tc>
      </w:tr>
    </w:tbl>
    <w:p w:rsidR="00C85C0B" w:rsidRDefault="00C85C0B">
      <w:pPr>
        <w:spacing w:line="168" w:lineRule="auto"/>
      </w:pPr>
    </w:p>
    <w:sectPr w:rsidR="00C85C0B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7387" w:rsidRDefault="007A7387">
      <w:r>
        <w:separator/>
      </w:r>
    </w:p>
  </w:endnote>
  <w:endnote w:type="continuationSeparator" w:id="1">
    <w:p w:rsidR="007A7387" w:rsidRDefault="007A73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0B" w:rsidRDefault="00A8318A">
    <w:pPr>
      <w:pStyle w:val="Footer"/>
      <w:tabs>
        <w:tab w:val="right" w:pos="9639"/>
      </w:tabs>
    </w:pPr>
    <w:r>
      <w:rPr>
        <w:color w:val="595959"/>
      </w:rPr>
      <w:t>F_NOT_07 · versiunea 1.0</w:t>
    </w:r>
    <w:r>
      <w:rPr>
        <w:color w:val="595959"/>
      </w:rPr>
      <w:tab/>
      <w:t xml:space="preserve">pagina </w:t>
    </w:r>
    <w:r w:rsidR="00DC6E55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DC6E55">
      <w:rPr>
        <w:color w:val="595959"/>
      </w:rPr>
      <w:fldChar w:fldCharType="separate"/>
    </w:r>
    <w:r w:rsidR="00AE19E3">
      <w:rPr>
        <w:noProof/>
        <w:color w:val="595959"/>
      </w:rPr>
      <w:t>1</w:t>
    </w:r>
    <w:r w:rsidR="00DC6E55">
      <w:rPr>
        <w:color w:val="595959"/>
      </w:rPr>
      <w:fldChar w:fldCharType="end"/>
    </w:r>
    <w:r>
      <w:rPr>
        <w:color w:val="595959"/>
      </w:rPr>
      <w:t xml:space="preserve"> din </w:t>
    </w:r>
    <w:r w:rsidR="00DC6E55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DC6E55">
      <w:rPr>
        <w:color w:val="595959"/>
      </w:rPr>
      <w:fldChar w:fldCharType="separate"/>
    </w:r>
    <w:r w:rsidR="00AE19E3">
      <w:rPr>
        <w:noProof/>
        <w:color w:val="595959"/>
      </w:rPr>
      <w:t>1</w:t>
    </w:r>
    <w:r w:rsidR="00DC6E55">
      <w:rPr>
        <w:color w:val="595959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7387" w:rsidRDefault="007A7387">
      <w:r>
        <w:separator/>
      </w:r>
    </w:p>
  </w:footnote>
  <w:footnote w:type="continuationSeparator" w:id="1">
    <w:p w:rsidR="007A7387" w:rsidRDefault="007A73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50E80"/>
    <w:rsid w:val="0029639D"/>
    <w:rsid w:val="00326F90"/>
    <w:rsid w:val="003A7070"/>
    <w:rsid w:val="003F0F62"/>
    <w:rsid w:val="005C02E4"/>
    <w:rsid w:val="007A7387"/>
    <w:rsid w:val="00A8318A"/>
    <w:rsid w:val="00AA1D8D"/>
    <w:rsid w:val="00AE19E3"/>
    <w:rsid w:val="00B47730"/>
    <w:rsid w:val="00B94163"/>
    <w:rsid w:val="00C85C0B"/>
    <w:rsid w:val="00CB0664"/>
    <w:rsid w:val="00DC6E55"/>
    <w:rsid w:val="00E61A6B"/>
    <w:rsid w:val="00EA1B53"/>
    <w:rsid w:val="00F5614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AE19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ffice@albestipaleologu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dumitrescu valentin</dc:creator>
  <cp:lastModifiedBy>dumitrescu valentin</cp:lastModifiedBy>
  <cp:revision>3</cp:revision>
  <dcterms:created xsi:type="dcterms:W3CDTF">2026-09-07T08:09:00Z</dcterms:created>
  <dcterms:modified xsi:type="dcterms:W3CDTF">2026-09-09T12:32:00Z</dcterms:modified>
</cp:coreProperties>
</file>