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2409"/>
        <w:gridCol w:w="2409"/>
        <w:gridCol w:w="3212"/>
      </w:tblGrid>
      <w:tr w:rsidR="00F3062E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F3062E" w:rsidRDefault="00F3062E">
            <w:pPr>
              <w:keepNext/>
              <w:jc w:val="center"/>
              <w:rPr>
                <w:i/>
                <w:color w:val="595959"/>
              </w:rPr>
            </w:pPr>
            <w:r>
              <w:rPr>
                <w:i/>
                <w:color w:val="595959"/>
              </w:rPr>
              <w:t>siglă / stemă</w:t>
            </w:r>
          </w:p>
          <w:p w:rsidR="00F3062E" w:rsidRDefault="00F3062E">
            <w:pPr>
              <w:keepNext/>
              <w:jc w:val="center"/>
            </w:pPr>
            <w:r w:rsidRPr="00F3062E">
              <w:rPr>
                <w:i/>
                <w:color w:val="595959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57785</wp:posOffset>
                  </wp:positionV>
                  <wp:extent cx="767080" cy="1092200"/>
                  <wp:effectExtent l="19050" t="0" r="0" b="0"/>
                  <wp:wrapNone/>
                  <wp:docPr id="27" name="Picture 2" descr="stema ALBESTI PALEOLOG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tema ALBESTI PALEOLOG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080" cy="109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:rsidR="00F3062E" w:rsidRDefault="00F3062E" w:rsidP="00B4442D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 xml:space="preserve">Județul </w:t>
            </w:r>
          </w:p>
          <w:p w:rsidR="00F3062E" w:rsidRPr="00F67A63" w:rsidRDefault="00F3062E" w:rsidP="00B4442D">
            <w:pPr>
              <w:keepNext/>
            </w:pPr>
            <w:r w:rsidRPr="00F67A63">
              <w:rPr>
                <w:b/>
              </w:rPr>
              <w:t>PRAHOVA</w:t>
            </w:r>
          </w:p>
          <w:p w:rsidR="00F3062E" w:rsidRDefault="00F3062E" w:rsidP="00B4442D">
            <w:pPr>
              <w:keepNext/>
            </w:pPr>
          </w:p>
        </w:tc>
      </w:tr>
      <w:tr w:rsidR="00F3062E">
        <w:trPr>
          <w:cantSplit/>
          <w:trHeight w:val="510"/>
        </w:trPr>
        <w:tc>
          <w:tcPr>
            <w:tcW w:w="1606" w:type="dxa"/>
            <w:vMerge/>
          </w:tcPr>
          <w:p w:rsidR="00F3062E" w:rsidRDefault="00F3062E"/>
        </w:tc>
        <w:tc>
          <w:tcPr>
            <w:tcW w:w="8030" w:type="dxa"/>
            <w:gridSpan w:val="3"/>
            <w:shd w:val="clear" w:color="auto" w:fill="F0F0F0"/>
          </w:tcPr>
          <w:p w:rsidR="00F3062E" w:rsidRDefault="00F3062E" w:rsidP="00B4442D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Autoritatea administrației publice</w:t>
            </w:r>
          </w:p>
          <w:p w:rsidR="00F3062E" w:rsidRPr="00F67A63" w:rsidRDefault="00F3062E" w:rsidP="00B4442D">
            <w:pPr>
              <w:keepNext/>
            </w:pPr>
            <w:r w:rsidRPr="00F67A63">
              <w:rPr>
                <w:b/>
              </w:rPr>
              <w:t>COMUNA ALBESTI - PALEOLOGU</w:t>
            </w:r>
          </w:p>
          <w:p w:rsidR="00F3062E" w:rsidRDefault="00F3062E" w:rsidP="00B4442D">
            <w:pPr>
              <w:keepNext/>
            </w:pPr>
          </w:p>
        </w:tc>
      </w:tr>
      <w:tr w:rsidR="00846492">
        <w:trPr>
          <w:cantSplit/>
          <w:trHeight w:val="510"/>
        </w:trPr>
        <w:tc>
          <w:tcPr>
            <w:tcW w:w="1606" w:type="dxa"/>
            <w:vMerge/>
          </w:tcPr>
          <w:p w:rsidR="00846492" w:rsidRDefault="00846492"/>
        </w:tc>
        <w:tc>
          <w:tcPr>
            <w:tcW w:w="2409" w:type="dxa"/>
            <w:shd w:val="clear" w:color="auto" w:fill="F0F0F0"/>
          </w:tcPr>
          <w:p w:rsidR="00846492" w:rsidRPr="00AD1D4A" w:rsidRDefault="007A2D93">
            <w:pPr>
              <w:keepNext/>
              <w:rPr>
                <w:lang w:val="fr-FR"/>
              </w:rPr>
            </w:pPr>
            <w:r w:rsidRPr="00AD1D4A">
              <w:rPr>
                <w:b/>
                <w:color w:val="0D5F78"/>
                <w:lang w:val="fr-FR"/>
              </w:rPr>
              <w:t>Cod de identificarefiscală (CIF)</w:t>
            </w:r>
          </w:p>
          <w:p w:rsidR="00F3062E" w:rsidRPr="00F67A63" w:rsidRDefault="00F3062E" w:rsidP="00F3062E">
            <w:pPr>
              <w:keepNext/>
              <w:rPr>
                <w:b/>
                <w:lang w:val="fr-FR"/>
              </w:rPr>
            </w:pPr>
            <w:r w:rsidRPr="00F67A63">
              <w:rPr>
                <w:b/>
              </w:rPr>
              <w:t>2845664</w:t>
            </w:r>
          </w:p>
          <w:p w:rsidR="00846492" w:rsidRPr="00AD1D4A" w:rsidRDefault="00846492">
            <w:pPr>
              <w:keepNext/>
              <w:rPr>
                <w:lang w:val="fr-FR"/>
              </w:rPr>
            </w:pPr>
          </w:p>
        </w:tc>
        <w:tc>
          <w:tcPr>
            <w:tcW w:w="5621" w:type="dxa"/>
            <w:gridSpan w:val="2"/>
            <w:shd w:val="clear" w:color="auto" w:fill="F0F0F0"/>
          </w:tcPr>
          <w:p w:rsidR="00846492" w:rsidRDefault="007A2D93">
            <w:pPr>
              <w:keepNext/>
            </w:pPr>
            <w:r>
              <w:rPr>
                <w:b/>
                <w:color w:val="0D5F78"/>
              </w:rPr>
              <w:t>Adresaoficială</w:t>
            </w:r>
          </w:p>
          <w:p w:rsidR="00F3062E" w:rsidRPr="00C4131E" w:rsidRDefault="00F3062E" w:rsidP="00F3062E">
            <w:pPr>
              <w:keepNext/>
              <w:rPr>
                <w:rFonts w:cs="Times New Roman"/>
                <w:b/>
                <w:szCs w:val="15"/>
                <w:lang w:val="it-IT"/>
              </w:rPr>
            </w:pPr>
            <w:r w:rsidRPr="00C4131E">
              <w:rPr>
                <w:rFonts w:cs="Times New Roman"/>
                <w:b/>
                <w:szCs w:val="15"/>
              </w:rPr>
              <w:t>SAT ALBESTI-PALEOLOGU, DN1B, NR. 451, COD POSTAL 107010,</w:t>
            </w:r>
            <w:r w:rsidRPr="00C4131E">
              <w:rPr>
                <w:rFonts w:cs="Times New Roman"/>
                <w:szCs w:val="15"/>
                <w:lang w:val="it-IT"/>
              </w:rPr>
              <w:t xml:space="preserve"> </w:t>
            </w:r>
            <w:r w:rsidRPr="00C4131E">
              <w:rPr>
                <w:rFonts w:cs="Times New Roman"/>
                <w:b/>
                <w:szCs w:val="15"/>
                <w:lang w:val="it-IT"/>
              </w:rPr>
              <w:t xml:space="preserve">TELEFON/FAX </w:t>
            </w:r>
            <w:r w:rsidRPr="00C4131E">
              <w:rPr>
                <w:rFonts w:eastAsia="Times New Roman" w:cs="Times New Roman"/>
                <w:b/>
                <w:szCs w:val="15"/>
                <w:lang w:val="it-IT"/>
              </w:rPr>
              <w:t>- 0244  /  232853</w:t>
            </w:r>
          </w:p>
          <w:p w:rsidR="00F3062E" w:rsidRPr="00C4131E" w:rsidRDefault="00F3062E" w:rsidP="00F3062E">
            <w:pPr>
              <w:keepNext/>
              <w:rPr>
                <w:rFonts w:cs="Times New Roman"/>
                <w:b/>
                <w:szCs w:val="15"/>
                <w:lang w:val="it-IT"/>
              </w:rPr>
            </w:pPr>
            <w:r w:rsidRPr="00C4131E">
              <w:rPr>
                <w:rFonts w:cs="Times New Roman"/>
                <w:b/>
                <w:szCs w:val="15"/>
                <w:lang w:val="it-IT"/>
              </w:rPr>
              <w:t xml:space="preserve">E-MAIL: </w:t>
            </w:r>
            <w:hyperlink r:id="rId9" w:history="1">
              <w:r w:rsidRPr="00C4131E">
                <w:rPr>
                  <w:rStyle w:val="Hyperlink"/>
                  <w:rFonts w:cs="Times New Roman"/>
                  <w:b/>
                  <w:szCs w:val="15"/>
                  <w:lang w:val="it-IT"/>
                </w:rPr>
                <w:t>office@albestipaleologu.ro</w:t>
              </w:r>
            </w:hyperlink>
          </w:p>
          <w:p w:rsidR="00F3062E" w:rsidRPr="00C4131E" w:rsidRDefault="00F3062E" w:rsidP="00F3062E">
            <w:pPr>
              <w:keepNext/>
              <w:rPr>
                <w:rFonts w:cs="Times New Roman"/>
                <w:b/>
                <w:szCs w:val="15"/>
              </w:rPr>
            </w:pPr>
            <w:r>
              <w:rPr>
                <w:rFonts w:cs="Times New Roman"/>
                <w:b/>
                <w:szCs w:val="15"/>
              </w:rPr>
              <w:t>ADRESA WE</w:t>
            </w:r>
            <w:r w:rsidRPr="00C4131E">
              <w:rPr>
                <w:rFonts w:cs="Times New Roman"/>
                <w:b/>
                <w:szCs w:val="15"/>
              </w:rPr>
              <w:t xml:space="preserve">B: </w:t>
            </w:r>
            <w:r w:rsidRPr="00C4131E">
              <w:rPr>
                <w:rFonts w:eastAsia="Times New Roman" w:cs="Times New Roman"/>
                <w:b/>
                <w:color w:val="0000FF"/>
                <w:szCs w:val="15"/>
                <w:lang w:val="it-IT"/>
              </w:rPr>
              <w:t>http://primariaalbestipaleologu.ro</w:t>
            </w:r>
          </w:p>
          <w:p w:rsidR="00846492" w:rsidRDefault="00846492">
            <w:pPr>
              <w:keepNext/>
            </w:pPr>
          </w:p>
        </w:tc>
      </w:tr>
      <w:tr w:rsidR="00846492">
        <w:trPr>
          <w:cantSplit/>
          <w:trHeight w:val="510"/>
        </w:trPr>
        <w:tc>
          <w:tcPr>
            <w:tcW w:w="1606" w:type="dxa"/>
            <w:vMerge/>
          </w:tcPr>
          <w:p w:rsidR="00846492" w:rsidRDefault="00846492"/>
        </w:tc>
        <w:tc>
          <w:tcPr>
            <w:tcW w:w="4818" w:type="dxa"/>
            <w:gridSpan w:val="2"/>
            <w:shd w:val="clear" w:color="auto" w:fill="F0F0F0"/>
          </w:tcPr>
          <w:p w:rsidR="00846492" w:rsidRDefault="007A2D93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:rsidR="00846492" w:rsidRDefault="00846492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846492" w:rsidRDefault="007A2D93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846492" w:rsidRDefault="00846492">
            <w:pPr>
              <w:keepNext/>
            </w:pPr>
          </w:p>
        </w:tc>
      </w:tr>
      <w:tr w:rsidR="00846492" w:rsidRPr="003869B3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:rsidR="00846492" w:rsidRPr="00AD1D4A" w:rsidRDefault="007A2D93">
            <w:pPr>
              <w:rPr>
                <w:lang w:val="fr-FR"/>
              </w:rPr>
            </w:pPr>
            <w:r w:rsidRPr="00AD1D4A">
              <w:rPr>
                <w:i/>
                <w:color w:val="595959"/>
                <w:lang w:val="fr-FR"/>
              </w:rPr>
              <w:t xml:space="preserve"> se completează de autoritate — solicitantul nu scrie</w:t>
            </w:r>
            <w:r w:rsidR="00187CF5">
              <w:rPr>
                <w:i/>
                <w:color w:val="595959"/>
                <w:lang w:val="fr-FR"/>
              </w:rPr>
              <w:t xml:space="preserve"> </w:t>
            </w:r>
            <w:r w:rsidRPr="00AD1D4A">
              <w:rPr>
                <w:i/>
                <w:color w:val="595959"/>
                <w:lang w:val="fr-FR"/>
              </w:rPr>
              <w:t>înaceastă</w:t>
            </w:r>
            <w:r w:rsidR="00187CF5">
              <w:rPr>
                <w:i/>
                <w:color w:val="595959"/>
                <w:lang w:val="fr-FR"/>
              </w:rPr>
              <w:t xml:space="preserve"> </w:t>
            </w:r>
            <w:r w:rsidRPr="00AD1D4A">
              <w:rPr>
                <w:i/>
                <w:color w:val="595959"/>
                <w:lang w:val="fr-FR"/>
              </w:rPr>
              <w:t>zonă</w:t>
            </w:r>
          </w:p>
        </w:tc>
      </w:tr>
    </w:tbl>
    <w:p w:rsidR="00846492" w:rsidRPr="00AD1D4A" w:rsidRDefault="00846492">
      <w:pPr>
        <w:spacing w:line="168" w:lineRule="auto"/>
        <w:rPr>
          <w:lang w:val="fr-FR"/>
        </w:rPr>
      </w:pPr>
    </w:p>
    <w:p w:rsidR="00846492" w:rsidRPr="00932ED5" w:rsidRDefault="007A2D93">
      <w:pPr>
        <w:spacing w:before="140" w:after="40"/>
        <w:jc w:val="center"/>
        <w:rPr>
          <w:sz w:val="28"/>
          <w:szCs w:val="28"/>
        </w:rPr>
      </w:pPr>
      <w:r w:rsidRPr="00932ED5">
        <w:rPr>
          <w:b/>
          <w:sz w:val="28"/>
          <w:szCs w:val="28"/>
        </w:rPr>
        <w:t>NOTIFICARE</w:t>
      </w:r>
    </w:p>
    <w:p w:rsidR="00846492" w:rsidRDefault="00846492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846492">
        <w:trPr>
          <w:cantSplit/>
        </w:trPr>
        <w:tc>
          <w:tcPr>
            <w:tcW w:w="9636" w:type="dxa"/>
            <w:shd w:val="clear" w:color="auto" w:fill="F4F4F4"/>
          </w:tcPr>
          <w:p w:rsidR="00846492" w:rsidRDefault="007A2D93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846492" w:rsidRPr="003869B3">
        <w:trPr>
          <w:cantSplit/>
          <w:trHeight w:val="510"/>
        </w:trPr>
        <w:tc>
          <w:tcPr>
            <w:tcW w:w="9636" w:type="dxa"/>
          </w:tcPr>
          <w:p w:rsidR="00846492" w:rsidRDefault="007A2D93">
            <w:pPr>
              <w:keepNext/>
              <w:rPr>
                <w:b/>
                <w:color w:val="0D5F78"/>
                <w:lang w:val="fr-FR"/>
              </w:rPr>
            </w:pPr>
            <w:r w:rsidRPr="00AD1D4A">
              <w:rPr>
                <w:b/>
                <w:color w:val="0D5F78"/>
                <w:lang w:val="fr-FR"/>
              </w:rPr>
              <w:t>Instituția</w:t>
            </w:r>
          </w:p>
          <w:p w:rsidR="00187CF5" w:rsidRPr="00187CF5" w:rsidRDefault="00187CF5">
            <w:pPr>
              <w:keepNext/>
              <w:rPr>
                <w:lang w:val="fr-FR"/>
              </w:rPr>
            </w:pPr>
            <w:r w:rsidRPr="00187CF5">
              <w:rPr>
                <w:b/>
                <w:lang w:val="fr-FR"/>
              </w:rPr>
              <w:t>PRIMARIA ALBESTI-PALEOLOGU</w:t>
            </w:r>
          </w:p>
          <w:p w:rsidR="00846492" w:rsidRPr="00AD1D4A" w:rsidRDefault="007A2D93">
            <w:pPr>
              <w:keepNext/>
              <w:rPr>
                <w:lang w:val="fr-FR"/>
              </w:rPr>
            </w:pPr>
            <w:r w:rsidRPr="00AD1D4A">
              <w:rPr>
                <w:i/>
                <w:color w:val="7A7A7A"/>
                <w:lang w:val="fr-FR"/>
              </w:rPr>
              <w:t>primăriamunicipiului / orașului / comunei · primăria de sector · consiliuljudețean</w:t>
            </w:r>
          </w:p>
          <w:p w:rsidR="00846492" w:rsidRPr="00AD1D4A" w:rsidRDefault="00846492">
            <w:pPr>
              <w:keepNext/>
              <w:rPr>
                <w:lang w:val="fr-FR"/>
              </w:rPr>
            </w:pPr>
          </w:p>
        </w:tc>
      </w:tr>
      <w:tr w:rsidR="00846492" w:rsidRPr="003869B3">
        <w:trPr>
          <w:cantSplit/>
        </w:trPr>
        <w:tc>
          <w:tcPr>
            <w:tcW w:w="9636" w:type="dxa"/>
            <w:shd w:val="clear" w:color="auto" w:fill="F4F4F4"/>
          </w:tcPr>
          <w:p w:rsidR="00846492" w:rsidRPr="00AD1D4A" w:rsidRDefault="007A2D93">
            <w:pPr>
              <w:spacing w:line="228" w:lineRule="auto"/>
              <w:rPr>
                <w:lang w:val="fr-FR"/>
              </w:rPr>
            </w:pPr>
            <w:r w:rsidRPr="00AD1D4A">
              <w:rPr>
                <w:lang w:val="fr-FR"/>
              </w:rPr>
              <w:t>Cererea va fi transmisă</w:t>
            </w:r>
            <w:r w:rsidR="00187CF5">
              <w:rPr>
                <w:lang w:val="fr-FR"/>
              </w:rPr>
              <w:t xml:space="preserve"> </w:t>
            </w:r>
            <w:r w:rsidRPr="00AD1D4A">
              <w:rPr>
                <w:lang w:val="fr-FR"/>
              </w:rPr>
              <w:t>către</w:t>
            </w:r>
            <w:r w:rsidR="00187CF5">
              <w:rPr>
                <w:lang w:val="fr-FR"/>
              </w:rPr>
              <w:t xml:space="preserve"> </w:t>
            </w:r>
            <w:r w:rsidRPr="00AD1D4A">
              <w:rPr>
                <w:lang w:val="fr-FR"/>
              </w:rPr>
              <w:t>președintele</w:t>
            </w:r>
            <w:r w:rsidR="00187CF5">
              <w:rPr>
                <w:lang w:val="fr-FR"/>
              </w:rPr>
              <w:t xml:space="preserve"> </w:t>
            </w:r>
            <w:r w:rsidRPr="00AD1D4A">
              <w:rPr>
                <w:lang w:val="fr-FR"/>
              </w:rPr>
              <w:t>consiliului</w:t>
            </w:r>
            <w:r w:rsidR="00187CF5">
              <w:rPr>
                <w:lang w:val="fr-FR"/>
              </w:rPr>
              <w:t xml:space="preserve"> </w:t>
            </w:r>
            <w:r w:rsidRPr="00AD1D4A">
              <w:rPr>
                <w:lang w:val="fr-FR"/>
              </w:rPr>
              <w:t>județean, primarul</w:t>
            </w:r>
            <w:r w:rsidR="00187CF5">
              <w:rPr>
                <w:lang w:val="fr-FR"/>
              </w:rPr>
              <w:t xml:space="preserve"> </w:t>
            </w:r>
            <w:r w:rsidRPr="00AD1D4A">
              <w:rPr>
                <w:lang w:val="fr-FR"/>
              </w:rPr>
              <w:t>general, primarul de sector</w:t>
            </w:r>
            <w:r w:rsidR="00187CF5">
              <w:rPr>
                <w:lang w:val="fr-FR"/>
              </w:rPr>
              <w:t xml:space="preserve"> </w:t>
            </w:r>
            <w:r w:rsidRPr="00AD1D4A">
              <w:rPr>
                <w:lang w:val="fr-FR"/>
              </w:rPr>
              <w:t>sau</w:t>
            </w:r>
            <w:r w:rsidR="00187CF5">
              <w:rPr>
                <w:lang w:val="fr-FR"/>
              </w:rPr>
              <w:t xml:space="preserve"> </w:t>
            </w:r>
            <w:r w:rsidRPr="00AD1D4A">
              <w:rPr>
                <w:lang w:val="fr-FR"/>
              </w:rPr>
              <w:t>primarul</w:t>
            </w:r>
            <w:r w:rsidR="00187CF5">
              <w:rPr>
                <w:lang w:val="fr-FR"/>
              </w:rPr>
              <w:t xml:space="preserve"> </w:t>
            </w:r>
            <w:r w:rsidRPr="00AD1D4A">
              <w:rPr>
                <w:lang w:val="fr-FR"/>
              </w:rPr>
              <w:t>municipiului / orașului / comunei, după</w:t>
            </w:r>
            <w:r w:rsidR="00187CF5">
              <w:rPr>
                <w:lang w:val="fr-FR"/>
              </w:rPr>
              <w:t xml:space="preserve"> </w:t>
            </w:r>
            <w:r w:rsidRPr="00AD1D4A">
              <w:rPr>
                <w:lang w:val="fr-FR"/>
              </w:rPr>
              <w:t>caz.</w:t>
            </w:r>
          </w:p>
        </w:tc>
      </w:tr>
    </w:tbl>
    <w:p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846492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846492" w:rsidRDefault="007A2D93">
            <w:pPr>
              <w:keepNext/>
            </w:pP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846492">
        <w:trPr>
          <w:cantSplit/>
          <w:trHeight w:val="510"/>
        </w:trPr>
        <w:tc>
          <w:tcPr>
            <w:tcW w:w="5621" w:type="dxa"/>
            <w:gridSpan w:val="5"/>
          </w:tcPr>
          <w:p w:rsidR="00846492" w:rsidRDefault="007A2D93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:rsidR="00846492" w:rsidRDefault="00846492">
            <w:pPr>
              <w:keepNext/>
            </w:pPr>
          </w:p>
        </w:tc>
        <w:tc>
          <w:tcPr>
            <w:tcW w:w="4015" w:type="dxa"/>
            <w:gridSpan w:val="3"/>
          </w:tcPr>
          <w:p w:rsidR="00846492" w:rsidRDefault="007A2D93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846492" w:rsidRDefault="00846492">
            <w:pPr>
              <w:keepNext/>
            </w:pPr>
          </w:p>
        </w:tc>
      </w:tr>
      <w:tr w:rsidR="00846492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846492" w:rsidRDefault="007A2D93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846492">
        <w:trPr>
          <w:cantSplit/>
          <w:trHeight w:val="510"/>
        </w:trPr>
        <w:tc>
          <w:tcPr>
            <w:tcW w:w="1606" w:type="dxa"/>
          </w:tcPr>
          <w:p w:rsidR="00846492" w:rsidRDefault="007A2D93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:rsidR="00846492" w:rsidRDefault="00846492">
            <w:pPr>
              <w:keepNext/>
            </w:pPr>
          </w:p>
        </w:tc>
        <w:tc>
          <w:tcPr>
            <w:tcW w:w="1606" w:type="dxa"/>
          </w:tcPr>
          <w:p w:rsidR="00846492" w:rsidRDefault="007A2D93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:rsidR="00846492" w:rsidRDefault="00846492">
            <w:pPr>
              <w:keepNext/>
            </w:pPr>
          </w:p>
        </w:tc>
        <w:tc>
          <w:tcPr>
            <w:tcW w:w="4818" w:type="dxa"/>
            <w:gridSpan w:val="5"/>
          </w:tcPr>
          <w:p w:rsidR="00846492" w:rsidRDefault="007A2D93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:rsidR="00846492" w:rsidRDefault="00846492">
            <w:pPr>
              <w:keepNext/>
            </w:pPr>
          </w:p>
        </w:tc>
        <w:tc>
          <w:tcPr>
            <w:tcW w:w="1606" w:type="dxa"/>
          </w:tcPr>
          <w:p w:rsidR="00846492" w:rsidRDefault="007A2D93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846492" w:rsidRDefault="00846492">
            <w:pPr>
              <w:keepNext/>
            </w:pPr>
          </w:p>
        </w:tc>
      </w:tr>
      <w:tr w:rsidR="00846492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846492" w:rsidRDefault="007A2D93">
            <w:pPr>
              <w:keepNext/>
            </w:pPr>
            <w:r>
              <w:rPr>
                <w:sz w:val="16"/>
              </w:rPr>
              <w:t>Domiciliul</w:t>
            </w:r>
          </w:p>
        </w:tc>
      </w:tr>
      <w:tr w:rsidR="00846492">
        <w:trPr>
          <w:cantSplit/>
          <w:trHeight w:val="510"/>
        </w:trPr>
        <w:tc>
          <w:tcPr>
            <w:tcW w:w="3212" w:type="dxa"/>
            <w:gridSpan w:val="2"/>
          </w:tcPr>
          <w:p w:rsidR="00846492" w:rsidRDefault="007A2D93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:rsidR="00846492" w:rsidRDefault="00846492">
            <w:pPr>
              <w:keepNext/>
            </w:pPr>
          </w:p>
        </w:tc>
        <w:tc>
          <w:tcPr>
            <w:tcW w:w="3212" w:type="dxa"/>
            <w:gridSpan w:val="4"/>
          </w:tcPr>
          <w:p w:rsidR="00846492" w:rsidRDefault="007A2D93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:rsidR="00846492" w:rsidRDefault="00846492">
            <w:pPr>
              <w:keepNext/>
            </w:pPr>
          </w:p>
        </w:tc>
        <w:tc>
          <w:tcPr>
            <w:tcW w:w="3212" w:type="dxa"/>
            <w:gridSpan w:val="2"/>
          </w:tcPr>
          <w:p w:rsidR="00846492" w:rsidRDefault="007A2D93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:rsidR="00846492" w:rsidRDefault="00846492">
            <w:pPr>
              <w:keepNext/>
            </w:pPr>
          </w:p>
        </w:tc>
      </w:tr>
      <w:tr w:rsidR="00846492">
        <w:trPr>
          <w:cantSplit/>
          <w:trHeight w:val="510"/>
        </w:trPr>
        <w:tc>
          <w:tcPr>
            <w:tcW w:w="3212" w:type="dxa"/>
            <w:gridSpan w:val="2"/>
          </w:tcPr>
          <w:p w:rsidR="00846492" w:rsidRDefault="007A2D93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846492" w:rsidRDefault="00846492">
            <w:pPr>
              <w:keepNext/>
            </w:pPr>
          </w:p>
        </w:tc>
        <w:tc>
          <w:tcPr>
            <w:tcW w:w="803" w:type="dxa"/>
          </w:tcPr>
          <w:p w:rsidR="00846492" w:rsidRDefault="007A2D93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846492" w:rsidRDefault="00846492">
            <w:pPr>
              <w:keepNext/>
            </w:pPr>
          </w:p>
        </w:tc>
        <w:tc>
          <w:tcPr>
            <w:tcW w:w="803" w:type="dxa"/>
          </w:tcPr>
          <w:p w:rsidR="00846492" w:rsidRDefault="007A2D93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846492" w:rsidRDefault="00846492">
            <w:pPr>
              <w:keepNext/>
            </w:pPr>
          </w:p>
        </w:tc>
        <w:tc>
          <w:tcPr>
            <w:tcW w:w="803" w:type="dxa"/>
          </w:tcPr>
          <w:p w:rsidR="00846492" w:rsidRDefault="007A2D93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846492" w:rsidRDefault="00846492">
            <w:pPr>
              <w:keepNext/>
            </w:pPr>
          </w:p>
        </w:tc>
        <w:tc>
          <w:tcPr>
            <w:tcW w:w="803" w:type="dxa"/>
          </w:tcPr>
          <w:p w:rsidR="00846492" w:rsidRDefault="007A2D93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846492" w:rsidRDefault="00846492">
            <w:pPr>
              <w:keepNext/>
            </w:pPr>
          </w:p>
        </w:tc>
        <w:tc>
          <w:tcPr>
            <w:tcW w:w="1606" w:type="dxa"/>
          </w:tcPr>
          <w:p w:rsidR="00846492" w:rsidRDefault="007A2D93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846492" w:rsidRDefault="00846492">
            <w:pPr>
              <w:keepNext/>
            </w:pPr>
          </w:p>
        </w:tc>
        <w:tc>
          <w:tcPr>
            <w:tcW w:w="1606" w:type="dxa"/>
          </w:tcPr>
          <w:p w:rsidR="00846492" w:rsidRDefault="007A2D93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:rsidR="00846492" w:rsidRDefault="00846492">
            <w:pPr>
              <w:keepNext/>
            </w:pPr>
          </w:p>
        </w:tc>
      </w:tr>
      <w:tr w:rsidR="00846492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846492" w:rsidRDefault="007A2D93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846492">
        <w:trPr>
          <w:cantSplit/>
          <w:trHeight w:val="510"/>
        </w:trPr>
        <w:tc>
          <w:tcPr>
            <w:tcW w:w="4015" w:type="dxa"/>
            <w:gridSpan w:val="3"/>
          </w:tcPr>
          <w:p w:rsidR="00846492" w:rsidRDefault="007A2D93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:rsidR="00846492" w:rsidRDefault="00846492">
            <w:pPr>
              <w:keepNext/>
            </w:pPr>
          </w:p>
        </w:tc>
        <w:tc>
          <w:tcPr>
            <w:tcW w:w="5621" w:type="dxa"/>
            <w:gridSpan w:val="5"/>
          </w:tcPr>
          <w:p w:rsidR="00846492" w:rsidRDefault="007A2D93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:rsidR="00846492" w:rsidRDefault="00846492">
            <w:pPr>
              <w:keepNext/>
            </w:pPr>
          </w:p>
        </w:tc>
      </w:tr>
      <w:tr w:rsidR="00846492" w:rsidRPr="003869B3">
        <w:trPr>
          <w:cantSplit/>
        </w:trPr>
        <w:tc>
          <w:tcPr>
            <w:tcW w:w="9636" w:type="dxa"/>
            <w:gridSpan w:val="8"/>
          </w:tcPr>
          <w:p w:rsidR="00846492" w:rsidRPr="00AD1D4A" w:rsidRDefault="007A2D93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titular al dreptului de proprietate     ☐ împuternicit al titularului</w:t>
            </w:r>
          </w:p>
        </w:tc>
      </w:tr>
    </w:tbl>
    <w:p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4818"/>
        <w:gridCol w:w="1606"/>
        <w:gridCol w:w="1606"/>
        <w:gridCol w:w="1606"/>
      </w:tblGrid>
      <w:tr w:rsidR="00AD1D4A" w:rsidTr="00F80068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:rsidR="00AD1D4A" w:rsidRDefault="00AD1D4A" w:rsidP="00F80068">
            <w:pPr>
              <w:keepNext/>
            </w:pP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1D4A" w:rsidTr="00F80068">
        <w:trPr>
          <w:cantSplit/>
          <w:trHeight w:val="510"/>
        </w:trPr>
        <w:tc>
          <w:tcPr>
            <w:tcW w:w="4818" w:type="dxa"/>
          </w:tcPr>
          <w:p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>Localizare / adresă</w:t>
            </w:r>
          </w:p>
          <w:p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>Nr. cadastral</w:t>
            </w:r>
          </w:p>
          <w:p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>Carte funciară</w:t>
            </w:r>
          </w:p>
          <w:p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>Suprafață (mp)</w:t>
            </w:r>
          </w:p>
          <w:p w:rsidR="00AD1D4A" w:rsidRDefault="00AD1D4A" w:rsidP="00F80068">
            <w:pPr>
              <w:keepNext/>
            </w:pPr>
          </w:p>
        </w:tc>
      </w:tr>
      <w:tr w:rsidR="00AD1D4A" w:rsidTr="00F80068">
        <w:trPr>
          <w:cantSplit/>
        </w:trPr>
        <w:tc>
          <w:tcPr>
            <w:tcW w:w="9636" w:type="dxa"/>
            <w:gridSpan w:val="4"/>
          </w:tcPr>
          <w:p w:rsidR="00AD1D4A" w:rsidRDefault="00AD1D4A" w:rsidP="00F80068">
            <w:pPr>
              <w:keepNext/>
            </w:pP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>intravilan</w:t>
            </w:r>
            <w:r w:rsidR="00187CF5">
              <w:rPr>
                <w:sz w:val="16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>extravilan</w:t>
            </w:r>
            <w:r w:rsidR="00187CF5">
              <w:rPr>
                <w:sz w:val="16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mediu rural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>mediu urban</w:t>
            </w:r>
          </w:p>
        </w:tc>
      </w:tr>
      <w:tr w:rsidR="00AD1D4A" w:rsidRPr="003869B3" w:rsidTr="00F80068">
        <w:trPr>
          <w:cantSplit/>
        </w:trPr>
        <w:tc>
          <w:tcPr>
            <w:tcW w:w="9636" w:type="dxa"/>
            <w:gridSpan w:val="4"/>
          </w:tcPr>
          <w:p w:rsidR="00AD1D4A" w:rsidRPr="00AD1D4A" w:rsidRDefault="00AD1D4A" w:rsidP="00F80068">
            <w:pPr>
              <w:keepNext/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>localitate</w:t>
            </w:r>
            <w:r w:rsidR="00187CF5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rurală</w:t>
            </w:r>
            <w:r w:rsidR="00187CF5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în</w:t>
            </w:r>
            <w:r w:rsidR="00187CF5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zonă</w:t>
            </w:r>
            <w:r w:rsidR="00187CF5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 xml:space="preserve">metropolitană: DA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NU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>neaplicabil</w:t>
            </w:r>
          </w:p>
        </w:tc>
      </w:tr>
      <w:tr w:rsidR="00AD1D4A" w:rsidRPr="003869B3" w:rsidTr="00F80068">
        <w:trPr>
          <w:cantSplit/>
          <w:trHeight w:val="510"/>
        </w:trPr>
        <w:tc>
          <w:tcPr>
            <w:tcW w:w="9636" w:type="dxa"/>
            <w:gridSpan w:val="4"/>
          </w:tcPr>
          <w:p w:rsidR="00AD1D4A" w:rsidRPr="00AD1D4A" w:rsidRDefault="00AD1D4A" w:rsidP="00F80068">
            <w:pPr>
              <w:keepNext/>
              <w:rPr>
                <w:lang w:val="fr-FR"/>
              </w:rPr>
            </w:pPr>
            <w:r w:rsidRPr="00AD1D4A">
              <w:rPr>
                <w:b/>
                <w:color w:val="0D5F78"/>
                <w:lang w:val="fr-FR"/>
              </w:rPr>
              <w:t>Documentația de urbanism / UTR / reglementareaaplicabilă</w:t>
            </w:r>
          </w:p>
          <w:p w:rsidR="00AD1D4A" w:rsidRPr="00AD1D4A" w:rsidRDefault="00AD1D4A" w:rsidP="00F80068">
            <w:pPr>
              <w:keepNext/>
              <w:rPr>
                <w:lang w:val="fr-FR"/>
              </w:rPr>
            </w:pPr>
          </w:p>
        </w:tc>
      </w:tr>
      <w:tr w:rsidR="00AD1D4A" w:rsidTr="00F80068">
        <w:trPr>
          <w:cantSplit/>
        </w:trPr>
        <w:tc>
          <w:tcPr>
            <w:tcW w:w="9636" w:type="dxa"/>
            <w:gridSpan w:val="4"/>
          </w:tcPr>
          <w:p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>în</w:t>
            </w:r>
            <w:r w:rsidR="00187CF5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afarazonelor construite protejateși a zonelor de protecție a monumentelor</w:t>
            </w:r>
          </w:p>
          <w:p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>zonă</w:t>
            </w:r>
            <w:r w:rsidR="00187CF5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construită</w:t>
            </w:r>
            <w:r w:rsidR="00187CF5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protejată / zonă de protecție a monumentului</w:t>
            </w:r>
          </w:p>
          <w:p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monument istoric / în curs de clasare / valoare</w:t>
            </w:r>
            <w:r w:rsidR="00187CF5">
              <w:rPr>
                <w:sz w:val="16"/>
              </w:rPr>
              <w:t xml:space="preserve"> </w:t>
            </w:r>
            <w:r>
              <w:rPr>
                <w:sz w:val="16"/>
              </w:rPr>
              <w:t>arhitecturală</w:t>
            </w:r>
            <w:r w:rsidR="00187CF5">
              <w:rPr>
                <w:sz w:val="16"/>
              </w:rPr>
              <w:t xml:space="preserve"> </w:t>
            </w:r>
            <w:r>
              <w:rPr>
                <w:sz w:val="16"/>
              </w:rPr>
              <w:t>ori</w:t>
            </w:r>
            <w:r w:rsidR="00187CF5">
              <w:rPr>
                <w:sz w:val="16"/>
              </w:rPr>
              <w:t xml:space="preserve"> </w:t>
            </w:r>
            <w:r>
              <w:rPr>
                <w:sz w:val="16"/>
              </w:rPr>
              <w:t>istorică</w:t>
            </w:r>
          </w:p>
          <w:p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alt regim special</w:t>
            </w:r>
          </w:p>
        </w:tc>
      </w:tr>
    </w:tbl>
    <w:p w:rsidR="00AD1D4A" w:rsidRDefault="00AD1D4A">
      <w:pPr>
        <w:spacing w:before="80" w:after="60"/>
        <w:jc w:val="center"/>
        <w:rPr>
          <w:sz w:val="18"/>
        </w:rPr>
      </w:pPr>
      <w:r w:rsidRPr="00AD1D4A">
        <w:rPr>
          <w:sz w:val="18"/>
        </w:rPr>
        <w:t xml:space="preserve">întemeiul art. 294–298 </w:t>
      </w:r>
      <w:r>
        <w:rPr>
          <w:sz w:val="18"/>
        </w:rPr>
        <w:t xml:space="preserve">din </w:t>
      </w:r>
      <w:r w:rsidRPr="00AD1D4A">
        <w:rPr>
          <w:sz w:val="18"/>
        </w:rPr>
        <w:t>Leg</w:t>
      </w:r>
      <w:r>
        <w:rPr>
          <w:sz w:val="18"/>
        </w:rPr>
        <w:t>ea</w:t>
      </w:r>
      <w:r w:rsidR="00187CF5">
        <w:rPr>
          <w:sz w:val="18"/>
        </w:rPr>
        <w:t xml:space="preserve"> </w:t>
      </w:r>
      <w:r w:rsidRPr="00AD1D4A">
        <w:rPr>
          <w:sz w:val="18"/>
        </w:rPr>
        <w:t>nr. 169/2026 privind</w:t>
      </w:r>
      <w:r w:rsidR="00187CF5">
        <w:rPr>
          <w:sz w:val="18"/>
        </w:rPr>
        <w:t xml:space="preserve"> </w:t>
      </w:r>
      <w:r w:rsidRPr="00AD1D4A">
        <w:rPr>
          <w:sz w:val="18"/>
        </w:rPr>
        <w:t>Codul</w:t>
      </w:r>
      <w:r w:rsidR="00187CF5">
        <w:rPr>
          <w:sz w:val="18"/>
        </w:rPr>
        <w:t xml:space="preserve"> </w:t>
      </w:r>
      <w:r w:rsidRPr="00AD1D4A">
        <w:rPr>
          <w:sz w:val="18"/>
        </w:rPr>
        <w:t>amenajării</w:t>
      </w:r>
      <w:r w:rsidR="00187CF5">
        <w:rPr>
          <w:sz w:val="18"/>
        </w:rPr>
        <w:t xml:space="preserve"> </w:t>
      </w:r>
      <w:r w:rsidRPr="00AD1D4A">
        <w:rPr>
          <w:sz w:val="18"/>
        </w:rPr>
        <w:t>teritoriului, urbanismului</w:t>
      </w:r>
      <w:r w:rsidR="00187CF5">
        <w:rPr>
          <w:sz w:val="18"/>
        </w:rPr>
        <w:t xml:space="preserve"> </w:t>
      </w:r>
      <w:r w:rsidRPr="00AD1D4A">
        <w:rPr>
          <w:sz w:val="18"/>
        </w:rPr>
        <w:t>și</w:t>
      </w:r>
      <w:r w:rsidR="00187CF5">
        <w:rPr>
          <w:sz w:val="18"/>
        </w:rPr>
        <w:t xml:space="preserve"> </w:t>
      </w:r>
      <w:r w:rsidRPr="00AD1D4A">
        <w:rPr>
          <w:sz w:val="18"/>
        </w:rPr>
        <w:t>construcțiilor,</w:t>
      </w:r>
    </w:p>
    <w:p w:rsidR="00D2019F" w:rsidRDefault="007A2D93" w:rsidP="007C5D68">
      <w:pPr>
        <w:spacing w:before="80" w:after="60"/>
        <w:jc w:val="center"/>
        <w:rPr>
          <w:sz w:val="18"/>
        </w:rPr>
      </w:pPr>
      <w:r w:rsidRPr="00AD1D4A">
        <w:rPr>
          <w:sz w:val="18"/>
        </w:rPr>
        <w:t>notific</w:t>
      </w:r>
    </w:p>
    <w:p w:rsidR="00846492" w:rsidRDefault="00846492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846492">
        <w:trPr>
          <w:cantSplit/>
        </w:trPr>
        <w:tc>
          <w:tcPr>
            <w:tcW w:w="9636" w:type="dxa"/>
            <w:shd w:val="clear" w:color="auto" w:fill="F4F4F4"/>
          </w:tcPr>
          <w:p w:rsidR="00846492" w:rsidRDefault="007A2D93">
            <w:pPr>
              <w:keepNext/>
            </w:pPr>
            <w:r>
              <w:rPr>
                <w:b/>
                <w:sz w:val="16"/>
              </w:rPr>
              <w:t xml:space="preserve"> 4. </w:t>
            </w:r>
            <w:r w:rsidR="00932ED5">
              <w:rPr>
                <w:b/>
                <w:sz w:val="16"/>
              </w:rPr>
              <w:t xml:space="preserve">EXECUTAREA URMĂTOARELOR </w:t>
            </w:r>
            <w:r>
              <w:rPr>
                <w:b/>
                <w:color w:val="000000"/>
                <w:sz w:val="18"/>
              </w:rPr>
              <w:t>LUCRĂRI</w:t>
            </w:r>
          </w:p>
        </w:tc>
      </w:tr>
      <w:tr w:rsidR="00846492">
        <w:trPr>
          <w:cantSplit/>
        </w:trPr>
        <w:tc>
          <w:tcPr>
            <w:tcW w:w="9636" w:type="dxa"/>
            <w:shd w:val="clear" w:color="auto" w:fill="F4F4F4"/>
          </w:tcPr>
          <w:p w:rsidR="00846492" w:rsidRDefault="007A2D93">
            <w:pPr>
              <w:keepNext/>
            </w:pPr>
            <w:r>
              <w:rPr>
                <w:sz w:val="16"/>
              </w:rPr>
              <w:t xml:space="preserve"> A · Lucrări</w:t>
            </w:r>
            <w:r w:rsidR="00187CF5">
              <w:rPr>
                <w:sz w:val="16"/>
              </w:rPr>
              <w:t xml:space="preserve"> </w:t>
            </w:r>
            <w:r>
              <w:rPr>
                <w:sz w:val="16"/>
              </w:rPr>
              <w:t>noi</w:t>
            </w:r>
            <w:r w:rsidR="00187CF5">
              <w:rPr>
                <w:sz w:val="16"/>
              </w:rPr>
              <w:t xml:space="preserve"> </w:t>
            </w:r>
            <w:r>
              <w:rPr>
                <w:sz w:val="16"/>
              </w:rPr>
              <w:t>înmediul rural, în</w:t>
            </w:r>
            <w:r w:rsidR="00187CF5">
              <w:rPr>
                <w:sz w:val="16"/>
              </w:rPr>
              <w:t xml:space="preserve"> </w:t>
            </w:r>
            <w:r>
              <w:rPr>
                <w:sz w:val="16"/>
              </w:rPr>
              <w:t>intravila</w:t>
            </w:r>
            <w:r w:rsidR="007C5D68">
              <w:rPr>
                <w:sz w:val="16"/>
              </w:rPr>
              <w:t>n, din categoria</w:t>
            </w:r>
            <w:r w:rsidR="00187CF5">
              <w:rPr>
                <w:sz w:val="16"/>
              </w:rPr>
              <w:t xml:space="preserve"> </w:t>
            </w:r>
            <w:r w:rsidR="007C5D68">
              <w:rPr>
                <w:sz w:val="16"/>
              </w:rPr>
              <w:t>celor</w:t>
            </w:r>
            <w:r w:rsidR="00187CF5">
              <w:rPr>
                <w:sz w:val="16"/>
              </w:rPr>
              <w:t xml:space="preserve"> </w:t>
            </w:r>
            <w:r w:rsidR="007C5D68">
              <w:rPr>
                <w:sz w:val="16"/>
              </w:rPr>
              <w:t xml:space="preserve">prevăzute la </w:t>
            </w:r>
            <w:r>
              <w:rPr>
                <w:sz w:val="16"/>
              </w:rPr>
              <w:t>art. 294 alin. (2) lit. a)</w:t>
            </w:r>
            <w:r w:rsidR="007C5D68">
              <w:rPr>
                <w:sz w:val="16"/>
              </w:rPr>
              <w:t xml:space="preserve"> din Legea nr. 169/2026</w:t>
            </w:r>
          </w:p>
        </w:tc>
      </w:tr>
      <w:tr w:rsidR="00846492" w:rsidRPr="003869B3">
        <w:trPr>
          <w:cantSplit/>
        </w:trPr>
        <w:tc>
          <w:tcPr>
            <w:tcW w:w="9636" w:type="dxa"/>
          </w:tcPr>
          <w:p w:rsidR="00846492" w:rsidRPr="00AD1D4A" w:rsidRDefault="007A2D9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 A.1 construcții</w:t>
            </w:r>
            <w:r w:rsidR="00187CF5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noi</w:t>
            </w:r>
            <w:r w:rsidR="00187CF5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exterioare</w:t>
            </w:r>
            <w:r w:rsidR="00187CF5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locuinței unifamiliale (garaje, terase, pergole, piscine…)</w:t>
            </w:r>
          </w:p>
          <w:p w:rsidR="00846492" w:rsidRPr="00AD1D4A" w:rsidRDefault="007A2D9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 A.2 o singură</w:t>
            </w:r>
            <w:r w:rsidR="00187CF5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locuință</w:t>
            </w:r>
            <w:r w:rsidR="00187CF5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unifamilială (P sau D+P, max. 150 mp</w:t>
            </w:r>
            <w:r w:rsidR="00D2019F">
              <w:rPr>
                <w:sz w:val="16"/>
                <w:lang w:val="fr-FR"/>
              </w:rPr>
              <w:t xml:space="preserve">) : </w:t>
            </w:r>
            <w:r w:rsidR="00D2019F"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>pe</w:t>
            </w:r>
            <w:r w:rsidR="00187CF5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bază de proiect</w:t>
            </w:r>
            <w:r w:rsidR="00D2019F">
              <w:rPr>
                <w:sz w:val="16"/>
                <w:lang w:val="fr-FR"/>
              </w:rPr>
              <w:t xml:space="preserve"> / </w:t>
            </w:r>
            <w:r w:rsidR="00D2019F"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D2019F" w:rsidRPr="00AD1D4A">
              <w:rPr>
                <w:sz w:val="16"/>
                <w:lang w:val="fr-FR"/>
              </w:rPr>
              <w:t>pebază de proiect</w:t>
            </w:r>
            <w:r w:rsidR="00D2019F">
              <w:rPr>
                <w:sz w:val="16"/>
                <w:lang w:val="fr-FR"/>
              </w:rPr>
              <w:t>-tip</w:t>
            </w:r>
          </w:p>
        </w:tc>
      </w:tr>
      <w:tr w:rsidR="00846492">
        <w:trPr>
          <w:cantSplit/>
        </w:trPr>
        <w:tc>
          <w:tcPr>
            <w:tcW w:w="9636" w:type="dxa"/>
            <w:shd w:val="clear" w:color="auto" w:fill="F4F4F4"/>
          </w:tcPr>
          <w:p w:rsidR="00846492" w:rsidRDefault="007A2D93">
            <w:pPr>
              <w:keepNext/>
            </w:pPr>
            <w:r w:rsidRPr="00AD1D4A">
              <w:rPr>
                <w:sz w:val="16"/>
                <w:lang w:val="fr-FR"/>
              </w:rPr>
              <w:t xml:space="preserve"> B · Intervenții la construcții</w:t>
            </w:r>
            <w:r w:rsidR="00187CF5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 xml:space="preserve">existente — </w:t>
            </w:r>
            <w:r w:rsidR="007C5D68" w:rsidRPr="007C5D68">
              <w:rPr>
                <w:sz w:val="16"/>
                <w:lang w:val="fr-FR"/>
              </w:rPr>
              <w:t>din</w:t>
            </w:r>
            <w:r w:rsidR="00187CF5">
              <w:rPr>
                <w:sz w:val="16"/>
                <w:lang w:val="fr-FR"/>
              </w:rPr>
              <w:t xml:space="preserve"> </w:t>
            </w:r>
            <w:r w:rsidR="007C5D68" w:rsidRPr="007C5D68">
              <w:rPr>
                <w:sz w:val="16"/>
                <w:lang w:val="fr-FR"/>
              </w:rPr>
              <w:t>categoria</w:t>
            </w:r>
            <w:r w:rsidR="00187CF5">
              <w:rPr>
                <w:sz w:val="16"/>
                <w:lang w:val="fr-FR"/>
              </w:rPr>
              <w:t xml:space="preserve"> </w:t>
            </w:r>
            <w:r w:rsidR="007C5D68" w:rsidRPr="007C5D68">
              <w:rPr>
                <w:sz w:val="16"/>
                <w:lang w:val="fr-FR"/>
              </w:rPr>
              <w:t xml:space="preserve">celorprevăzute la art. 294 alin. </w:t>
            </w:r>
            <w:r w:rsidR="007C5D68">
              <w:rPr>
                <w:sz w:val="16"/>
              </w:rPr>
              <w:t>(2) lit. b) din Legea nr. 169/2026</w:t>
            </w:r>
          </w:p>
        </w:tc>
      </w:tr>
    </w:tbl>
    <w:p w:rsidR="007C5D68" w:rsidRDefault="007C5D68">
      <w:pPr>
        <w:keepNext/>
        <w:rPr>
          <w:sz w:val="16"/>
        </w:rPr>
        <w:sectPr w:rsidR="007C5D68" w:rsidSect="007C5D68">
          <w:footerReference w:type="default" r:id="rId10"/>
          <w:headerReference w:type="first" r:id="rId11"/>
          <w:footerReference w:type="first" r:id="rId12"/>
          <w:pgSz w:w="11906" w:h="16838"/>
          <w:pgMar w:top="567" w:right="1134" w:bottom="454" w:left="1134" w:header="720" w:footer="227" w:gutter="0"/>
          <w:cols w:space="720"/>
          <w:titlePg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846492">
        <w:trPr>
          <w:cantSplit/>
        </w:trPr>
        <w:tc>
          <w:tcPr>
            <w:tcW w:w="9636" w:type="dxa"/>
          </w:tcPr>
          <w:p w:rsidR="00846492" w:rsidRDefault="007A2D93">
            <w:pPr>
              <w:keepNext/>
            </w:pPr>
            <w:r>
              <w:rPr>
                <w:sz w:val="16"/>
              </w:rPr>
              <w:lastRenderedPageBreak/>
              <w:t>☐ B.1 împrejmuiri</w:t>
            </w:r>
            <w:r w:rsidR="00187CF5">
              <w:rPr>
                <w:sz w:val="16"/>
              </w:rPr>
              <w:t xml:space="preserve"> </w:t>
            </w:r>
            <w:r>
              <w:rPr>
                <w:sz w:val="16"/>
              </w:rPr>
              <w:t>noi</w:t>
            </w:r>
          </w:p>
          <w:p w:rsidR="00846492" w:rsidRDefault="007A2D93">
            <w:pPr>
              <w:keepNext/>
            </w:pPr>
            <w:r>
              <w:rPr>
                <w:sz w:val="16"/>
              </w:rPr>
              <w:t>☐ B.2 înlocuire / reconfigurare</w:t>
            </w:r>
            <w:r w:rsidR="00187CF5">
              <w:rPr>
                <w:sz w:val="16"/>
              </w:rPr>
              <w:t xml:space="preserve"> </w:t>
            </w:r>
            <w:r>
              <w:rPr>
                <w:sz w:val="16"/>
              </w:rPr>
              <w:t>acoperiș</w:t>
            </w:r>
          </w:p>
          <w:p w:rsidR="00846492" w:rsidRDefault="007A2D93">
            <w:pPr>
              <w:keepNext/>
            </w:pPr>
            <w:r>
              <w:rPr>
                <w:sz w:val="16"/>
              </w:rPr>
              <w:t>☐ B.3 amenajare</w:t>
            </w:r>
            <w:r w:rsidR="00187CF5">
              <w:rPr>
                <w:sz w:val="16"/>
              </w:rPr>
              <w:t xml:space="preserve"> mansard </w:t>
            </w:r>
            <w:r>
              <w:rPr>
                <w:sz w:val="16"/>
              </w:rPr>
              <w:t>în pod existent</w:t>
            </w:r>
          </w:p>
          <w:p w:rsidR="00846492" w:rsidRPr="00AD1D4A" w:rsidRDefault="007A2D9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 B.4 renovare / extindere</w:t>
            </w:r>
            <w:r w:rsidR="00187CF5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bucătărie</w:t>
            </w:r>
            <w:r w:rsidR="00187CF5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sau baie; închidere</w:t>
            </w:r>
            <w:r w:rsidR="00187CF5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unitară</w:t>
            </w:r>
            <w:r w:rsidR="00187CF5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logii</w:t>
            </w:r>
          </w:p>
          <w:p w:rsidR="00846492" w:rsidRPr="00AD1D4A" w:rsidRDefault="007A2D9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 B.5 compartimentări</w:t>
            </w:r>
            <w:r w:rsidR="00187CF5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nestructurale</w:t>
            </w:r>
          </w:p>
          <w:p w:rsidR="00846492" w:rsidRDefault="007A2D93">
            <w:pPr>
              <w:keepNext/>
            </w:pPr>
            <w:r>
              <w:rPr>
                <w:sz w:val="16"/>
              </w:rPr>
              <w:t>☐ B.6 remodelări</w:t>
            </w:r>
            <w:r w:rsidR="00187CF5">
              <w:rPr>
                <w:sz w:val="16"/>
              </w:rPr>
              <w:t xml:space="preserve"> </w:t>
            </w:r>
            <w:r>
              <w:rPr>
                <w:sz w:val="16"/>
              </w:rPr>
              <w:t>fațade</w:t>
            </w:r>
            <w:r w:rsidR="00187CF5">
              <w:rPr>
                <w:sz w:val="16"/>
              </w:rPr>
              <w:t xml:space="preserve"> </w:t>
            </w:r>
            <w:r>
              <w:rPr>
                <w:sz w:val="16"/>
              </w:rPr>
              <w:t>fărărol structural</w:t>
            </w:r>
          </w:p>
        </w:tc>
      </w:tr>
    </w:tbl>
    <w:p w:rsidR="007C5D68" w:rsidRPr="007F39C2" w:rsidRDefault="007C5D68">
      <w:pPr>
        <w:keepNext/>
        <w:rPr>
          <w:sz w:val="16"/>
        </w:rPr>
        <w:sectPr w:rsidR="007C5D68" w:rsidRPr="007F39C2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846492" w:rsidRPr="003869B3">
        <w:trPr>
          <w:cantSplit/>
        </w:trPr>
        <w:tc>
          <w:tcPr>
            <w:tcW w:w="9636" w:type="dxa"/>
          </w:tcPr>
          <w:p w:rsidR="00846492" w:rsidRPr="00AD1D4A" w:rsidRDefault="007A2D9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lastRenderedPageBreak/>
              <w:t>☐ B.7 reabilitare</w:t>
            </w:r>
            <w:r w:rsidR="00187CF5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energetică</w:t>
            </w:r>
            <w:r w:rsidR="00187CF5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unitară (clădiri de locuit, max. 3 niveluri)</w:t>
            </w:r>
          </w:p>
          <w:p w:rsidR="00846492" w:rsidRPr="00AD1D4A" w:rsidRDefault="007A2D9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 B.8 compartimentări</w:t>
            </w:r>
            <w:r w:rsidR="00187CF5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demontabile / ușoare</w:t>
            </w:r>
          </w:p>
          <w:p w:rsidR="00846492" w:rsidRPr="00AD1D4A" w:rsidRDefault="007A2D9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 B.9 schimbare de destinație</w:t>
            </w:r>
            <w:r w:rsidR="00187CF5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fără</w:t>
            </w:r>
            <w:r w:rsidR="00187CF5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lucrări</w:t>
            </w:r>
          </w:p>
          <w:p w:rsidR="00846492" w:rsidRDefault="007A2D93">
            <w:pPr>
              <w:keepNext/>
            </w:pPr>
            <w:r>
              <w:rPr>
                <w:sz w:val="16"/>
              </w:rPr>
              <w:t>☐ B.10 grupuri</w:t>
            </w:r>
            <w:r w:rsidR="00187CF5"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sanitare / </w:t>
            </w:r>
            <w:r w:rsidR="00187CF5">
              <w:rPr>
                <w:sz w:val="16"/>
              </w:rPr>
              <w:t xml:space="preserve">camera </w:t>
            </w:r>
            <w:r>
              <w:rPr>
                <w:sz w:val="16"/>
              </w:rPr>
              <w:t>tehnice (max. 25 mp)</w:t>
            </w:r>
          </w:p>
          <w:p w:rsidR="00846492" w:rsidRPr="00AD1D4A" w:rsidRDefault="007A2D9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 B.11 întreținere / reparații</w:t>
            </w:r>
            <w:r w:rsidR="00187CF5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curente la rețele</w:t>
            </w:r>
            <w:r w:rsidR="00187CF5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edilitare</w:t>
            </w:r>
          </w:p>
        </w:tc>
      </w:tr>
    </w:tbl>
    <w:p w:rsidR="007C5D68" w:rsidRDefault="007C5D68">
      <w:pPr>
        <w:keepNext/>
        <w:rPr>
          <w:sz w:val="16"/>
          <w:lang w:val="fr-FR"/>
        </w:rPr>
        <w:sectPr w:rsidR="007C5D68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846492" w:rsidRPr="007C5D68">
        <w:trPr>
          <w:cantSplit/>
        </w:trPr>
        <w:tc>
          <w:tcPr>
            <w:tcW w:w="9636" w:type="dxa"/>
            <w:shd w:val="clear" w:color="auto" w:fill="F4F4F4"/>
          </w:tcPr>
          <w:p w:rsidR="00846492" w:rsidRPr="007C5D68" w:rsidRDefault="007A2D9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lastRenderedPageBreak/>
              <w:t xml:space="preserve"> C · În zone de protecție a monumentelorsau zone construite protejate —</w:t>
            </w:r>
            <w:r w:rsidR="007C5D68" w:rsidRPr="007C5D68">
              <w:rPr>
                <w:sz w:val="16"/>
                <w:lang w:val="fr-FR"/>
              </w:rPr>
              <w:t>dincategoriacelorprevăzute la</w:t>
            </w:r>
            <w:r w:rsidRPr="00AD1D4A">
              <w:rPr>
                <w:sz w:val="16"/>
                <w:lang w:val="fr-FR"/>
              </w:rPr>
              <w:t xml:space="preserve"> art. 294 alin. </w:t>
            </w:r>
            <w:r w:rsidRPr="007C5D68">
              <w:rPr>
                <w:sz w:val="16"/>
                <w:lang w:val="fr-FR"/>
              </w:rPr>
              <w:t>(3)</w:t>
            </w:r>
            <w:r w:rsidR="007C5D68">
              <w:rPr>
                <w:sz w:val="16"/>
              </w:rPr>
              <w:t>din Legea nr. 169/2026</w:t>
            </w:r>
          </w:p>
        </w:tc>
      </w:tr>
      <w:tr w:rsidR="00846492" w:rsidRPr="003869B3">
        <w:trPr>
          <w:cantSplit/>
        </w:trPr>
        <w:tc>
          <w:tcPr>
            <w:tcW w:w="9636" w:type="dxa"/>
          </w:tcPr>
          <w:p w:rsidR="00846492" w:rsidRPr="00AD1D4A" w:rsidRDefault="007A2D9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 C.1 reparații / întreținere la construcții</w:t>
            </w:r>
            <w:r w:rsidR="00445CCA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existente</w:t>
            </w:r>
          </w:p>
          <w:p w:rsidR="00846492" w:rsidRPr="00AD1D4A" w:rsidRDefault="007A2D9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 C.2 reparații</w:t>
            </w:r>
            <w:r w:rsidR="00445CCA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interioare</w:t>
            </w:r>
            <w:r w:rsidR="00445CCA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și</w:t>
            </w:r>
            <w:r w:rsidR="00445CCA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înlocuiri</w:t>
            </w:r>
          </w:p>
          <w:p w:rsidR="00846492" w:rsidRPr="00AD1D4A" w:rsidRDefault="007A2D9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 C.3 reparații</w:t>
            </w:r>
            <w:r w:rsidR="00445CCA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împrejmuiri / acoperișuri / terase / ziduri de sprijin</w:t>
            </w:r>
          </w:p>
          <w:p w:rsidR="00846492" w:rsidRPr="00AD1D4A" w:rsidRDefault="007A2D9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 C.4 compartimentări</w:t>
            </w:r>
            <w:r w:rsidR="00445CCA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nestructurale</w:t>
            </w:r>
            <w:r w:rsidR="00445CCA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demontabile</w:t>
            </w:r>
          </w:p>
          <w:p w:rsidR="00846492" w:rsidRPr="00AD1D4A" w:rsidRDefault="007A2D9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 C.5 schimbare de destinație</w:t>
            </w:r>
            <w:r w:rsidR="00445CCA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fără</w:t>
            </w:r>
            <w:r w:rsidR="00445CCA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lucrări</w:t>
            </w:r>
          </w:p>
          <w:p w:rsidR="00846492" w:rsidRPr="00AD1D4A" w:rsidRDefault="007A2D93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 C.6 instalații</w:t>
            </w:r>
            <w:r w:rsidR="00445CCA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pentru</w:t>
            </w:r>
            <w:r w:rsidR="00445CCA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securitate la incendiu</w:t>
            </w:r>
          </w:p>
        </w:tc>
      </w:tr>
      <w:tr w:rsidR="00846492">
        <w:trPr>
          <w:cantSplit/>
        </w:trPr>
        <w:tc>
          <w:tcPr>
            <w:tcW w:w="9636" w:type="dxa"/>
            <w:shd w:val="clear" w:color="auto" w:fill="F4F4F4"/>
          </w:tcPr>
          <w:p w:rsidR="00846492" w:rsidRDefault="007A2D93">
            <w:pPr>
              <w:keepNext/>
            </w:pPr>
            <w:r w:rsidRPr="00AD1D4A">
              <w:rPr>
                <w:sz w:val="16"/>
                <w:lang w:val="fr-FR"/>
              </w:rPr>
              <w:t xml:space="preserve"> D · Lucrări de amenajare — art. 294 alin. </w:t>
            </w:r>
            <w:r>
              <w:rPr>
                <w:sz w:val="16"/>
              </w:rPr>
              <w:t>(4)</w:t>
            </w:r>
          </w:p>
        </w:tc>
      </w:tr>
      <w:tr w:rsidR="007F39C2" w:rsidRPr="003869B3" w:rsidTr="004C2114">
        <w:trPr>
          <w:cantSplit/>
          <w:trHeight w:val="1713"/>
        </w:trPr>
        <w:tc>
          <w:tcPr>
            <w:tcW w:w="9636" w:type="dxa"/>
          </w:tcPr>
          <w:p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 D.1 campinguri / tabere</w:t>
            </w:r>
            <w:r w:rsidR="00445CCA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din</w:t>
            </w:r>
            <w:r w:rsidR="00445CCA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structuri</w:t>
            </w:r>
            <w:r w:rsidR="00445CCA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ușoare</w:t>
            </w:r>
          </w:p>
          <w:p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 D.2 modificări</w:t>
            </w:r>
            <w:r w:rsidR="00445CCA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în camping / sat de vacanță existent</w:t>
            </w:r>
          </w:p>
          <w:p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 D.3 teren de sport fără public / parc de distracții (max. 2 ha)</w:t>
            </w:r>
          </w:p>
          <w:p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 D.4 spații</w:t>
            </w:r>
            <w:r w:rsidR="00445CCA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publice / grădini de fațadă</w:t>
            </w:r>
          </w:p>
          <w:p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 D.5 trotuare / ziduri de sprijin / scări de acces / terase</w:t>
            </w:r>
            <w:r w:rsidR="00445CCA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exterioare</w:t>
            </w:r>
          </w:p>
          <w:p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 D.6 perdele</w:t>
            </w:r>
            <w:r w:rsidR="00445CCA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forestiere / împăduriri</w:t>
            </w:r>
          </w:p>
          <w:p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 D.7 construcții</w:t>
            </w:r>
            <w:r w:rsidR="00445CCA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funerare</w:t>
            </w:r>
          </w:p>
          <w:p w:rsidR="007F39C2" w:rsidRPr="00AD1D4A" w:rsidRDefault="007F39C2" w:rsidP="004C2114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 D.8 rampe de acces</w:t>
            </w:r>
            <w:r w:rsidR="00445CCA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pentru</w:t>
            </w:r>
            <w:r w:rsidR="00445CCA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persoanele</w:t>
            </w:r>
            <w:r w:rsidR="00445CCA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cu</w:t>
            </w:r>
            <w:r w:rsidR="00445CCA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dizabilități</w:t>
            </w:r>
          </w:p>
        </w:tc>
      </w:tr>
    </w:tbl>
    <w:p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6424"/>
        <w:gridCol w:w="3212"/>
      </w:tblGrid>
      <w:tr w:rsidR="00846492" w:rsidRPr="003869B3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:rsidR="00846492" w:rsidRPr="00AD1D4A" w:rsidRDefault="007A2D93">
            <w:pPr>
              <w:keepNext/>
              <w:rPr>
                <w:lang w:val="fr-FR"/>
              </w:rPr>
            </w:pPr>
            <w:r w:rsidRPr="00AD1D4A">
              <w:rPr>
                <w:b/>
                <w:sz w:val="16"/>
                <w:lang w:val="fr-FR"/>
              </w:rPr>
              <w:t xml:space="preserve"> 5. </w:t>
            </w:r>
            <w:r w:rsidRPr="00AD1D4A">
              <w:rPr>
                <w:b/>
                <w:color w:val="000000"/>
                <w:sz w:val="18"/>
                <w:lang w:val="fr-FR"/>
              </w:rPr>
              <w:t>PROIECTUL TEHNIC DE EXECUȚIE CU CONȚINUT SIMPLIFICAT</w:t>
            </w:r>
          </w:p>
        </w:tc>
      </w:tr>
      <w:tr w:rsidR="00846492">
        <w:trPr>
          <w:cantSplit/>
          <w:trHeight w:val="510"/>
        </w:trPr>
        <w:tc>
          <w:tcPr>
            <w:tcW w:w="6424" w:type="dxa"/>
          </w:tcPr>
          <w:p w:rsidR="00846492" w:rsidRDefault="007A2D93">
            <w:pPr>
              <w:keepNext/>
            </w:pPr>
            <w:r>
              <w:rPr>
                <w:b/>
                <w:color w:val="0D5F78"/>
              </w:rPr>
              <w:t>Denumire / cod proiect</w:t>
            </w:r>
          </w:p>
          <w:p w:rsidR="00846492" w:rsidRDefault="00846492">
            <w:pPr>
              <w:keepNext/>
            </w:pPr>
          </w:p>
        </w:tc>
        <w:tc>
          <w:tcPr>
            <w:tcW w:w="3212" w:type="dxa"/>
          </w:tcPr>
          <w:p w:rsidR="00846492" w:rsidRDefault="007A2D93">
            <w:pPr>
              <w:keepNext/>
            </w:pPr>
            <w:r>
              <w:rPr>
                <w:b/>
                <w:color w:val="0D5F78"/>
              </w:rPr>
              <w:t>Nr. / data</w:t>
            </w:r>
          </w:p>
          <w:p w:rsidR="00846492" w:rsidRDefault="00846492">
            <w:pPr>
              <w:keepNext/>
            </w:pPr>
          </w:p>
        </w:tc>
      </w:tr>
      <w:tr w:rsidR="00846492">
        <w:trPr>
          <w:cantSplit/>
          <w:trHeight w:val="510"/>
        </w:trPr>
        <w:tc>
          <w:tcPr>
            <w:tcW w:w="6424" w:type="dxa"/>
          </w:tcPr>
          <w:p w:rsidR="00846492" w:rsidRDefault="007A2D93">
            <w:pPr>
              <w:keepNext/>
            </w:pPr>
            <w:r>
              <w:rPr>
                <w:b/>
                <w:color w:val="0D5F78"/>
              </w:rPr>
              <w:t>Arhitectură / coordonare — nume</w:t>
            </w:r>
            <w:r w:rsidR="00870FD7">
              <w:rPr>
                <w:b/>
                <w:color w:val="0D5F78"/>
              </w:rPr>
              <w:t>/prenume/</w:t>
            </w:r>
            <w:r>
              <w:rPr>
                <w:b/>
                <w:color w:val="0D5F78"/>
              </w:rPr>
              <w:t xml:space="preserve">, </w:t>
            </w:r>
            <w:r w:rsidR="003F4418">
              <w:rPr>
                <w:b/>
                <w:color w:val="0D5F78"/>
              </w:rPr>
              <w:t>nr.TNA</w:t>
            </w:r>
          </w:p>
          <w:p w:rsidR="00846492" w:rsidRDefault="00846492">
            <w:pPr>
              <w:keepNext/>
            </w:pPr>
          </w:p>
        </w:tc>
        <w:tc>
          <w:tcPr>
            <w:tcW w:w="3212" w:type="dxa"/>
          </w:tcPr>
          <w:p w:rsidR="00846492" w:rsidRDefault="007A2D93">
            <w:pPr>
              <w:keepNext/>
            </w:pPr>
            <w:r>
              <w:rPr>
                <w:b/>
                <w:color w:val="0D5F78"/>
              </w:rPr>
              <w:t>Semnătura</w:t>
            </w:r>
          </w:p>
          <w:p w:rsidR="00846492" w:rsidRDefault="00846492">
            <w:pPr>
              <w:keepNext/>
            </w:pPr>
          </w:p>
        </w:tc>
      </w:tr>
      <w:tr w:rsidR="00846492">
        <w:trPr>
          <w:cantSplit/>
          <w:trHeight w:val="510"/>
        </w:trPr>
        <w:tc>
          <w:tcPr>
            <w:tcW w:w="6424" w:type="dxa"/>
          </w:tcPr>
          <w:p w:rsidR="00846492" w:rsidRDefault="007A2D93">
            <w:pPr>
              <w:keepNext/>
            </w:pPr>
            <w:r>
              <w:rPr>
                <w:b/>
                <w:color w:val="0D5F78"/>
              </w:rPr>
              <w:t>Structură</w:t>
            </w:r>
            <w:r w:rsidR="00870FD7">
              <w:rPr>
                <w:b/>
                <w:color w:val="0D5F78"/>
              </w:rPr>
              <w:t>— nume/prenume</w:t>
            </w:r>
          </w:p>
          <w:p w:rsidR="00846492" w:rsidRDefault="00846492">
            <w:pPr>
              <w:keepNext/>
            </w:pPr>
          </w:p>
        </w:tc>
        <w:tc>
          <w:tcPr>
            <w:tcW w:w="3212" w:type="dxa"/>
          </w:tcPr>
          <w:p w:rsidR="00846492" w:rsidRDefault="007A2D93">
            <w:pPr>
              <w:keepNext/>
            </w:pPr>
            <w:r>
              <w:rPr>
                <w:b/>
                <w:color w:val="0D5F78"/>
              </w:rPr>
              <w:t>Semnătura</w:t>
            </w:r>
          </w:p>
          <w:p w:rsidR="00846492" w:rsidRDefault="00846492">
            <w:pPr>
              <w:keepNext/>
            </w:pPr>
          </w:p>
        </w:tc>
      </w:tr>
      <w:tr w:rsidR="00846492">
        <w:trPr>
          <w:cantSplit/>
          <w:trHeight w:val="510"/>
        </w:trPr>
        <w:tc>
          <w:tcPr>
            <w:tcW w:w="6424" w:type="dxa"/>
          </w:tcPr>
          <w:p w:rsidR="00870FD7" w:rsidRDefault="007A2D93">
            <w:pPr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Instalații</w:t>
            </w:r>
            <w:r w:rsidR="00870FD7">
              <w:rPr>
                <w:b/>
                <w:color w:val="0D5F78"/>
              </w:rPr>
              <w:t>— nume/prenume</w:t>
            </w:r>
            <w:r w:rsidR="00FD1916">
              <w:rPr>
                <w:b/>
                <w:color w:val="0D5F78"/>
              </w:rPr>
              <w:t>, specialitate</w:t>
            </w:r>
          </w:p>
          <w:p w:rsidR="00846492" w:rsidRDefault="00870FD7">
            <w:r>
              <w:rPr>
                <w:b/>
                <w:color w:val="0D5F78"/>
              </w:rPr>
              <w:t>Alte specialități (dacăestecazul)  — nume/prenume, atestare</w:t>
            </w:r>
          </w:p>
          <w:p w:rsidR="00846492" w:rsidRDefault="00846492"/>
        </w:tc>
        <w:tc>
          <w:tcPr>
            <w:tcW w:w="3212" w:type="dxa"/>
          </w:tcPr>
          <w:p w:rsidR="00846492" w:rsidRDefault="007A2D93">
            <w:r>
              <w:rPr>
                <w:b/>
                <w:color w:val="0D5F78"/>
              </w:rPr>
              <w:t>Semnătura</w:t>
            </w:r>
          </w:p>
          <w:p w:rsidR="00846492" w:rsidRDefault="00846492"/>
        </w:tc>
      </w:tr>
    </w:tbl>
    <w:p w:rsidR="00846492" w:rsidRDefault="00846492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846492">
        <w:trPr>
          <w:cantSplit/>
        </w:trPr>
        <w:tc>
          <w:tcPr>
            <w:tcW w:w="9636" w:type="dxa"/>
            <w:shd w:val="clear" w:color="auto" w:fill="F4F4F4"/>
          </w:tcPr>
          <w:p w:rsidR="00846492" w:rsidRDefault="007A2D93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846492">
        <w:trPr>
          <w:cantSplit/>
        </w:trPr>
        <w:tc>
          <w:tcPr>
            <w:tcW w:w="9636" w:type="dxa"/>
          </w:tcPr>
          <w:p w:rsidR="003F4418" w:rsidRDefault="007A2D93">
            <w:pPr>
              <w:rPr>
                <w:sz w:val="16"/>
              </w:rPr>
            </w:pPr>
            <w:r>
              <w:rPr>
                <w:sz w:val="16"/>
              </w:rPr>
              <w:t xml:space="preserve"> ☐ dovada</w:t>
            </w:r>
            <w:r w:rsidR="00445CCA">
              <w:rPr>
                <w:sz w:val="16"/>
              </w:rPr>
              <w:t xml:space="preserve"> </w:t>
            </w:r>
            <w:r>
              <w:rPr>
                <w:sz w:val="16"/>
              </w:rPr>
              <w:t>titlului</w:t>
            </w:r>
            <w:r w:rsidR="00445CCA">
              <w:rPr>
                <w:sz w:val="16"/>
              </w:rPr>
              <w:t xml:space="preserve"> </w:t>
            </w:r>
            <w:r>
              <w:rPr>
                <w:sz w:val="16"/>
              </w:rPr>
              <w:t>asupra</w:t>
            </w:r>
            <w:r w:rsidR="00445CCA">
              <w:rPr>
                <w:sz w:val="16"/>
              </w:rPr>
              <w:t xml:space="preserve"> </w:t>
            </w:r>
            <w:r>
              <w:rPr>
                <w:sz w:val="16"/>
              </w:rPr>
              <w:t>imobilului     ☐ proiectul</w:t>
            </w:r>
            <w:r w:rsidR="00445CCA">
              <w:rPr>
                <w:sz w:val="16"/>
              </w:rPr>
              <w:t xml:space="preserve"> </w:t>
            </w:r>
            <w:r>
              <w:rPr>
                <w:sz w:val="16"/>
              </w:rPr>
              <w:t>tehnic cu conținut</w:t>
            </w:r>
            <w:r w:rsidR="00445CCA">
              <w:rPr>
                <w:sz w:val="16"/>
              </w:rPr>
              <w:t xml:space="preserve"> </w:t>
            </w:r>
            <w:r>
              <w:rPr>
                <w:sz w:val="16"/>
              </w:rPr>
              <w:t>simplificat     ☐ studiul</w:t>
            </w:r>
            <w:r w:rsidR="00445CCA">
              <w:rPr>
                <w:sz w:val="16"/>
              </w:rPr>
              <w:t xml:space="preserve"> </w:t>
            </w:r>
            <w:r>
              <w:rPr>
                <w:sz w:val="16"/>
              </w:rPr>
              <w:t>geotehnic (obligatoriu la locuințe</w:t>
            </w:r>
            <w:r w:rsidR="00445CCA"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unifamiliale)     </w:t>
            </w:r>
          </w:p>
          <w:p w:rsidR="003869B3" w:rsidRDefault="007A2D93">
            <w:pPr>
              <w:rPr>
                <w:sz w:val="16"/>
              </w:rPr>
            </w:pPr>
            <w:r>
              <w:rPr>
                <w:sz w:val="16"/>
              </w:rPr>
              <w:t>☐ studiul</w:t>
            </w:r>
            <w:r w:rsidR="00445CCA">
              <w:rPr>
                <w:sz w:val="16"/>
              </w:rPr>
              <w:t xml:space="preserve"> </w:t>
            </w:r>
            <w:r>
              <w:rPr>
                <w:sz w:val="16"/>
              </w:rPr>
              <w:t>topografic</w:t>
            </w:r>
            <w:r w:rsidR="007F39C2">
              <w:rPr>
                <w:sz w:val="16"/>
              </w:rPr>
              <w:t>(obligatoriu la locuințe</w:t>
            </w:r>
            <w:r w:rsidR="00445CCA">
              <w:rPr>
                <w:sz w:val="16"/>
              </w:rPr>
              <w:t xml:space="preserve"> </w:t>
            </w:r>
            <w:r w:rsidR="007F39C2">
              <w:rPr>
                <w:sz w:val="16"/>
              </w:rPr>
              <w:t xml:space="preserve">unifamiliale)     </w:t>
            </w:r>
            <w:r>
              <w:rPr>
                <w:sz w:val="16"/>
              </w:rPr>
              <w:t xml:space="preserve">     ☐ acordul / avizul</w:t>
            </w:r>
            <w:r w:rsidR="00445CCA">
              <w:rPr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 w:rsidR="00445CCA">
              <w:rPr>
                <w:sz w:val="16"/>
              </w:rPr>
              <w:t xml:space="preserve"> </w:t>
            </w:r>
            <w:r>
              <w:rPr>
                <w:sz w:val="16"/>
              </w:rPr>
              <w:t>patrimoniu, după</w:t>
            </w:r>
            <w:r w:rsidR="00445CCA">
              <w:rPr>
                <w:sz w:val="16"/>
              </w:rPr>
              <w:t xml:space="preserve"> </w:t>
            </w:r>
            <w:r>
              <w:rPr>
                <w:sz w:val="16"/>
              </w:rPr>
              <w:t>caz</w:t>
            </w:r>
          </w:p>
          <w:p w:rsidR="00846492" w:rsidRPr="003869B3" w:rsidRDefault="003869B3">
            <w:pPr>
              <w:rPr>
                <w:sz w:val="16"/>
                <w:lang w:val="fr-FR"/>
              </w:rPr>
            </w:pPr>
            <w:r w:rsidRPr="003869B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3869B3">
              <w:rPr>
                <w:sz w:val="16"/>
                <w:lang w:val="fr-FR"/>
              </w:rPr>
              <w:t>avizul</w:t>
            </w:r>
            <w:r w:rsidR="00445CCA">
              <w:rPr>
                <w:sz w:val="16"/>
                <w:lang w:val="fr-FR"/>
              </w:rPr>
              <w:t xml:space="preserve"> </w:t>
            </w:r>
            <w:r w:rsidRPr="003869B3">
              <w:rPr>
                <w:sz w:val="16"/>
                <w:lang w:val="fr-FR"/>
              </w:rPr>
              <w:t>arhitectului-șef al județului (obligatoriu la locuințe unifamiliale)</w:t>
            </w:r>
            <w:r>
              <w:rPr>
                <w:sz w:val="16"/>
              </w:rPr>
              <w:t>☐ dovada</w:t>
            </w:r>
            <w:r w:rsidR="00445CCA">
              <w:rPr>
                <w:sz w:val="16"/>
              </w:rPr>
              <w:t xml:space="preserve"> </w:t>
            </w:r>
            <w:r>
              <w:rPr>
                <w:sz w:val="16"/>
              </w:rPr>
              <w:t>plății</w:t>
            </w:r>
            <w:r w:rsidR="00445CCA">
              <w:rPr>
                <w:sz w:val="16"/>
              </w:rPr>
              <w:t xml:space="preserve"> </w:t>
            </w:r>
            <w:r>
              <w:rPr>
                <w:sz w:val="16"/>
              </w:rPr>
              <w:t>taxelor</w:t>
            </w:r>
          </w:p>
        </w:tc>
      </w:tr>
    </w:tbl>
    <w:p w:rsidR="00846492" w:rsidRDefault="00846492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846492">
        <w:trPr>
          <w:cantSplit/>
        </w:trPr>
        <w:tc>
          <w:tcPr>
            <w:tcW w:w="9636" w:type="dxa"/>
            <w:shd w:val="clear" w:color="auto" w:fill="F4F4F4"/>
          </w:tcPr>
          <w:p w:rsidR="00846492" w:rsidRDefault="007A2D93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RĂSPUNDEREA</w:t>
            </w:r>
          </w:p>
        </w:tc>
      </w:tr>
      <w:tr w:rsidR="00846492" w:rsidRPr="00852977">
        <w:trPr>
          <w:cantSplit/>
        </w:trPr>
        <w:tc>
          <w:tcPr>
            <w:tcW w:w="9636" w:type="dxa"/>
          </w:tcPr>
          <w:p w:rsidR="00846492" w:rsidRDefault="007A2D93">
            <w:pPr>
              <w:spacing w:line="228" w:lineRule="auto"/>
              <w:rPr>
                <w:i/>
                <w:sz w:val="17"/>
              </w:rPr>
            </w:pPr>
            <w:r>
              <w:rPr>
                <w:i/>
                <w:sz w:val="17"/>
              </w:rPr>
              <w:t>Declar</w:t>
            </w:r>
            <w:r w:rsidR="00C85A0A">
              <w:rPr>
                <w:i/>
                <w:sz w:val="17"/>
              </w:rPr>
              <w:t xml:space="preserve"> </w:t>
            </w:r>
            <w:r>
              <w:rPr>
                <w:i/>
                <w:sz w:val="17"/>
              </w:rPr>
              <w:t>că</w:t>
            </w:r>
            <w:r w:rsidR="00C85A0A">
              <w:rPr>
                <w:i/>
                <w:sz w:val="17"/>
              </w:rPr>
              <w:t xml:space="preserve"> </w:t>
            </w:r>
            <w:r>
              <w:rPr>
                <w:i/>
                <w:sz w:val="17"/>
              </w:rPr>
              <w:t>lucrările</w:t>
            </w:r>
            <w:r w:rsidR="00C85A0A">
              <w:rPr>
                <w:i/>
                <w:sz w:val="17"/>
              </w:rPr>
              <w:t xml:space="preserve"> </w:t>
            </w:r>
            <w:r>
              <w:rPr>
                <w:i/>
                <w:sz w:val="17"/>
              </w:rPr>
              <w:t>notificate se încadrează strict în art. 294 din Lege</w:t>
            </w:r>
            <w:r w:rsidR="003F4418">
              <w:rPr>
                <w:i/>
                <w:sz w:val="17"/>
              </w:rPr>
              <w:t>a nr. 169/2026 și</w:t>
            </w:r>
            <w:r w:rsidR="00C85A0A">
              <w:rPr>
                <w:i/>
                <w:sz w:val="17"/>
              </w:rPr>
              <w:t xml:space="preserve"> </w:t>
            </w:r>
            <w:r>
              <w:rPr>
                <w:i/>
                <w:sz w:val="17"/>
              </w:rPr>
              <w:t>cunosc</w:t>
            </w:r>
            <w:r w:rsidR="00C85A0A">
              <w:rPr>
                <w:i/>
                <w:sz w:val="17"/>
              </w:rPr>
              <w:t xml:space="preserve"> </w:t>
            </w:r>
            <w:r>
              <w:rPr>
                <w:i/>
                <w:sz w:val="17"/>
              </w:rPr>
              <w:t>faptul</w:t>
            </w:r>
            <w:r w:rsidR="00C85A0A">
              <w:rPr>
                <w:i/>
                <w:sz w:val="17"/>
              </w:rPr>
              <w:t xml:space="preserve"> </w:t>
            </w:r>
            <w:r>
              <w:rPr>
                <w:i/>
                <w:sz w:val="17"/>
              </w:rPr>
              <w:t>că</w:t>
            </w:r>
            <w:r w:rsidR="00C85A0A">
              <w:rPr>
                <w:i/>
                <w:sz w:val="17"/>
              </w:rPr>
              <w:t xml:space="preserve"> </w:t>
            </w:r>
            <w:r>
              <w:rPr>
                <w:i/>
                <w:sz w:val="17"/>
              </w:rPr>
              <w:t>confirmarea</w:t>
            </w:r>
            <w:r w:rsidR="00C85A0A">
              <w:rPr>
                <w:i/>
                <w:sz w:val="17"/>
              </w:rPr>
              <w:t xml:space="preserve"> </w:t>
            </w:r>
            <w:r>
              <w:rPr>
                <w:i/>
                <w:sz w:val="17"/>
              </w:rPr>
              <w:t>înregistrării nu echivalează cu aprobarea</w:t>
            </w:r>
            <w:r w:rsidR="00C85A0A">
              <w:rPr>
                <w:i/>
                <w:sz w:val="17"/>
              </w:rPr>
              <w:t xml:space="preserve"> </w:t>
            </w:r>
            <w:r>
              <w:rPr>
                <w:i/>
                <w:sz w:val="17"/>
              </w:rPr>
              <w:t>notificării, iar</w:t>
            </w:r>
            <w:r w:rsidR="00C85A0A">
              <w:rPr>
                <w:i/>
                <w:sz w:val="17"/>
              </w:rPr>
              <w:t xml:space="preserve"> </w:t>
            </w:r>
            <w:r>
              <w:rPr>
                <w:i/>
                <w:sz w:val="17"/>
              </w:rPr>
              <w:t>răspunderea</w:t>
            </w:r>
            <w:r w:rsidR="00C85A0A">
              <w:rPr>
                <w:i/>
                <w:sz w:val="17"/>
              </w:rPr>
              <w:t xml:space="preserve"> </w:t>
            </w:r>
            <w:r>
              <w:rPr>
                <w:i/>
                <w:sz w:val="17"/>
              </w:rPr>
              <w:t>pentru</w:t>
            </w:r>
            <w:r w:rsidR="00C85A0A">
              <w:rPr>
                <w:i/>
                <w:sz w:val="17"/>
              </w:rPr>
              <w:t xml:space="preserve"> </w:t>
            </w:r>
            <w:r>
              <w:rPr>
                <w:i/>
                <w:sz w:val="17"/>
              </w:rPr>
              <w:t>corectitudinea</w:t>
            </w:r>
            <w:r w:rsidR="00C85A0A">
              <w:rPr>
                <w:i/>
                <w:sz w:val="17"/>
              </w:rPr>
              <w:t xml:space="preserve"> </w:t>
            </w:r>
            <w:r>
              <w:rPr>
                <w:i/>
                <w:sz w:val="17"/>
              </w:rPr>
              <w:t>proiectului</w:t>
            </w:r>
            <w:r w:rsidR="00C85A0A">
              <w:rPr>
                <w:i/>
                <w:sz w:val="17"/>
              </w:rPr>
              <w:t xml:space="preserve"> </w:t>
            </w:r>
            <w:r>
              <w:rPr>
                <w:i/>
                <w:sz w:val="17"/>
              </w:rPr>
              <w:t>revine</w:t>
            </w:r>
            <w:r w:rsidR="00C85A0A">
              <w:rPr>
                <w:i/>
                <w:sz w:val="17"/>
              </w:rPr>
              <w:t xml:space="preserve"> </w:t>
            </w:r>
            <w:r>
              <w:rPr>
                <w:i/>
                <w:sz w:val="17"/>
              </w:rPr>
              <w:t>proiectanților, pe specialități.</w:t>
            </w:r>
          </w:p>
          <w:p w:rsidR="00852977" w:rsidRPr="004D2D0E" w:rsidRDefault="00852977" w:rsidP="004D2D0E">
            <w:pPr>
              <w:spacing w:line="228" w:lineRule="auto"/>
              <w:rPr>
                <w:i/>
                <w:sz w:val="17"/>
              </w:rPr>
            </w:pPr>
            <w:r>
              <w:rPr>
                <w:i/>
                <w:sz w:val="17"/>
              </w:rPr>
              <w:t>A</w:t>
            </w:r>
            <w:r w:rsidRPr="00852977">
              <w:rPr>
                <w:i/>
                <w:sz w:val="17"/>
              </w:rPr>
              <w:t>utoritatea</w:t>
            </w:r>
            <w:r w:rsidR="00C85A0A">
              <w:rPr>
                <w:i/>
                <w:sz w:val="17"/>
              </w:rPr>
              <w:t xml:space="preserve"> </w:t>
            </w:r>
            <w:r w:rsidRPr="00852977">
              <w:rPr>
                <w:i/>
                <w:sz w:val="17"/>
              </w:rPr>
              <w:t>administrației</w:t>
            </w:r>
            <w:r w:rsidR="00C85A0A">
              <w:rPr>
                <w:i/>
                <w:sz w:val="17"/>
              </w:rPr>
              <w:t xml:space="preserve"> </w:t>
            </w:r>
            <w:r w:rsidRPr="00852977">
              <w:rPr>
                <w:i/>
                <w:sz w:val="17"/>
              </w:rPr>
              <w:t xml:space="preserve">publice </w:t>
            </w:r>
            <w:r w:rsidR="00C85A0A">
              <w:rPr>
                <w:i/>
                <w:sz w:val="17"/>
              </w:rPr>
              <w:t xml:space="preserve"> </w:t>
            </w:r>
            <w:r w:rsidRPr="00852977">
              <w:rPr>
                <w:i/>
                <w:sz w:val="17"/>
              </w:rPr>
              <w:t>locale nu este</w:t>
            </w:r>
            <w:r w:rsidR="00C85A0A">
              <w:rPr>
                <w:i/>
                <w:sz w:val="17"/>
              </w:rPr>
              <w:t xml:space="preserve"> </w:t>
            </w:r>
            <w:r w:rsidRPr="00852977">
              <w:rPr>
                <w:i/>
                <w:sz w:val="17"/>
              </w:rPr>
              <w:t>responsabilă</w:t>
            </w:r>
            <w:r w:rsidR="00C85A0A">
              <w:rPr>
                <w:i/>
                <w:sz w:val="17"/>
              </w:rPr>
              <w:t xml:space="preserve"> </w:t>
            </w:r>
            <w:r w:rsidRPr="00852977">
              <w:rPr>
                <w:i/>
                <w:sz w:val="17"/>
              </w:rPr>
              <w:t>pentru</w:t>
            </w:r>
            <w:r w:rsidR="00C85A0A">
              <w:rPr>
                <w:i/>
                <w:sz w:val="17"/>
              </w:rPr>
              <w:t xml:space="preserve"> </w:t>
            </w:r>
            <w:r w:rsidRPr="00852977">
              <w:rPr>
                <w:i/>
                <w:sz w:val="17"/>
              </w:rPr>
              <w:t>eventualele</w:t>
            </w:r>
            <w:r w:rsidR="00C85A0A">
              <w:rPr>
                <w:i/>
                <w:sz w:val="17"/>
              </w:rPr>
              <w:t xml:space="preserve"> </w:t>
            </w:r>
            <w:r w:rsidRPr="00852977">
              <w:rPr>
                <w:i/>
                <w:sz w:val="17"/>
              </w:rPr>
              <w:t>prejudicii</w:t>
            </w:r>
            <w:r w:rsidR="00C85A0A">
              <w:rPr>
                <w:i/>
                <w:sz w:val="17"/>
              </w:rPr>
              <w:t xml:space="preserve"> </w:t>
            </w:r>
            <w:r w:rsidRPr="00852977">
              <w:rPr>
                <w:i/>
                <w:sz w:val="17"/>
              </w:rPr>
              <w:t>ulterioare</w:t>
            </w:r>
            <w:r w:rsidR="00C85A0A">
              <w:rPr>
                <w:i/>
                <w:sz w:val="17"/>
              </w:rPr>
              <w:t xml:space="preserve"> </w:t>
            </w:r>
            <w:r w:rsidRPr="00852977">
              <w:rPr>
                <w:i/>
                <w:sz w:val="17"/>
              </w:rPr>
              <w:t>cauzate de existența</w:t>
            </w:r>
            <w:r w:rsidR="00C85A0A">
              <w:rPr>
                <w:i/>
                <w:sz w:val="17"/>
              </w:rPr>
              <w:t xml:space="preserve"> </w:t>
            </w:r>
            <w:r w:rsidRPr="00852977">
              <w:rPr>
                <w:i/>
                <w:sz w:val="17"/>
              </w:rPr>
              <w:t>unor</w:t>
            </w:r>
            <w:r w:rsidR="00C85A0A">
              <w:rPr>
                <w:i/>
                <w:sz w:val="17"/>
              </w:rPr>
              <w:t xml:space="preserve"> </w:t>
            </w:r>
            <w:r w:rsidRPr="00852977">
              <w:rPr>
                <w:i/>
                <w:sz w:val="17"/>
              </w:rPr>
              <w:t>litigii</w:t>
            </w:r>
            <w:r w:rsidR="00C85A0A">
              <w:rPr>
                <w:i/>
                <w:sz w:val="17"/>
              </w:rPr>
              <w:t xml:space="preserve"> </w:t>
            </w:r>
            <w:r w:rsidRPr="00852977">
              <w:rPr>
                <w:i/>
                <w:sz w:val="17"/>
              </w:rPr>
              <w:t>aflate pe rolul</w:t>
            </w:r>
            <w:r w:rsidR="00C85A0A">
              <w:rPr>
                <w:i/>
                <w:sz w:val="17"/>
              </w:rPr>
              <w:t xml:space="preserve"> </w:t>
            </w:r>
            <w:r w:rsidRPr="00852977">
              <w:rPr>
                <w:i/>
                <w:sz w:val="17"/>
              </w:rPr>
              <w:t>instanțelor</w:t>
            </w:r>
            <w:r w:rsidR="00C85A0A">
              <w:rPr>
                <w:i/>
                <w:sz w:val="17"/>
              </w:rPr>
              <w:t xml:space="preserve"> </w:t>
            </w:r>
            <w:r w:rsidRPr="00852977">
              <w:rPr>
                <w:i/>
                <w:sz w:val="17"/>
              </w:rPr>
              <w:t>judecătoreșt</w:t>
            </w:r>
            <w:r w:rsidR="00C85A0A">
              <w:rPr>
                <w:i/>
                <w:sz w:val="17"/>
              </w:rPr>
              <w:t xml:space="preserve"> </w:t>
            </w:r>
            <w:r w:rsidRPr="00852977">
              <w:rPr>
                <w:i/>
                <w:sz w:val="17"/>
              </w:rPr>
              <w:t>iprivind</w:t>
            </w:r>
            <w:r w:rsidR="00C85A0A">
              <w:rPr>
                <w:i/>
                <w:sz w:val="17"/>
              </w:rPr>
              <w:t xml:space="preserve"> </w:t>
            </w:r>
            <w:r w:rsidRPr="00852977">
              <w:rPr>
                <w:i/>
                <w:sz w:val="17"/>
              </w:rPr>
              <w:t>imobilul</w:t>
            </w:r>
            <w:r w:rsidR="00C85A0A">
              <w:rPr>
                <w:i/>
                <w:sz w:val="17"/>
              </w:rPr>
              <w:t xml:space="preserve"> </w:t>
            </w:r>
            <w:r w:rsidRPr="00852977">
              <w:rPr>
                <w:i/>
                <w:sz w:val="17"/>
              </w:rPr>
              <w:t>și</w:t>
            </w:r>
            <w:r w:rsidR="00C85A0A">
              <w:rPr>
                <w:i/>
                <w:sz w:val="17"/>
              </w:rPr>
              <w:t xml:space="preserve"> </w:t>
            </w:r>
            <w:r w:rsidRPr="00852977">
              <w:rPr>
                <w:i/>
                <w:sz w:val="17"/>
              </w:rPr>
              <w:t>nici</w:t>
            </w:r>
            <w:r w:rsidR="00C85A0A">
              <w:rPr>
                <w:i/>
                <w:sz w:val="17"/>
              </w:rPr>
              <w:t xml:space="preserve"> </w:t>
            </w:r>
            <w:r w:rsidRPr="00852977">
              <w:rPr>
                <w:i/>
                <w:sz w:val="17"/>
              </w:rPr>
              <w:t>pentru</w:t>
            </w:r>
            <w:r w:rsidR="00C85A0A">
              <w:rPr>
                <w:i/>
                <w:sz w:val="17"/>
              </w:rPr>
              <w:t xml:space="preserve"> </w:t>
            </w:r>
            <w:r w:rsidRPr="00852977">
              <w:rPr>
                <w:i/>
                <w:sz w:val="17"/>
              </w:rPr>
              <w:t>existența</w:t>
            </w:r>
            <w:r w:rsidR="00C85A0A">
              <w:rPr>
                <w:i/>
                <w:sz w:val="17"/>
              </w:rPr>
              <w:t xml:space="preserve"> </w:t>
            </w:r>
            <w:r w:rsidRPr="00852977">
              <w:rPr>
                <w:i/>
                <w:sz w:val="17"/>
              </w:rPr>
              <w:t>unor</w:t>
            </w:r>
            <w:r w:rsidR="00C85A0A">
              <w:rPr>
                <w:i/>
                <w:sz w:val="17"/>
              </w:rPr>
              <w:t xml:space="preserve"> </w:t>
            </w:r>
            <w:r w:rsidRPr="00852977">
              <w:rPr>
                <w:i/>
                <w:sz w:val="17"/>
              </w:rPr>
              <w:t>grevări ale imobilului cu sarcini de tipul</w:t>
            </w:r>
            <w:r w:rsidR="00C85A0A">
              <w:rPr>
                <w:i/>
                <w:sz w:val="17"/>
              </w:rPr>
              <w:t xml:space="preserve"> </w:t>
            </w:r>
            <w:r w:rsidRPr="00852977">
              <w:rPr>
                <w:i/>
                <w:sz w:val="17"/>
              </w:rPr>
              <w:t>interdicțiilor, responsabilitatea</w:t>
            </w:r>
            <w:r w:rsidR="00C85A0A">
              <w:rPr>
                <w:i/>
                <w:sz w:val="17"/>
              </w:rPr>
              <w:t xml:space="preserve"> </w:t>
            </w:r>
            <w:r w:rsidRPr="00852977">
              <w:rPr>
                <w:i/>
                <w:sz w:val="17"/>
              </w:rPr>
              <w:t>aparținând</w:t>
            </w:r>
            <w:r w:rsidR="00C85A0A">
              <w:rPr>
                <w:i/>
                <w:sz w:val="17"/>
              </w:rPr>
              <w:t xml:space="preserve"> </w:t>
            </w:r>
            <w:r w:rsidRPr="00852977">
              <w:rPr>
                <w:i/>
                <w:sz w:val="17"/>
              </w:rPr>
              <w:t>în</w:t>
            </w:r>
            <w:r w:rsidR="00C85A0A">
              <w:rPr>
                <w:i/>
                <w:sz w:val="17"/>
              </w:rPr>
              <w:t xml:space="preserve"> </w:t>
            </w:r>
            <w:r w:rsidRPr="00852977">
              <w:rPr>
                <w:i/>
                <w:sz w:val="17"/>
              </w:rPr>
              <w:t>toate</w:t>
            </w:r>
            <w:r w:rsidR="00C85A0A">
              <w:rPr>
                <w:i/>
                <w:sz w:val="17"/>
              </w:rPr>
              <w:t xml:space="preserve"> </w:t>
            </w:r>
            <w:r w:rsidRPr="00852977">
              <w:rPr>
                <w:i/>
                <w:sz w:val="17"/>
              </w:rPr>
              <w:t>cazurile</w:t>
            </w:r>
            <w:r w:rsidR="00C85A0A">
              <w:rPr>
                <w:i/>
                <w:sz w:val="17"/>
              </w:rPr>
              <w:t xml:space="preserve"> </w:t>
            </w:r>
            <w:r w:rsidRPr="00852977">
              <w:rPr>
                <w:i/>
                <w:sz w:val="17"/>
              </w:rPr>
              <w:t>beneficiarului.</w:t>
            </w:r>
          </w:p>
          <w:p w:rsidR="004D2D0E" w:rsidRPr="00852977" w:rsidRDefault="004D2D0E" w:rsidP="00852977"/>
        </w:tc>
      </w:tr>
      <w:tr w:rsidR="00FD1916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:rsidR="00FD1916" w:rsidRDefault="00FD1916" w:rsidP="00303E64">
            <w:pPr>
              <w:keepNext/>
            </w:pP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OBILIGAȚII</w:t>
            </w:r>
          </w:p>
        </w:tc>
      </w:tr>
      <w:tr w:rsidR="00FD1916" w:rsidRPr="003869B3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:rsidR="00FD1916" w:rsidRPr="004D2D0E" w:rsidRDefault="00FD1916" w:rsidP="00303E64">
            <w:pPr>
              <w:spacing w:line="228" w:lineRule="auto"/>
              <w:rPr>
                <w:i/>
                <w:sz w:val="17"/>
                <w:lang w:val="fr-FR"/>
              </w:rPr>
            </w:pPr>
            <w:r w:rsidRPr="004D2D0E">
              <w:rPr>
                <w:i/>
                <w:sz w:val="17"/>
                <w:lang w:val="fr-FR"/>
              </w:rPr>
              <w:t>Beneficiarul</w:t>
            </w:r>
            <w:r w:rsidR="00C85A0A">
              <w:rPr>
                <w:i/>
                <w:sz w:val="17"/>
                <w:lang w:val="fr-FR"/>
              </w:rPr>
              <w:t xml:space="preserve"> </w:t>
            </w:r>
            <w:r w:rsidRPr="004D2D0E">
              <w:rPr>
                <w:i/>
                <w:sz w:val="17"/>
                <w:lang w:val="fr-FR"/>
              </w:rPr>
              <w:t>lucrărilor de construire notificate are obligația</w:t>
            </w:r>
            <w:r w:rsidR="00C85A0A">
              <w:rPr>
                <w:i/>
                <w:sz w:val="17"/>
                <w:lang w:val="fr-FR"/>
              </w:rPr>
              <w:t xml:space="preserve"> </w:t>
            </w:r>
            <w:r w:rsidRPr="004D2D0E">
              <w:rPr>
                <w:i/>
                <w:sz w:val="17"/>
                <w:lang w:val="fr-FR"/>
              </w:rPr>
              <w:t>amplasării</w:t>
            </w:r>
            <w:r w:rsidR="00C85A0A">
              <w:rPr>
                <w:i/>
                <w:sz w:val="17"/>
                <w:lang w:val="fr-FR"/>
              </w:rPr>
              <w:t xml:space="preserve"> </w:t>
            </w:r>
            <w:r w:rsidRPr="004D2D0E">
              <w:rPr>
                <w:i/>
                <w:sz w:val="17"/>
                <w:lang w:val="fr-FR"/>
              </w:rPr>
              <w:t>panoului de identificare a investiției la loc</w:t>
            </w:r>
            <w:r w:rsidR="00C85A0A">
              <w:rPr>
                <w:i/>
                <w:sz w:val="17"/>
                <w:lang w:val="fr-FR"/>
              </w:rPr>
              <w:t xml:space="preserve"> </w:t>
            </w:r>
            <w:r w:rsidRPr="004D2D0E">
              <w:rPr>
                <w:i/>
                <w:sz w:val="17"/>
                <w:lang w:val="fr-FR"/>
              </w:rPr>
              <w:t>vizibil</w:t>
            </w:r>
            <w:r w:rsidR="00C85A0A">
              <w:rPr>
                <w:i/>
                <w:sz w:val="17"/>
                <w:lang w:val="fr-FR"/>
              </w:rPr>
              <w:t xml:space="preserve"> </w:t>
            </w:r>
            <w:r w:rsidRPr="004D2D0E">
              <w:rPr>
                <w:i/>
                <w:sz w:val="17"/>
                <w:lang w:val="fr-FR"/>
              </w:rPr>
              <w:t>pe</w:t>
            </w:r>
            <w:r w:rsidR="00C85A0A">
              <w:rPr>
                <w:i/>
                <w:sz w:val="17"/>
                <w:lang w:val="fr-FR"/>
              </w:rPr>
              <w:t xml:space="preserve"> </w:t>
            </w:r>
            <w:r w:rsidRPr="004D2D0E">
              <w:rPr>
                <w:i/>
                <w:sz w:val="17"/>
                <w:lang w:val="fr-FR"/>
              </w:rPr>
              <w:t>durata</w:t>
            </w:r>
            <w:r w:rsidR="00C85A0A">
              <w:rPr>
                <w:i/>
                <w:sz w:val="17"/>
                <w:lang w:val="fr-FR"/>
              </w:rPr>
              <w:t xml:space="preserve"> </w:t>
            </w:r>
            <w:r w:rsidRPr="004D2D0E">
              <w:rPr>
                <w:i/>
                <w:sz w:val="17"/>
                <w:lang w:val="fr-FR"/>
              </w:rPr>
              <w:t>execuției – cf. art. 298 alin. (5)</w:t>
            </w:r>
            <w:r>
              <w:rPr>
                <w:i/>
                <w:sz w:val="17"/>
                <w:lang w:val="fr-FR"/>
              </w:rPr>
              <w:t>dinLegea nr.169/2026</w:t>
            </w:r>
          </w:p>
          <w:p w:rsidR="00FD1916" w:rsidRPr="00FD1916" w:rsidRDefault="00FD1916" w:rsidP="00303E64">
            <w:pPr>
              <w:rPr>
                <w:i/>
                <w:iCs/>
                <w:sz w:val="17"/>
                <w:szCs w:val="17"/>
                <w:lang w:val="fr-FR"/>
              </w:rPr>
            </w:pPr>
            <w:r w:rsidRPr="00FD1916">
              <w:rPr>
                <w:i/>
                <w:iCs/>
                <w:sz w:val="17"/>
                <w:szCs w:val="17"/>
                <w:lang w:val="fr-FR"/>
              </w:rPr>
              <w:t>Beneficiarul</w:t>
            </w:r>
            <w:r w:rsidR="00C85A0A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>lucrărilor de construire notificate are obligația</w:t>
            </w:r>
            <w:r w:rsidR="00C85A0A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>efectuării</w:t>
            </w:r>
            <w:r w:rsidR="00C85A0A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>recepției la terminarea</w:t>
            </w:r>
            <w:r w:rsidR="00C85A0A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>lucrărilor, între</w:t>
            </w:r>
            <w:r w:rsidR="00C85A0A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>executant, beneficiar</w:t>
            </w:r>
            <w:r w:rsidR="00C85A0A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>şi un reprezentant al unităţii</w:t>
            </w:r>
            <w:r w:rsidR="00C85A0A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>administrativ-teritoriale</w:t>
            </w:r>
            <w:r w:rsidR="00C85A0A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>precum</w:t>
            </w:r>
            <w:r w:rsidR="00C85A0A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>și</w:t>
            </w:r>
            <w:r w:rsidR="00C85A0A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>înregistrarea</w:t>
            </w:r>
            <w:r w:rsidR="00C85A0A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>procesului-verbal de recep</w:t>
            </w:r>
            <w:r w:rsidR="00C85A0A">
              <w:rPr>
                <w:i/>
                <w:iCs/>
                <w:sz w:val="17"/>
                <w:szCs w:val="17"/>
                <w:lang w:val="fr-FR"/>
              </w:rPr>
              <w:t xml:space="preserve">tie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>în</w:t>
            </w:r>
            <w:r w:rsidR="00C85A0A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>Registrul</w:t>
            </w:r>
            <w:r w:rsidR="00C85A0A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>Național al Construcțiilor. Până la operaționalizarea</w:t>
            </w:r>
            <w:r w:rsidR="00C85A0A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>Registrului</w:t>
            </w:r>
            <w:r w:rsidR="00C85A0A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>Național al Construcțiilor, o copie după</w:t>
            </w:r>
            <w:r w:rsidR="00C85A0A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>procesul-verbal de recepție se transmite</w:t>
            </w:r>
            <w:r w:rsidR="00C85A0A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>fizic</w:t>
            </w:r>
            <w:r w:rsidR="00C85A0A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>sau</w:t>
            </w:r>
            <w:r w:rsidR="00C85A0A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>prinpoștă</w:t>
            </w:r>
            <w:r w:rsidR="00C85A0A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>electronică I.S.C.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-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cf. art. 298 alin.(6)</w:t>
            </w:r>
            <w:r w:rsidR="00C85A0A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r>
              <w:rPr>
                <w:i/>
                <w:iCs/>
                <w:sz w:val="17"/>
                <w:szCs w:val="17"/>
                <w:lang w:val="fr-FR"/>
              </w:rPr>
              <w:t>din</w:t>
            </w:r>
            <w:r w:rsidR="00C85A0A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r>
              <w:rPr>
                <w:i/>
                <w:iCs/>
                <w:sz w:val="17"/>
                <w:szCs w:val="17"/>
                <w:lang w:val="fr-FR"/>
              </w:rPr>
              <w:t>Legea nr.196/2026</w:t>
            </w:r>
          </w:p>
          <w:p w:rsidR="00FD1916" w:rsidRPr="004D2D0E" w:rsidRDefault="00FD1916" w:rsidP="00303E64">
            <w:pPr>
              <w:spacing w:line="228" w:lineRule="auto"/>
              <w:rPr>
                <w:lang w:val="fr-FR"/>
              </w:rPr>
            </w:pPr>
          </w:p>
        </w:tc>
      </w:tr>
    </w:tbl>
    <w:p w:rsidR="00846492" w:rsidRPr="004D2D0E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846492">
        <w:trPr>
          <w:cantSplit/>
        </w:trPr>
        <w:tc>
          <w:tcPr>
            <w:tcW w:w="9636" w:type="dxa"/>
            <w:shd w:val="clear" w:color="auto" w:fill="F4F4F4"/>
          </w:tcPr>
          <w:p w:rsidR="00846492" w:rsidRDefault="007A2D93">
            <w:pPr>
              <w:keepNext/>
            </w:pPr>
            <w:r>
              <w:rPr>
                <w:b/>
                <w:sz w:val="16"/>
              </w:rPr>
              <w:t xml:space="preserve">8.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846492" w:rsidRPr="003869B3">
        <w:trPr>
          <w:cantSplit/>
        </w:trPr>
        <w:tc>
          <w:tcPr>
            <w:tcW w:w="9636" w:type="dxa"/>
          </w:tcPr>
          <w:p w:rsidR="00846492" w:rsidRPr="00AD1D4A" w:rsidRDefault="007A2D93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în format scris, prin</w:t>
            </w:r>
            <w:r w:rsidR="00C85A0A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poștă     ☐ în format digital, la adresa de e-mail indicată     ☐ ridicare de la sediul</w:t>
            </w:r>
            <w:r w:rsidR="00C85A0A">
              <w:rPr>
                <w:sz w:val="16"/>
                <w:lang w:val="fr-FR"/>
              </w:rPr>
              <w:t xml:space="preserve"> </w:t>
            </w:r>
            <w:r w:rsidRPr="00AD1D4A">
              <w:rPr>
                <w:sz w:val="16"/>
                <w:lang w:val="fr-FR"/>
              </w:rPr>
              <w:t>autorității</w:t>
            </w:r>
          </w:p>
        </w:tc>
      </w:tr>
    </w:tbl>
    <w:p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4818"/>
        <w:gridCol w:w="3212"/>
      </w:tblGrid>
      <w:tr w:rsidR="00846492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846492" w:rsidRDefault="007A2D93">
            <w:pPr>
              <w:keepNext/>
            </w:pP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846492">
        <w:trPr>
          <w:cantSplit/>
          <w:trHeight w:val="510"/>
        </w:trPr>
        <w:tc>
          <w:tcPr>
            <w:tcW w:w="1606" w:type="dxa"/>
          </w:tcPr>
          <w:p w:rsidR="00846492" w:rsidRDefault="007A2D93">
            <w:r>
              <w:rPr>
                <w:b/>
                <w:color w:val="0D5F78"/>
              </w:rPr>
              <w:t>Data</w:t>
            </w:r>
          </w:p>
          <w:p w:rsidR="00846492" w:rsidRDefault="00846492"/>
        </w:tc>
        <w:tc>
          <w:tcPr>
            <w:tcW w:w="4818" w:type="dxa"/>
          </w:tcPr>
          <w:p w:rsidR="00846492" w:rsidRDefault="007A2D93">
            <w:r>
              <w:rPr>
                <w:b/>
                <w:color w:val="0D5F78"/>
              </w:rPr>
              <w:t>Beneficiarul / reprezentantul</w:t>
            </w:r>
          </w:p>
          <w:p w:rsidR="00846492" w:rsidRDefault="00846492"/>
        </w:tc>
        <w:tc>
          <w:tcPr>
            <w:tcW w:w="3212" w:type="dxa"/>
          </w:tcPr>
          <w:p w:rsidR="00846492" w:rsidRDefault="007A2D93">
            <w:r>
              <w:rPr>
                <w:b/>
                <w:color w:val="0D5F78"/>
              </w:rPr>
              <w:t>Semnătura</w:t>
            </w:r>
          </w:p>
          <w:p w:rsidR="00846492" w:rsidRDefault="00846492"/>
        </w:tc>
      </w:tr>
    </w:tbl>
    <w:p w:rsidR="00846492" w:rsidRDefault="00846492">
      <w:pPr>
        <w:spacing w:line="168" w:lineRule="auto"/>
      </w:pPr>
    </w:p>
    <w:sectPr w:rsidR="00846492" w:rsidSect="007C5D68">
      <w:type w:val="continuous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227B" w:rsidRDefault="00D7227B">
      <w:r>
        <w:separator/>
      </w:r>
    </w:p>
  </w:endnote>
  <w:endnote w:type="continuationSeparator" w:id="1">
    <w:p w:rsidR="00D7227B" w:rsidRDefault="00D722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492" w:rsidRDefault="007A2D93">
    <w:pPr>
      <w:pStyle w:val="Footer"/>
      <w:tabs>
        <w:tab w:val="right" w:pos="9639"/>
      </w:tabs>
    </w:pPr>
    <w:r>
      <w:rPr>
        <w:color w:val="595959"/>
      </w:rPr>
      <w:t>F_NOT_01 · versiunea 1.0</w:t>
    </w:r>
    <w:r>
      <w:rPr>
        <w:color w:val="595959"/>
      </w:rPr>
      <w:tab/>
      <w:t>pagina</w:t>
    </w:r>
    <w:r w:rsidR="005632CA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5632CA">
      <w:rPr>
        <w:color w:val="595959"/>
      </w:rPr>
      <w:fldChar w:fldCharType="separate"/>
    </w:r>
    <w:r w:rsidR="00C85A0A">
      <w:rPr>
        <w:noProof/>
        <w:color w:val="595959"/>
      </w:rPr>
      <w:t>2</w:t>
    </w:r>
    <w:r w:rsidR="005632CA">
      <w:rPr>
        <w:color w:val="595959"/>
      </w:rPr>
      <w:fldChar w:fldCharType="end"/>
    </w:r>
    <w:r>
      <w:rPr>
        <w:color w:val="595959"/>
      </w:rPr>
      <w:t xml:space="preserve"> din </w:t>
    </w:r>
    <w:r w:rsidR="005632CA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5632CA">
      <w:rPr>
        <w:color w:val="595959"/>
      </w:rPr>
      <w:fldChar w:fldCharType="separate"/>
    </w:r>
    <w:r w:rsidR="00C85A0A">
      <w:rPr>
        <w:noProof/>
        <w:color w:val="595959"/>
      </w:rPr>
      <w:t>2</w:t>
    </w:r>
    <w:r w:rsidR="005632CA">
      <w:rPr>
        <w:color w:val="595959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3D2" w:rsidRDefault="00F343D2" w:rsidP="00F343D2">
    <w:pPr>
      <w:pStyle w:val="Footer"/>
      <w:tabs>
        <w:tab w:val="right" w:pos="9639"/>
      </w:tabs>
    </w:pPr>
    <w:r>
      <w:rPr>
        <w:color w:val="595959"/>
      </w:rPr>
      <w:t>F_NOT_01 · versiunea 1.0</w:t>
    </w:r>
    <w:r>
      <w:rPr>
        <w:color w:val="595959"/>
      </w:rPr>
      <w:tab/>
      <w:t>pagina</w:t>
    </w:r>
    <w:r w:rsidR="005632CA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5632CA">
      <w:rPr>
        <w:color w:val="595959"/>
      </w:rPr>
      <w:fldChar w:fldCharType="separate"/>
    </w:r>
    <w:r w:rsidR="00C85A0A">
      <w:rPr>
        <w:noProof/>
        <w:color w:val="595959"/>
      </w:rPr>
      <w:t>1</w:t>
    </w:r>
    <w:r w:rsidR="005632CA">
      <w:rPr>
        <w:color w:val="595959"/>
      </w:rPr>
      <w:fldChar w:fldCharType="end"/>
    </w:r>
    <w:r>
      <w:rPr>
        <w:color w:val="595959"/>
      </w:rPr>
      <w:t xml:space="preserve"> din </w:t>
    </w:r>
    <w:r w:rsidR="005632CA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5632CA">
      <w:rPr>
        <w:color w:val="595959"/>
      </w:rPr>
      <w:fldChar w:fldCharType="separate"/>
    </w:r>
    <w:r w:rsidR="00C85A0A">
      <w:rPr>
        <w:noProof/>
        <w:color w:val="595959"/>
      </w:rPr>
      <w:t>2</w:t>
    </w:r>
    <w:r w:rsidR="005632CA">
      <w:rPr>
        <w:color w:val="595959"/>
      </w:rPr>
      <w:fldChar w:fldCharType="end"/>
    </w:r>
  </w:p>
  <w:p w:rsidR="00F343D2" w:rsidRDefault="00F343D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227B" w:rsidRDefault="00D7227B">
      <w:r>
        <w:separator/>
      </w:r>
    </w:p>
  </w:footnote>
  <w:footnote w:type="continuationSeparator" w:id="1">
    <w:p w:rsidR="00D7227B" w:rsidRDefault="00D722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D68" w:rsidRDefault="007C5D68">
    <w:pPr>
      <w:pStyle w:val="Header"/>
      <w:rPr>
        <w:i/>
        <w:iCs/>
        <w:color w:val="000000" w:themeColor="text1"/>
        <w:sz w:val="24"/>
        <w:szCs w:val="24"/>
        <w:u w:val="single"/>
        <w:lang w:val="ro-RO"/>
      </w:rPr>
    </w:pPr>
    <w:r w:rsidRPr="00F343D2">
      <w:rPr>
        <w:i/>
        <w:iCs/>
        <w:color w:val="000000" w:themeColor="text1"/>
        <w:sz w:val="24"/>
        <w:szCs w:val="24"/>
        <w:u w:val="single"/>
        <w:lang w:val="ro-RO"/>
      </w:rPr>
      <w:t>Anexa nr.</w:t>
    </w:r>
    <w:r w:rsidR="00F4129D" w:rsidRPr="00F343D2">
      <w:rPr>
        <w:i/>
        <w:iCs/>
        <w:color w:val="000000" w:themeColor="text1"/>
        <w:sz w:val="24"/>
        <w:szCs w:val="24"/>
        <w:u w:val="single"/>
        <w:lang w:val="ro-RO"/>
      </w:rPr>
      <w:t>3</w:t>
    </w:r>
  </w:p>
  <w:p w:rsidR="006113A9" w:rsidRPr="00F343D2" w:rsidRDefault="006113A9">
    <w:pPr>
      <w:pStyle w:val="Header"/>
      <w:rPr>
        <w:i/>
        <w:iCs/>
        <w:color w:val="000000" w:themeColor="text1"/>
        <w:sz w:val="24"/>
        <w:szCs w:val="24"/>
        <w:u w:val="single"/>
        <w:lang w:val="ro-RO"/>
      </w:rPr>
    </w:pPr>
    <w:r>
      <w:rPr>
        <w:color w:val="595959"/>
      </w:rPr>
      <w:t>F_NOT_01 · versiunea 1.0</w:t>
    </w:r>
  </w:p>
  <w:p w:rsidR="00F343D2" w:rsidRPr="00F343D2" w:rsidRDefault="00F343D2">
    <w:pPr>
      <w:pStyle w:val="Header"/>
      <w:rPr>
        <w:i/>
        <w:iCs/>
        <w:color w:val="000000" w:themeColor="text1"/>
        <w:sz w:val="24"/>
        <w:szCs w:val="24"/>
        <w:lang w:val="ro-RO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8"/>
  <w:defaultTabStop w:val="720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187CF5"/>
    <w:rsid w:val="001A55CA"/>
    <w:rsid w:val="0029639D"/>
    <w:rsid w:val="0031113E"/>
    <w:rsid w:val="00320861"/>
    <w:rsid w:val="00326F90"/>
    <w:rsid w:val="003869B3"/>
    <w:rsid w:val="003F4418"/>
    <w:rsid w:val="00445CCA"/>
    <w:rsid w:val="004D2D0E"/>
    <w:rsid w:val="004E2246"/>
    <w:rsid w:val="005632CA"/>
    <w:rsid w:val="0060615D"/>
    <w:rsid w:val="006113A9"/>
    <w:rsid w:val="006C103E"/>
    <w:rsid w:val="007A2D93"/>
    <w:rsid w:val="007C5D68"/>
    <w:rsid w:val="007F39C2"/>
    <w:rsid w:val="00846492"/>
    <w:rsid w:val="00852977"/>
    <w:rsid w:val="00870FD7"/>
    <w:rsid w:val="00932ED5"/>
    <w:rsid w:val="00A17614"/>
    <w:rsid w:val="00AA1D8D"/>
    <w:rsid w:val="00AD1D4A"/>
    <w:rsid w:val="00B47730"/>
    <w:rsid w:val="00C85A0A"/>
    <w:rsid w:val="00CA6FDB"/>
    <w:rsid w:val="00CB0664"/>
    <w:rsid w:val="00D2019F"/>
    <w:rsid w:val="00D2346C"/>
    <w:rsid w:val="00D7227B"/>
    <w:rsid w:val="00E52AF9"/>
    <w:rsid w:val="00E55244"/>
    <w:rsid w:val="00E61A6B"/>
    <w:rsid w:val="00F3062E"/>
    <w:rsid w:val="00F343D2"/>
    <w:rsid w:val="00F4129D"/>
    <w:rsid w:val="00F44B1A"/>
    <w:rsid w:val="00FC693F"/>
    <w:rsid w:val="00FD19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F306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ffice@albestipaleologu.r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886</Words>
  <Characters>5054</Characters>
  <Application>Microsoft Office Word</Application>
  <DocSecurity>0</DocSecurity>
  <Lines>42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5929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dumitrescu valentin</dc:creator>
  <cp:lastModifiedBy>dumitrescu valentin</cp:lastModifiedBy>
  <cp:revision>6</cp:revision>
  <dcterms:created xsi:type="dcterms:W3CDTF">2026-09-07T07:54:00Z</dcterms:created>
  <dcterms:modified xsi:type="dcterms:W3CDTF">2026-09-09T12:28:00Z</dcterms:modified>
</cp:coreProperties>
</file>