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8A183F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8A183F" w:rsidRDefault="008A183F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color w:val="595959"/>
              </w:rPr>
              <w:t>siglă / stemă</w:t>
            </w:r>
          </w:p>
          <w:p w:rsidR="008A183F" w:rsidRDefault="008A183F">
            <w:pPr>
              <w:keepNext/>
              <w:jc w:val="center"/>
            </w:pPr>
            <w:r w:rsidRPr="008A183F">
              <w:rPr>
                <w:i/>
                <w:noProof/>
                <w:color w:val="595959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55245</wp:posOffset>
                  </wp:positionV>
                  <wp:extent cx="764540" cy="1089660"/>
                  <wp:effectExtent l="19050" t="0" r="0" b="0"/>
                  <wp:wrapNone/>
                  <wp:docPr id="1" name="Picture 2" descr="stema ALBESTI PALEOLOG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 ALBESTI PALEOLOG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540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8A183F" w:rsidRDefault="008A183F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 xml:space="preserve">Județul </w:t>
            </w:r>
          </w:p>
          <w:p w:rsidR="008A183F" w:rsidRPr="00F67A63" w:rsidRDefault="008A183F" w:rsidP="00B4442D">
            <w:pPr>
              <w:keepNext/>
            </w:pPr>
            <w:r w:rsidRPr="00F67A63">
              <w:rPr>
                <w:b/>
              </w:rPr>
              <w:t>PRAHOVA</w:t>
            </w:r>
          </w:p>
          <w:p w:rsidR="008A183F" w:rsidRDefault="008A183F" w:rsidP="00B4442D">
            <w:pPr>
              <w:keepNext/>
            </w:pPr>
          </w:p>
        </w:tc>
      </w:tr>
      <w:tr w:rsidR="008A183F">
        <w:trPr>
          <w:cantSplit/>
          <w:trHeight w:val="510"/>
        </w:trPr>
        <w:tc>
          <w:tcPr>
            <w:tcW w:w="1606" w:type="dxa"/>
            <w:vMerge/>
          </w:tcPr>
          <w:p w:rsidR="008A183F" w:rsidRDefault="008A183F"/>
        </w:tc>
        <w:tc>
          <w:tcPr>
            <w:tcW w:w="8030" w:type="dxa"/>
            <w:gridSpan w:val="3"/>
            <w:shd w:val="clear" w:color="auto" w:fill="F0F0F0"/>
          </w:tcPr>
          <w:p w:rsidR="008A183F" w:rsidRDefault="008A183F" w:rsidP="00B4442D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Autoritatea administrației publice</w:t>
            </w:r>
          </w:p>
          <w:p w:rsidR="008A183F" w:rsidRPr="00F67A63" w:rsidRDefault="008A183F" w:rsidP="00B4442D">
            <w:pPr>
              <w:keepNext/>
            </w:pPr>
            <w:r w:rsidRPr="00F67A63">
              <w:rPr>
                <w:b/>
              </w:rPr>
              <w:t>COMUNA ALBESTI - PALEOLOGU</w:t>
            </w:r>
          </w:p>
          <w:p w:rsidR="008A183F" w:rsidRDefault="008A183F" w:rsidP="00B4442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1606" w:type="dxa"/>
            <w:vMerge/>
          </w:tcPr>
          <w:p w:rsidR="00AD35FD" w:rsidRDefault="00AD35FD"/>
        </w:tc>
        <w:tc>
          <w:tcPr>
            <w:tcW w:w="2409" w:type="dxa"/>
            <w:shd w:val="clear" w:color="auto" w:fill="F0F0F0"/>
          </w:tcPr>
          <w:p w:rsidR="00AD35FD" w:rsidRPr="007050CD" w:rsidRDefault="0083266C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Cod de identificarefiscală (CIF)</w:t>
            </w:r>
          </w:p>
          <w:p w:rsidR="008A183F" w:rsidRPr="00F67A63" w:rsidRDefault="008A183F" w:rsidP="008A183F">
            <w:pPr>
              <w:keepNext/>
              <w:rPr>
                <w:b/>
                <w:lang w:val="fr-FR"/>
              </w:rPr>
            </w:pPr>
            <w:r w:rsidRPr="00F67A63">
              <w:rPr>
                <w:b/>
              </w:rPr>
              <w:t>2845664</w:t>
            </w:r>
          </w:p>
          <w:p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Adresaoficială</w:t>
            </w:r>
          </w:p>
          <w:p w:rsidR="008A183F" w:rsidRPr="00C4131E" w:rsidRDefault="008A183F" w:rsidP="008A183F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</w:rPr>
              <w:t>SAT ALBESTI-PALEOLOGU, DN1B, NR. 451, COD POSTAL 107010,</w:t>
            </w:r>
            <w:r w:rsidRPr="00C4131E">
              <w:rPr>
                <w:rFonts w:cs="Times New Roman"/>
                <w:szCs w:val="15"/>
                <w:lang w:val="it-IT"/>
              </w:rPr>
              <w:t xml:space="preserve"> </w:t>
            </w:r>
            <w:r w:rsidRPr="00C4131E">
              <w:rPr>
                <w:rFonts w:cs="Times New Roman"/>
                <w:b/>
                <w:szCs w:val="15"/>
                <w:lang w:val="it-IT"/>
              </w:rPr>
              <w:t xml:space="preserve">TELEFON/FAX </w:t>
            </w:r>
            <w:r w:rsidRPr="00C4131E">
              <w:rPr>
                <w:rFonts w:eastAsia="Times New Roman" w:cs="Times New Roman"/>
                <w:b/>
                <w:szCs w:val="15"/>
                <w:lang w:val="it-IT"/>
              </w:rPr>
              <w:t>- 0244  /  232853</w:t>
            </w:r>
          </w:p>
          <w:p w:rsidR="008A183F" w:rsidRPr="00C4131E" w:rsidRDefault="008A183F" w:rsidP="008A183F">
            <w:pPr>
              <w:keepNext/>
              <w:rPr>
                <w:rFonts w:cs="Times New Roman"/>
                <w:b/>
                <w:szCs w:val="15"/>
                <w:lang w:val="it-IT"/>
              </w:rPr>
            </w:pPr>
            <w:r w:rsidRPr="00C4131E">
              <w:rPr>
                <w:rFonts w:cs="Times New Roman"/>
                <w:b/>
                <w:szCs w:val="15"/>
                <w:lang w:val="it-IT"/>
              </w:rPr>
              <w:t xml:space="preserve">E-MAIL: </w:t>
            </w:r>
            <w:hyperlink r:id="rId9" w:history="1">
              <w:r w:rsidRPr="00C4131E">
                <w:rPr>
                  <w:rStyle w:val="Hyperlink"/>
                  <w:rFonts w:cs="Times New Roman"/>
                  <w:b/>
                  <w:szCs w:val="15"/>
                  <w:lang w:val="it-IT"/>
                </w:rPr>
                <w:t>office@albestipaleologu.ro</w:t>
              </w:r>
            </w:hyperlink>
          </w:p>
          <w:p w:rsidR="008A183F" w:rsidRPr="00C4131E" w:rsidRDefault="00C36A77" w:rsidP="008A183F">
            <w:pPr>
              <w:keepNext/>
              <w:rPr>
                <w:rFonts w:cs="Times New Roman"/>
                <w:b/>
                <w:szCs w:val="15"/>
              </w:rPr>
            </w:pPr>
            <w:r>
              <w:rPr>
                <w:rFonts w:cs="Times New Roman"/>
                <w:b/>
                <w:szCs w:val="15"/>
              </w:rPr>
              <w:t>ADRESA WE</w:t>
            </w:r>
            <w:r w:rsidR="008A183F" w:rsidRPr="00C4131E">
              <w:rPr>
                <w:rFonts w:cs="Times New Roman"/>
                <w:b/>
                <w:szCs w:val="15"/>
              </w:rPr>
              <w:t xml:space="preserve">B: </w:t>
            </w:r>
            <w:r w:rsidR="008A183F" w:rsidRPr="00C4131E">
              <w:rPr>
                <w:rFonts w:eastAsia="Times New Roman" w:cs="Times New Roman"/>
                <w:b/>
                <w:color w:val="0000FF"/>
                <w:szCs w:val="15"/>
                <w:lang w:val="it-IT"/>
              </w:rPr>
              <w:t>http://primariaalbestipaleologu.ro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1606" w:type="dxa"/>
            <w:vMerge/>
          </w:tcPr>
          <w:p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AD35FD" w:rsidRDefault="00AD35FD">
            <w:pPr>
              <w:keepNext/>
            </w:pPr>
          </w:p>
        </w:tc>
      </w:tr>
      <w:tr w:rsidR="00AD35FD" w:rsidRPr="005E6036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AD35FD" w:rsidRPr="007050CD" w:rsidRDefault="0083266C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>secompletează de autoritate — solicitantul nu scrie</w:t>
            </w:r>
            <w:r w:rsidR="008A183F">
              <w:rPr>
                <w:i/>
                <w:color w:val="595959"/>
                <w:lang w:val="fr-FR"/>
              </w:rPr>
              <w:t xml:space="preserve"> </w:t>
            </w:r>
            <w:r w:rsidRPr="007050CD">
              <w:rPr>
                <w:i/>
                <w:color w:val="595959"/>
                <w:lang w:val="fr-FR"/>
              </w:rPr>
              <w:t>în</w:t>
            </w:r>
            <w:r w:rsidR="008A183F">
              <w:rPr>
                <w:i/>
                <w:color w:val="595959"/>
                <w:lang w:val="fr-FR"/>
              </w:rPr>
              <w:t xml:space="preserve"> </w:t>
            </w:r>
            <w:r w:rsidRPr="007050CD">
              <w:rPr>
                <w:i/>
                <w:color w:val="595959"/>
                <w:lang w:val="fr-FR"/>
              </w:rPr>
              <w:t>această</w:t>
            </w:r>
            <w:r w:rsidR="008A183F">
              <w:rPr>
                <w:i/>
                <w:color w:val="595959"/>
                <w:lang w:val="fr-FR"/>
              </w:rPr>
              <w:t xml:space="preserve"> </w:t>
            </w:r>
            <w:r w:rsidRPr="007050CD">
              <w:rPr>
                <w:i/>
                <w:color w:val="595959"/>
                <w:lang w:val="fr-FR"/>
              </w:rPr>
              <w:t>zonă</w:t>
            </w:r>
          </w:p>
        </w:tc>
      </w:tr>
    </w:tbl>
    <w:p w:rsidR="00AD35FD" w:rsidRPr="005E6036" w:rsidRDefault="0083266C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:rsidR="00AD35FD" w:rsidRDefault="0083266C">
      <w:pPr>
        <w:spacing w:after="120"/>
        <w:jc w:val="center"/>
      </w:pPr>
      <w:r>
        <w:rPr>
          <w:sz w:val="19"/>
        </w:rPr>
        <w:t>privind încheierea execuției lucrărilor</w:t>
      </w:r>
    </w:p>
    <w:p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AD35FD">
        <w:trPr>
          <w:cantSplit/>
        </w:trPr>
        <w:tc>
          <w:tcPr>
            <w:tcW w:w="9636" w:type="dxa"/>
            <w:shd w:val="clear" w:color="auto" w:fill="F4F4F4"/>
          </w:tcPr>
          <w:p w:rsidR="00AD35FD" w:rsidRDefault="0083266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>
        <w:trPr>
          <w:cantSplit/>
          <w:trHeight w:val="510"/>
        </w:trPr>
        <w:tc>
          <w:tcPr>
            <w:tcW w:w="9636" w:type="dxa"/>
          </w:tcPr>
          <w:p w:rsidR="008A183F" w:rsidRPr="00C4131E" w:rsidRDefault="008A183F" w:rsidP="008A183F">
            <w:pPr>
              <w:keepNext/>
              <w:rPr>
                <w:lang w:val="fr-FR"/>
              </w:rPr>
            </w:pPr>
            <w:r w:rsidRPr="00C4131E">
              <w:rPr>
                <w:b/>
                <w:lang w:val="fr-FR"/>
              </w:rPr>
              <w:t>PRIMAR</w:t>
            </w:r>
            <w:r w:rsidR="003C140F">
              <w:rPr>
                <w:b/>
                <w:lang w:val="fr-FR"/>
              </w:rPr>
              <w:t xml:space="preserve">UL </w:t>
            </w:r>
            <w:r w:rsidRPr="00C4131E">
              <w:rPr>
                <w:b/>
                <w:lang w:val="fr-FR"/>
              </w:rPr>
              <w:t xml:space="preserve"> COMUNEI ALBESTI – PALEOLOGU</w:t>
            </w:r>
          </w:p>
          <w:p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>
        <w:trPr>
          <w:cantSplit/>
        </w:trPr>
        <w:tc>
          <w:tcPr>
            <w:tcW w:w="9636" w:type="dxa"/>
            <w:shd w:val="clear" w:color="auto" w:fill="F4F4F4"/>
          </w:tcPr>
          <w:p w:rsidR="00AD35FD" w:rsidRPr="005E6036" w:rsidRDefault="0083266C">
            <w:pPr>
              <w:spacing w:line="228" w:lineRule="auto"/>
            </w:pPr>
            <w:r w:rsidRPr="005E6036">
              <w:t>Cererea</w:t>
            </w:r>
            <w:r w:rsidR="003C140F">
              <w:t xml:space="preserve"> </w:t>
            </w:r>
            <w:r w:rsidRPr="005E6036">
              <w:t>va fi</w:t>
            </w:r>
            <w:r w:rsidR="003C140F">
              <w:t xml:space="preserve"> </w:t>
            </w:r>
            <w:r w:rsidR="007050CD" w:rsidRPr="005E6036">
              <w:t>adresată</w:t>
            </w:r>
            <w:r w:rsidR="003C140F">
              <w:t xml:space="preserve"> </w:t>
            </w:r>
            <w:r w:rsidRPr="005E6036">
              <w:t>către</w:t>
            </w:r>
            <w:r w:rsidR="003C140F">
              <w:t xml:space="preserve"> </w:t>
            </w:r>
            <w:r w:rsidRPr="005E6036">
              <w:t>președintele</w:t>
            </w:r>
            <w:r w:rsidR="003C140F">
              <w:t xml:space="preserve"> </w:t>
            </w:r>
            <w:r w:rsidRPr="005E6036">
              <w:t>consiliului</w:t>
            </w:r>
            <w:r w:rsidR="003C140F">
              <w:t xml:space="preserve"> </w:t>
            </w:r>
            <w:r w:rsidRPr="005E6036">
              <w:t>județean, primarul general, primarul de sector sau</w:t>
            </w:r>
            <w:r w:rsidR="003C140F">
              <w:t xml:space="preserve"> </w:t>
            </w:r>
            <w:r w:rsidRPr="005E6036">
              <w:t>primarul</w:t>
            </w:r>
            <w:r w:rsidR="003C140F">
              <w:t xml:space="preserve"> </w:t>
            </w:r>
            <w:r w:rsidRPr="005E6036">
              <w:t>municipiului / orașului / comunei, după</w:t>
            </w:r>
            <w:r w:rsidR="003C140F">
              <w:t xml:space="preserve"> </w:t>
            </w:r>
            <w:r w:rsidRPr="005E6036">
              <w:t>caz.</w:t>
            </w:r>
          </w:p>
        </w:tc>
      </w:tr>
    </w:tbl>
    <w:p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83266C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>
        <w:trPr>
          <w:cantSplit/>
          <w:trHeight w:val="510"/>
        </w:trPr>
        <w:tc>
          <w:tcPr>
            <w:tcW w:w="5621" w:type="dxa"/>
            <w:gridSpan w:val="5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83266C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83266C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>
        <w:trPr>
          <w:cantSplit/>
          <w:trHeight w:val="510"/>
        </w:trPr>
        <w:tc>
          <w:tcPr>
            <w:tcW w:w="3212" w:type="dxa"/>
            <w:gridSpan w:val="2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3212" w:type="dxa"/>
            <w:gridSpan w:val="2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D35FD" w:rsidRDefault="00AD35FD">
            <w:pPr>
              <w:keepNext/>
            </w:pPr>
          </w:p>
        </w:tc>
        <w:tc>
          <w:tcPr>
            <w:tcW w:w="1606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D35FD" w:rsidRDefault="0083266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>
        <w:trPr>
          <w:cantSplit/>
          <w:trHeight w:val="510"/>
        </w:trPr>
        <w:tc>
          <w:tcPr>
            <w:tcW w:w="4015" w:type="dxa"/>
            <w:gridSpan w:val="3"/>
          </w:tcPr>
          <w:p w:rsidR="00AD35FD" w:rsidRDefault="0083266C">
            <w:r>
              <w:rPr>
                <w:b/>
                <w:color w:val="0D5F78"/>
              </w:rPr>
              <w:t>Telefon / fax</w:t>
            </w:r>
          </w:p>
          <w:p w:rsidR="00AD35FD" w:rsidRDefault="00AD35FD"/>
        </w:tc>
        <w:tc>
          <w:tcPr>
            <w:tcW w:w="5621" w:type="dxa"/>
            <w:gridSpan w:val="5"/>
          </w:tcPr>
          <w:p w:rsidR="00AD35FD" w:rsidRDefault="0083266C">
            <w:r>
              <w:rPr>
                <w:b/>
                <w:color w:val="0D5F78"/>
              </w:rPr>
              <w:t>E-mail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AD35FD" w:rsidRPr="005E6036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Pr="007050CD" w:rsidRDefault="0083266C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D35FD" w:rsidRDefault="00AD35FD">
            <w:pPr>
              <w:keepNext/>
            </w:pPr>
          </w:p>
        </w:tc>
        <w:tc>
          <w:tcPr>
            <w:tcW w:w="2409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AD35FD" w:rsidRDefault="00AD35FD">
            <w:pPr>
              <w:keepNext/>
            </w:pPr>
          </w:p>
        </w:tc>
        <w:tc>
          <w:tcPr>
            <w:tcW w:w="5621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Default="0083266C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>
        <w:trPr>
          <w:cantSplit/>
          <w:trHeight w:val="510"/>
        </w:trPr>
        <w:tc>
          <w:tcPr>
            <w:tcW w:w="9636" w:type="dxa"/>
            <w:gridSpan w:val="3"/>
          </w:tcPr>
          <w:p w:rsidR="00AD35FD" w:rsidRPr="007050CD" w:rsidRDefault="0083266C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Denumirea</w:t>
            </w:r>
            <w:r w:rsidR="009E29A4">
              <w:rPr>
                <w:b/>
                <w:color w:val="0D5F78"/>
                <w:lang w:val="fr-FR"/>
              </w:rPr>
              <w:t xml:space="preserve"> </w:t>
            </w:r>
            <w:r w:rsidRPr="007050CD">
              <w:rPr>
                <w:b/>
                <w:color w:val="0D5F78"/>
                <w:lang w:val="fr-FR"/>
              </w:rPr>
              <w:t>lucrării, capacitatea</w:t>
            </w:r>
            <w:r w:rsidR="009E29A4">
              <w:rPr>
                <w:b/>
                <w:color w:val="0D5F78"/>
                <w:lang w:val="fr-FR"/>
              </w:rPr>
              <w:t xml:space="preserve"> </w:t>
            </w:r>
            <w:r w:rsidRPr="007050CD">
              <w:rPr>
                <w:b/>
                <w:color w:val="0D5F78"/>
                <w:lang w:val="fr-FR"/>
              </w:rPr>
              <w:t>și</w:t>
            </w:r>
            <w:r w:rsidR="009E29A4">
              <w:rPr>
                <w:b/>
                <w:color w:val="0D5F78"/>
                <w:lang w:val="fr-FR"/>
              </w:rPr>
              <w:t xml:space="preserve"> </w:t>
            </w:r>
            <w:r w:rsidRPr="007050CD">
              <w:rPr>
                <w:b/>
                <w:color w:val="0D5F78"/>
                <w:lang w:val="fr-FR"/>
              </w:rPr>
              <w:t>categoria de lucrări</w:t>
            </w:r>
            <w:r w:rsidR="009E29A4">
              <w:rPr>
                <w:b/>
                <w:color w:val="0D5F78"/>
                <w:lang w:val="fr-FR"/>
              </w:rPr>
              <w:t xml:space="preserve"> </w:t>
            </w:r>
            <w:r w:rsidRPr="007050CD">
              <w:rPr>
                <w:b/>
                <w:color w:val="0D5F78"/>
                <w:lang w:val="fr-FR"/>
              </w:rPr>
              <w:t>din</w:t>
            </w:r>
            <w:r w:rsidR="009E29A4">
              <w:rPr>
                <w:b/>
                <w:color w:val="0D5F78"/>
                <w:lang w:val="fr-FR"/>
              </w:rPr>
              <w:t xml:space="preserve"> </w:t>
            </w:r>
            <w:r w:rsidRPr="007050CD">
              <w:rPr>
                <w:b/>
                <w:color w:val="0D5F78"/>
                <w:lang w:val="fr-FR"/>
              </w:rPr>
              <w:t>autorizație</w:t>
            </w:r>
          </w:p>
          <w:p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>
        <w:trPr>
          <w:cantSplit/>
          <w:trHeight w:val="510"/>
        </w:trPr>
        <w:tc>
          <w:tcPr>
            <w:tcW w:w="9636" w:type="dxa"/>
            <w:gridSpan w:val="3"/>
          </w:tcPr>
          <w:p w:rsidR="00AD35FD" w:rsidRDefault="0083266C">
            <w:r>
              <w:rPr>
                <w:b/>
                <w:color w:val="0D5F78"/>
              </w:rPr>
              <w:t>învaloare de (lei)</w:t>
            </w:r>
          </w:p>
          <w:p w:rsidR="00AD35FD" w:rsidRDefault="00AD35FD"/>
        </w:tc>
      </w:tr>
    </w:tbl>
    <w:p w:rsidR="00AD35FD" w:rsidRPr="005E6036" w:rsidRDefault="0083266C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1606"/>
        <w:gridCol w:w="5621"/>
      </w:tblGrid>
      <w:tr w:rsidR="00AD35FD">
        <w:trPr>
          <w:cantSplit/>
          <w:trHeight w:val="510"/>
        </w:trPr>
        <w:tc>
          <w:tcPr>
            <w:tcW w:w="2409" w:type="dxa"/>
          </w:tcPr>
          <w:p w:rsidR="00AD35FD" w:rsidRDefault="0083266C">
            <w:r>
              <w:rPr>
                <w:b/>
                <w:color w:val="0D5F78"/>
              </w:rPr>
              <w:t>Că la data de</w:t>
            </w:r>
          </w:p>
          <w:p w:rsidR="00AD35FD" w:rsidRDefault="00AD35FD"/>
        </w:tc>
        <w:tc>
          <w:tcPr>
            <w:tcW w:w="1606" w:type="dxa"/>
          </w:tcPr>
          <w:p w:rsidR="00AD35FD" w:rsidRDefault="0083266C">
            <w:r>
              <w:rPr>
                <w:b/>
                <w:color w:val="0D5F78"/>
              </w:rPr>
              <w:t>ora</w:t>
            </w:r>
          </w:p>
          <w:p w:rsidR="00AD35FD" w:rsidRDefault="00AD35FD"/>
        </w:tc>
        <w:tc>
          <w:tcPr>
            <w:tcW w:w="5621" w:type="dxa"/>
          </w:tcPr>
          <w:p w:rsidR="00AD35FD" w:rsidRPr="007050CD" w:rsidRDefault="009E29A4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A</w:t>
            </w:r>
            <w:r w:rsidR="0083266C" w:rsidRPr="007050CD">
              <w:rPr>
                <w:b/>
                <w:color w:val="0D5F78"/>
                <w:lang w:val="fr-FR"/>
              </w:rPr>
              <w:t>u</w:t>
            </w:r>
            <w:r>
              <w:rPr>
                <w:b/>
                <w:color w:val="0D5F78"/>
                <w:lang w:val="fr-FR"/>
              </w:rPr>
              <w:t xml:space="preserve"> </w:t>
            </w:r>
            <w:r w:rsidR="0083266C" w:rsidRPr="007050CD">
              <w:rPr>
                <w:b/>
                <w:color w:val="0D5F78"/>
                <w:lang w:val="fr-FR"/>
              </w:rPr>
              <w:t>fost</w:t>
            </w:r>
            <w:r>
              <w:rPr>
                <w:b/>
                <w:color w:val="0D5F78"/>
                <w:lang w:val="fr-FR"/>
              </w:rPr>
              <w:t xml:space="preserve"> </w:t>
            </w:r>
            <w:r w:rsidR="0083266C" w:rsidRPr="007050CD">
              <w:rPr>
                <w:b/>
                <w:color w:val="0D5F78"/>
                <w:lang w:val="fr-FR"/>
              </w:rPr>
              <w:t>finalizate</w:t>
            </w:r>
            <w:r>
              <w:rPr>
                <w:b/>
                <w:color w:val="0D5F78"/>
                <w:lang w:val="fr-FR"/>
              </w:rPr>
              <w:t xml:space="preserve"> </w:t>
            </w:r>
            <w:r w:rsidR="0083266C" w:rsidRPr="007050CD">
              <w:rPr>
                <w:b/>
                <w:color w:val="0D5F78"/>
                <w:lang w:val="fr-FR"/>
              </w:rPr>
              <w:t>lucrările de construcții</w:t>
            </w:r>
            <w:r>
              <w:rPr>
                <w:b/>
                <w:color w:val="0D5F78"/>
                <w:lang w:val="fr-FR"/>
              </w:rPr>
              <w:t xml:space="preserve"> </w:t>
            </w:r>
            <w:r w:rsidR="0083266C" w:rsidRPr="007050CD">
              <w:rPr>
                <w:b/>
                <w:color w:val="0D5F78"/>
                <w:lang w:val="fr-FR"/>
              </w:rPr>
              <w:t>autorizate</w:t>
            </w:r>
          </w:p>
          <w:p w:rsidR="00AD35FD" w:rsidRDefault="009E29A4">
            <w:r>
              <w:rPr>
                <w:i/>
                <w:color w:val="7A7A7A"/>
              </w:rPr>
              <w:t>P</w:t>
            </w:r>
            <w:r w:rsidR="0083266C">
              <w:rPr>
                <w:i/>
                <w:color w:val="7A7A7A"/>
              </w:rPr>
              <w:t>entru</w:t>
            </w:r>
            <w:r>
              <w:rPr>
                <w:i/>
                <w:color w:val="7A7A7A"/>
              </w:rPr>
              <w:t xml:space="preserve"> </w:t>
            </w:r>
            <w:r w:rsidR="0083266C">
              <w:rPr>
                <w:i/>
                <w:color w:val="7A7A7A"/>
              </w:rPr>
              <w:t>imobilul de mai jos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AD35F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AD35FD" w:rsidRDefault="0083266C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>
        <w:trPr>
          <w:cantSplit/>
        </w:trPr>
        <w:tc>
          <w:tcPr>
            <w:tcW w:w="9636" w:type="dxa"/>
            <w:gridSpan w:val="6"/>
          </w:tcPr>
          <w:p w:rsidR="00AD35FD" w:rsidRDefault="0083266C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>
        <w:trPr>
          <w:cantSplit/>
          <w:trHeight w:val="510"/>
        </w:trPr>
        <w:tc>
          <w:tcPr>
            <w:tcW w:w="3212" w:type="dxa"/>
            <w:gridSpan w:val="2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AD35FD" w:rsidRDefault="00AD35FD">
            <w:pPr>
              <w:keepNext/>
            </w:pPr>
          </w:p>
        </w:tc>
        <w:tc>
          <w:tcPr>
            <w:tcW w:w="803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AD35FD" w:rsidRDefault="00AD35FD">
            <w:pPr>
              <w:keepNext/>
            </w:pPr>
          </w:p>
        </w:tc>
        <w:tc>
          <w:tcPr>
            <w:tcW w:w="2409" w:type="dxa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AD35FD" w:rsidRDefault="00AD35FD">
            <w:pPr>
              <w:keepNext/>
            </w:pPr>
          </w:p>
        </w:tc>
      </w:tr>
      <w:tr w:rsidR="00AD35FD">
        <w:trPr>
          <w:cantSplit/>
          <w:trHeight w:val="510"/>
        </w:trPr>
        <w:tc>
          <w:tcPr>
            <w:tcW w:w="5621" w:type="dxa"/>
            <w:gridSpan w:val="3"/>
          </w:tcPr>
          <w:p w:rsidR="00AD35FD" w:rsidRPr="007050CD" w:rsidRDefault="0083266C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Număr cadastral</w:t>
            </w:r>
          </w:p>
          <w:p w:rsidR="00AD35FD" w:rsidRPr="007050CD" w:rsidRDefault="009E29A4">
            <w:pPr>
              <w:keepNext/>
              <w:rPr>
                <w:lang w:val="fr-FR"/>
              </w:rPr>
            </w:pPr>
            <w:r w:rsidRPr="007050CD">
              <w:rPr>
                <w:i/>
                <w:color w:val="7A7A7A"/>
                <w:lang w:val="fr-FR"/>
              </w:rPr>
              <w:t>D</w:t>
            </w:r>
            <w:r w:rsidR="0083266C" w:rsidRPr="007050CD">
              <w:rPr>
                <w:i/>
                <w:color w:val="7A7A7A"/>
                <w:lang w:val="fr-FR"/>
              </w:rPr>
              <w:t>acă</w:t>
            </w:r>
            <w:r>
              <w:rPr>
                <w:i/>
                <w:color w:val="7A7A7A"/>
                <w:lang w:val="fr-FR"/>
              </w:rPr>
              <w:t xml:space="preserve"> </w:t>
            </w:r>
            <w:r w:rsidR="0083266C" w:rsidRPr="007050CD">
              <w:rPr>
                <w:i/>
                <w:color w:val="7A7A7A"/>
                <w:lang w:val="fr-FR"/>
              </w:rPr>
              <w:t>imobilul e înscris</w:t>
            </w:r>
            <w:r>
              <w:rPr>
                <w:i/>
                <w:color w:val="7A7A7A"/>
                <w:lang w:val="fr-FR"/>
              </w:rPr>
              <w:t xml:space="preserve"> </w:t>
            </w:r>
            <w:r w:rsidR="0083266C" w:rsidRPr="007050CD">
              <w:rPr>
                <w:i/>
                <w:color w:val="7A7A7A"/>
                <w:lang w:val="fr-FR"/>
              </w:rPr>
              <w:t>în e-Terra</w:t>
            </w:r>
          </w:p>
          <w:p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AD35FD" w:rsidRDefault="0083266C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AD35FD" w:rsidRDefault="00AD35FD">
            <w:pPr>
              <w:keepNext/>
            </w:pPr>
          </w:p>
        </w:tc>
      </w:tr>
    </w:tbl>
    <w:p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7227"/>
        <w:gridCol w:w="2409"/>
      </w:tblGrid>
      <w:tr w:rsidR="00AD35FD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:rsidR="00AD35FD" w:rsidRDefault="0083266C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>
        <w:trPr>
          <w:cantSplit/>
          <w:trHeight w:val="510"/>
        </w:trPr>
        <w:tc>
          <w:tcPr>
            <w:tcW w:w="7227" w:type="dxa"/>
          </w:tcPr>
          <w:p w:rsidR="00AD35FD" w:rsidRPr="007050CD" w:rsidRDefault="0083266C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>Se convoacă</w:t>
            </w:r>
            <w:r w:rsidR="009E29A4">
              <w:rPr>
                <w:b/>
                <w:color w:val="0D5F78"/>
                <w:lang w:val="fr-FR"/>
              </w:rPr>
              <w:t xml:space="preserve"> </w:t>
            </w:r>
            <w:r w:rsidRPr="007050CD">
              <w:rPr>
                <w:b/>
                <w:color w:val="0D5F78"/>
                <w:lang w:val="fr-FR"/>
              </w:rPr>
              <w:t>comisia de recepție la terminarea</w:t>
            </w:r>
            <w:r w:rsidR="009E29A4">
              <w:rPr>
                <w:b/>
                <w:color w:val="0D5F78"/>
                <w:lang w:val="fr-FR"/>
              </w:rPr>
              <w:t xml:space="preserve"> </w:t>
            </w:r>
            <w:r w:rsidRPr="007050CD">
              <w:rPr>
                <w:b/>
                <w:color w:val="0D5F78"/>
                <w:lang w:val="fr-FR"/>
              </w:rPr>
              <w:t>lucrărilor, la data</w:t>
            </w:r>
          </w:p>
          <w:p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:rsidR="00AD35FD" w:rsidRDefault="0083266C">
            <w:r>
              <w:rPr>
                <w:b/>
                <w:color w:val="0D5F78"/>
              </w:rPr>
              <w:t>ora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AD35F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D35FD" w:rsidRDefault="0083266C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>
        <w:trPr>
          <w:cantSplit/>
          <w:trHeight w:val="510"/>
        </w:trPr>
        <w:tc>
          <w:tcPr>
            <w:tcW w:w="1606" w:type="dxa"/>
          </w:tcPr>
          <w:p w:rsidR="00AD35FD" w:rsidRDefault="0083266C">
            <w:r>
              <w:rPr>
                <w:b/>
                <w:color w:val="0D5F78"/>
              </w:rPr>
              <w:t>Data</w:t>
            </w:r>
          </w:p>
          <w:p w:rsidR="00AD35FD" w:rsidRDefault="00AD35FD"/>
        </w:tc>
        <w:tc>
          <w:tcPr>
            <w:tcW w:w="4818" w:type="dxa"/>
          </w:tcPr>
          <w:p w:rsidR="00AD35FD" w:rsidRDefault="0083266C">
            <w:r>
              <w:rPr>
                <w:b/>
                <w:color w:val="0D5F78"/>
              </w:rPr>
              <w:t>Titularul autorizației</w:t>
            </w:r>
          </w:p>
          <w:p w:rsidR="00AD35FD" w:rsidRDefault="00AD35FD"/>
        </w:tc>
        <w:tc>
          <w:tcPr>
            <w:tcW w:w="3212" w:type="dxa"/>
          </w:tcPr>
          <w:p w:rsidR="00AD35FD" w:rsidRDefault="0083266C">
            <w:r>
              <w:rPr>
                <w:b/>
                <w:color w:val="0D5F78"/>
              </w:rPr>
              <w:t>Semnătura</w:t>
            </w:r>
          </w:p>
          <w:p w:rsidR="00AD35FD" w:rsidRDefault="00AD35FD"/>
        </w:tc>
      </w:tr>
    </w:tbl>
    <w:p w:rsidR="00AD35FD" w:rsidRDefault="00AD35FD">
      <w:pPr>
        <w:spacing w:line="168" w:lineRule="auto"/>
      </w:pPr>
    </w:p>
    <w:sectPr w:rsidR="00AD35FD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3D1" w:rsidRDefault="00FD33D1">
      <w:r>
        <w:separator/>
      </w:r>
    </w:p>
  </w:endnote>
  <w:endnote w:type="continuationSeparator" w:id="1">
    <w:p w:rsidR="00FD33D1" w:rsidRDefault="00FD33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5FD" w:rsidRDefault="0083266C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versiunea 1.0</w:t>
    </w:r>
    <w:r>
      <w:rPr>
        <w:color w:val="595959"/>
      </w:rPr>
      <w:tab/>
      <w:t>pagina</w:t>
    </w:r>
    <w:r w:rsidR="004C68F0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4C68F0">
      <w:rPr>
        <w:color w:val="595959"/>
      </w:rPr>
      <w:fldChar w:fldCharType="separate"/>
    </w:r>
    <w:r w:rsidR="00C36A77">
      <w:rPr>
        <w:noProof/>
        <w:color w:val="595959"/>
      </w:rPr>
      <w:t>1</w:t>
    </w:r>
    <w:r w:rsidR="004C68F0">
      <w:rPr>
        <w:color w:val="595959"/>
      </w:rPr>
      <w:fldChar w:fldCharType="end"/>
    </w:r>
    <w:r>
      <w:rPr>
        <w:color w:val="595959"/>
      </w:rPr>
      <w:t xml:space="preserve"> din </w:t>
    </w:r>
    <w:r w:rsidR="004C68F0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4C68F0">
      <w:rPr>
        <w:color w:val="595959"/>
      </w:rPr>
      <w:fldChar w:fldCharType="separate"/>
    </w:r>
    <w:r w:rsidR="00C36A77">
      <w:rPr>
        <w:noProof/>
        <w:color w:val="595959"/>
      </w:rPr>
      <w:t>1</w:t>
    </w:r>
    <w:r w:rsidR="004C68F0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3D1" w:rsidRDefault="00FD33D1">
      <w:r>
        <w:separator/>
      </w:r>
    </w:p>
  </w:footnote>
  <w:footnote w:type="continuationSeparator" w:id="1">
    <w:p w:rsidR="00FD33D1" w:rsidRDefault="00FD33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D6E6F"/>
    <w:rsid w:val="0029639D"/>
    <w:rsid w:val="00326F90"/>
    <w:rsid w:val="003C140F"/>
    <w:rsid w:val="0044199B"/>
    <w:rsid w:val="004C68F0"/>
    <w:rsid w:val="005E6036"/>
    <w:rsid w:val="006C103E"/>
    <w:rsid w:val="007050CD"/>
    <w:rsid w:val="00706B80"/>
    <w:rsid w:val="007B5F1E"/>
    <w:rsid w:val="0083266C"/>
    <w:rsid w:val="008A183F"/>
    <w:rsid w:val="008E3393"/>
    <w:rsid w:val="009E29A4"/>
    <w:rsid w:val="00AA1D8D"/>
    <w:rsid w:val="00AD35FD"/>
    <w:rsid w:val="00B47730"/>
    <w:rsid w:val="00B769B5"/>
    <w:rsid w:val="00C36A77"/>
    <w:rsid w:val="00C83AF2"/>
    <w:rsid w:val="00CB0664"/>
    <w:rsid w:val="00E61A6B"/>
    <w:rsid w:val="00FC693F"/>
    <w:rsid w:val="00FD3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A1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@albestipaleolog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dumitrescu valentin</dc:creator>
  <cp:lastModifiedBy>dumitrescu valentin</cp:lastModifiedBy>
  <cp:revision>6</cp:revision>
  <dcterms:created xsi:type="dcterms:W3CDTF">2026-09-07T07:04:00Z</dcterms:created>
  <dcterms:modified xsi:type="dcterms:W3CDTF">2026-09-09T13:16:00Z</dcterms:modified>
</cp:coreProperties>
</file>