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59140A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59140A" w:rsidRDefault="0059140A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color w:val="595959"/>
              </w:rPr>
              <w:t>siglă / stemă</w:t>
            </w:r>
          </w:p>
          <w:p w:rsidR="0059140A" w:rsidRDefault="0059140A">
            <w:pPr>
              <w:keepNext/>
              <w:jc w:val="center"/>
            </w:pPr>
            <w:r w:rsidRPr="0059140A"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51435</wp:posOffset>
                  </wp:positionV>
                  <wp:extent cx="762635" cy="1094105"/>
                  <wp:effectExtent l="19050" t="0" r="0" b="0"/>
                  <wp:wrapNone/>
                  <wp:docPr id="1" name="Picture 2" descr="stema ALBESTI PALEOLOG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 ALBESTI PALEOLOG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635" cy="1094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59140A" w:rsidRDefault="0059140A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 xml:space="preserve">Județul </w:t>
            </w:r>
          </w:p>
          <w:p w:rsidR="0059140A" w:rsidRPr="00F67A63" w:rsidRDefault="0059140A" w:rsidP="00B4442D">
            <w:pPr>
              <w:keepNext/>
            </w:pPr>
            <w:r w:rsidRPr="00F67A63">
              <w:rPr>
                <w:b/>
              </w:rPr>
              <w:t>PRAHOVA</w:t>
            </w:r>
          </w:p>
          <w:p w:rsidR="0059140A" w:rsidRDefault="0059140A" w:rsidP="00B4442D">
            <w:pPr>
              <w:keepNext/>
            </w:pPr>
          </w:p>
        </w:tc>
      </w:tr>
      <w:tr w:rsidR="0059140A">
        <w:trPr>
          <w:cantSplit/>
          <w:trHeight w:val="510"/>
        </w:trPr>
        <w:tc>
          <w:tcPr>
            <w:tcW w:w="1606" w:type="dxa"/>
            <w:vMerge/>
          </w:tcPr>
          <w:p w:rsidR="0059140A" w:rsidRDefault="0059140A"/>
        </w:tc>
        <w:tc>
          <w:tcPr>
            <w:tcW w:w="8030" w:type="dxa"/>
            <w:gridSpan w:val="3"/>
            <w:shd w:val="clear" w:color="auto" w:fill="F0F0F0"/>
          </w:tcPr>
          <w:p w:rsidR="0059140A" w:rsidRDefault="0059140A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Autoritatea administrației publice</w:t>
            </w:r>
          </w:p>
          <w:p w:rsidR="0059140A" w:rsidRPr="00F67A63" w:rsidRDefault="0059140A" w:rsidP="00B4442D">
            <w:pPr>
              <w:keepNext/>
            </w:pPr>
            <w:r w:rsidRPr="00F67A63">
              <w:rPr>
                <w:b/>
              </w:rPr>
              <w:t>COMUNA ALBESTI - PALEOLOGU</w:t>
            </w:r>
          </w:p>
          <w:p w:rsidR="0059140A" w:rsidRDefault="0059140A" w:rsidP="00B4442D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1606" w:type="dxa"/>
            <w:vMerge/>
          </w:tcPr>
          <w:p w:rsidR="00A11ECC" w:rsidRDefault="00A11ECC"/>
        </w:tc>
        <w:tc>
          <w:tcPr>
            <w:tcW w:w="2409" w:type="dxa"/>
            <w:shd w:val="clear" w:color="auto" w:fill="F0F0F0"/>
          </w:tcPr>
          <w:p w:rsidR="00A11ECC" w:rsidRPr="00E6757A" w:rsidRDefault="003A21EC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Cod de identificarefiscală (CIF)</w:t>
            </w:r>
          </w:p>
          <w:p w:rsidR="0059140A" w:rsidRPr="00F67A63" w:rsidRDefault="0059140A" w:rsidP="0059140A">
            <w:pPr>
              <w:keepNext/>
              <w:rPr>
                <w:b/>
                <w:lang w:val="fr-FR"/>
              </w:rPr>
            </w:pPr>
            <w:r w:rsidRPr="00F67A63">
              <w:rPr>
                <w:b/>
              </w:rPr>
              <w:t>2845664</w:t>
            </w:r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Adresaoficială</w:t>
            </w:r>
          </w:p>
          <w:p w:rsidR="0059140A" w:rsidRPr="00C4131E" w:rsidRDefault="0059140A" w:rsidP="0059140A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</w:rPr>
              <w:t>SAT ALBESTI-PALEOLOGU, DN1B, NR. 451, COD POSTAL 107010,</w:t>
            </w:r>
            <w:r w:rsidRPr="00C4131E">
              <w:rPr>
                <w:rFonts w:cs="Times New Roman"/>
                <w:szCs w:val="15"/>
                <w:lang w:val="it-IT"/>
              </w:rPr>
              <w:t xml:space="preserve"> </w:t>
            </w:r>
            <w:r w:rsidRPr="00C4131E">
              <w:rPr>
                <w:rFonts w:cs="Times New Roman"/>
                <w:b/>
                <w:szCs w:val="15"/>
                <w:lang w:val="it-IT"/>
              </w:rPr>
              <w:t xml:space="preserve">TELEFON/FAX </w:t>
            </w:r>
            <w:r w:rsidRPr="00C4131E">
              <w:rPr>
                <w:rFonts w:eastAsia="Times New Roman" w:cs="Times New Roman"/>
                <w:b/>
                <w:szCs w:val="15"/>
                <w:lang w:val="it-IT"/>
              </w:rPr>
              <w:t>- 0244  /  232853</w:t>
            </w:r>
          </w:p>
          <w:p w:rsidR="0059140A" w:rsidRPr="00C4131E" w:rsidRDefault="0059140A" w:rsidP="0059140A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  <w:lang w:val="it-IT"/>
              </w:rPr>
              <w:t xml:space="preserve">E-MAIL: </w:t>
            </w:r>
            <w:hyperlink r:id="rId9" w:history="1">
              <w:r w:rsidRPr="00C4131E">
                <w:rPr>
                  <w:rStyle w:val="Hyperlink"/>
                  <w:rFonts w:cs="Times New Roman"/>
                  <w:b/>
                  <w:szCs w:val="15"/>
                  <w:lang w:val="it-IT"/>
                </w:rPr>
                <w:t>office@albestipaleologu.ro</w:t>
              </w:r>
            </w:hyperlink>
          </w:p>
          <w:p w:rsidR="0059140A" w:rsidRPr="00C4131E" w:rsidRDefault="0053728E" w:rsidP="0059140A">
            <w:pPr>
              <w:keepNext/>
              <w:rPr>
                <w:rFonts w:cs="Times New Roman"/>
                <w:b/>
                <w:szCs w:val="15"/>
              </w:rPr>
            </w:pPr>
            <w:r>
              <w:rPr>
                <w:rFonts w:cs="Times New Roman"/>
                <w:b/>
                <w:szCs w:val="15"/>
              </w:rPr>
              <w:t>ADRESA WE</w:t>
            </w:r>
            <w:r w:rsidR="0059140A" w:rsidRPr="00C4131E">
              <w:rPr>
                <w:rFonts w:cs="Times New Roman"/>
                <w:b/>
                <w:szCs w:val="15"/>
              </w:rPr>
              <w:t xml:space="preserve">B: </w:t>
            </w:r>
            <w:r w:rsidR="0059140A" w:rsidRPr="00C4131E">
              <w:rPr>
                <w:rFonts w:eastAsia="Times New Roman" w:cs="Times New Roman"/>
                <w:b/>
                <w:color w:val="0000FF"/>
                <w:szCs w:val="15"/>
                <w:lang w:val="it-IT"/>
              </w:rPr>
              <w:t>http://primariaalbestipaleologu.ro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1606" w:type="dxa"/>
            <w:vMerge/>
          </w:tcPr>
          <w:p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A11ECC" w:rsidRDefault="00A11ECC">
            <w:pPr>
              <w:keepNext/>
            </w:pPr>
          </w:p>
        </w:tc>
      </w:tr>
      <w:tr w:rsidR="00A11ECC" w:rsidRPr="00182EDC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A11ECC" w:rsidRPr="00E6757A" w:rsidRDefault="003A21EC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completează de autoritate — solicitantul nu scrie</w:t>
            </w:r>
            <w:r w:rsidR="0059140A">
              <w:rPr>
                <w:i/>
                <w:color w:val="595959"/>
                <w:lang w:val="fr-FR"/>
              </w:rPr>
              <w:t xml:space="preserve"> </w:t>
            </w:r>
            <w:r w:rsidRPr="00E6757A">
              <w:rPr>
                <w:i/>
                <w:color w:val="595959"/>
                <w:lang w:val="fr-FR"/>
              </w:rPr>
              <w:t>în</w:t>
            </w:r>
            <w:r w:rsidR="0059140A">
              <w:rPr>
                <w:i/>
                <w:color w:val="595959"/>
                <w:lang w:val="fr-FR"/>
              </w:rPr>
              <w:t xml:space="preserve"> </w:t>
            </w:r>
            <w:r w:rsidRPr="00E6757A">
              <w:rPr>
                <w:i/>
                <w:color w:val="595959"/>
                <w:lang w:val="fr-FR"/>
              </w:rPr>
              <w:t>această</w:t>
            </w:r>
            <w:r w:rsidR="0059140A">
              <w:rPr>
                <w:i/>
                <w:color w:val="595959"/>
                <w:lang w:val="fr-FR"/>
              </w:rPr>
              <w:t xml:space="preserve"> </w:t>
            </w:r>
            <w:r w:rsidRPr="00E6757A">
              <w:rPr>
                <w:i/>
                <w:color w:val="595959"/>
                <w:lang w:val="fr-FR"/>
              </w:rPr>
              <w:t>zonă</w:t>
            </w: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p w:rsidR="00A11ECC" w:rsidRPr="00182EDC" w:rsidRDefault="003A21EC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:rsidR="00A11ECC" w:rsidRDefault="003A21EC">
      <w:pPr>
        <w:spacing w:after="120"/>
        <w:jc w:val="center"/>
      </w:pPr>
      <w:r>
        <w:rPr>
          <w:sz w:val="19"/>
        </w:rPr>
        <w:t>privind începerea execuției lucrărilor</w:t>
      </w:r>
    </w:p>
    <w:p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A11ECC">
        <w:trPr>
          <w:cantSplit/>
        </w:trPr>
        <w:tc>
          <w:tcPr>
            <w:tcW w:w="9636" w:type="dxa"/>
            <w:shd w:val="clear" w:color="auto" w:fill="F4F4F4"/>
          </w:tcPr>
          <w:p w:rsidR="00A11ECC" w:rsidRDefault="003A21E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>
        <w:trPr>
          <w:cantSplit/>
          <w:trHeight w:val="510"/>
        </w:trPr>
        <w:tc>
          <w:tcPr>
            <w:tcW w:w="9636" w:type="dxa"/>
          </w:tcPr>
          <w:p w:rsidR="00A11ECC" w:rsidRDefault="003A21EC">
            <w:pPr>
              <w:keepNext/>
              <w:rPr>
                <w:b/>
                <w:color w:val="0D5F78"/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Instituția</w:t>
            </w:r>
          </w:p>
          <w:p w:rsidR="0059140A" w:rsidRPr="00C4131E" w:rsidRDefault="0059140A" w:rsidP="0059140A">
            <w:pPr>
              <w:keepNext/>
              <w:rPr>
                <w:lang w:val="fr-FR"/>
              </w:rPr>
            </w:pPr>
            <w:r w:rsidRPr="00C4131E">
              <w:rPr>
                <w:b/>
                <w:lang w:val="fr-FR"/>
              </w:rPr>
              <w:t>PRIMARIA COMUNEI ALBESTI – PALEOLOGU</w:t>
            </w:r>
          </w:p>
          <w:p w:rsidR="00A11ECC" w:rsidRPr="00E6757A" w:rsidRDefault="003A21EC">
            <w:pPr>
              <w:keepNext/>
              <w:rPr>
                <w:lang w:val="fr-FR"/>
              </w:rPr>
            </w:pPr>
            <w:r w:rsidRPr="00E6757A">
              <w:rPr>
                <w:i/>
                <w:color w:val="7A7A7A"/>
                <w:lang w:val="fr-FR"/>
              </w:rPr>
              <w:t>primăriamunicipiului / orașului / comunei · primăria de sector · consiliuljudețean</w:t>
            </w:r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>
        <w:trPr>
          <w:cantSplit/>
        </w:trPr>
        <w:tc>
          <w:tcPr>
            <w:tcW w:w="9636" w:type="dxa"/>
            <w:shd w:val="clear" w:color="auto" w:fill="F4F4F4"/>
          </w:tcPr>
          <w:p w:rsidR="00A11ECC" w:rsidRPr="00E6757A" w:rsidRDefault="003A21EC">
            <w:pPr>
              <w:spacing w:line="228" w:lineRule="auto"/>
              <w:rPr>
                <w:lang w:val="fr-FR"/>
              </w:rPr>
            </w:pPr>
            <w:r w:rsidRPr="00E6757A">
              <w:rPr>
                <w:lang w:val="fr-FR"/>
              </w:rPr>
              <w:t>Cererea va fi transmisă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către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președintele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consiliului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județean, primarul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general, primarul de sector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sau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primarul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municipiului / orașului / comunei, după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caz.</w:t>
            </w: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3A21EC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>
        <w:trPr>
          <w:cantSplit/>
          <w:trHeight w:val="510"/>
        </w:trPr>
        <w:tc>
          <w:tcPr>
            <w:tcW w:w="5621" w:type="dxa"/>
            <w:gridSpan w:val="5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3A21EC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3A21EC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3A21E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>
        <w:trPr>
          <w:cantSplit/>
          <w:trHeight w:val="510"/>
        </w:trPr>
        <w:tc>
          <w:tcPr>
            <w:tcW w:w="4015" w:type="dxa"/>
            <w:gridSpan w:val="3"/>
          </w:tcPr>
          <w:p w:rsidR="00A11ECC" w:rsidRDefault="003A21EC">
            <w:r>
              <w:rPr>
                <w:b/>
                <w:color w:val="0D5F78"/>
              </w:rPr>
              <w:t>Telefon / fax</w:t>
            </w:r>
          </w:p>
          <w:p w:rsidR="00A11ECC" w:rsidRDefault="00A11ECC"/>
        </w:tc>
        <w:tc>
          <w:tcPr>
            <w:tcW w:w="5621" w:type="dxa"/>
            <w:gridSpan w:val="5"/>
          </w:tcPr>
          <w:p w:rsidR="00A11ECC" w:rsidRDefault="003A21EC">
            <w:r>
              <w:rPr>
                <w:b/>
                <w:color w:val="0D5F78"/>
              </w:rPr>
              <w:t>E-mail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5621"/>
      </w:tblGrid>
      <w:tr w:rsidR="00A11ECC" w:rsidRPr="00182ED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Pr="00E6757A" w:rsidRDefault="003A21EC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2409" w:type="dxa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A11ECC" w:rsidRDefault="00A11ECC">
            <w:pPr>
              <w:keepNext/>
            </w:pPr>
          </w:p>
        </w:tc>
        <w:tc>
          <w:tcPr>
            <w:tcW w:w="5621" w:type="dxa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Default="003A21EC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>
        <w:trPr>
          <w:cantSplit/>
          <w:trHeight w:val="510"/>
        </w:trPr>
        <w:tc>
          <w:tcPr>
            <w:tcW w:w="9636" w:type="dxa"/>
            <w:gridSpan w:val="3"/>
          </w:tcPr>
          <w:p w:rsidR="00A11ECC" w:rsidRPr="00E6757A" w:rsidRDefault="003A21EC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Denumirea</w:t>
            </w:r>
            <w:r w:rsidR="0059140A">
              <w:rPr>
                <w:b/>
                <w:color w:val="0D5F78"/>
                <w:lang w:val="fr-FR"/>
              </w:rPr>
              <w:t xml:space="preserve"> </w:t>
            </w:r>
            <w:r w:rsidRPr="00E6757A">
              <w:rPr>
                <w:b/>
                <w:color w:val="0D5F78"/>
                <w:lang w:val="fr-FR"/>
              </w:rPr>
              <w:t>lucrării, capacitatea</w:t>
            </w:r>
            <w:r w:rsidR="0059140A">
              <w:rPr>
                <w:b/>
                <w:color w:val="0D5F78"/>
                <w:lang w:val="fr-FR"/>
              </w:rPr>
              <w:t xml:space="preserve"> </w:t>
            </w:r>
            <w:r w:rsidRPr="00E6757A">
              <w:rPr>
                <w:b/>
                <w:color w:val="0D5F78"/>
                <w:lang w:val="fr-FR"/>
              </w:rPr>
              <w:t>și</w:t>
            </w:r>
            <w:r w:rsidR="0059140A">
              <w:rPr>
                <w:b/>
                <w:color w:val="0D5F78"/>
                <w:lang w:val="fr-FR"/>
              </w:rPr>
              <w:t xml:space="preserve"> </w:t>
            </w:r>
            <w:r w:rsidRPr="00E6757A">
              <w:rPr>
                <w:b/>
                <w:color w:val="0D5F78"/>
                <w:lang w:val="fr-FR"/>
              </w:rPr>
              <w:t>categoria de lucrări</w:t>
            </w:r>
            <w:r w:rsidR="0059140A">
              <w:rPr>
                <w:b/>
                <w:color w:val="0D5F78"/>
                <w:lang w:val="fr-FR"/>
              </w:rPr>
              <w:t xml:space="preserve"> </w:t>
            </w:r>
            <w:r w:rsidRPr="00E6757A">
              <w:rPr>
                <w:b/>
                <w:color w:val="0D5F78"/>
                <w:lang w:val="fr-FR"/>
              </w:rPr>
              <w:t>din</w:t>
            </w:r>
            <w:r w:rsidR="0059140A">
              <w:rPr>
                <w:b/>
                <w:color w:val="0D5F78"/>
                <w:lang w:val="fr-FR"/>
              </w:rPr>
              <w:t xml:space="preserve"> </w:t>
            </w:r>
            <w:r w:rsidRPr="00E6757A">
              <w:rPr>
                <w:b/>
                <w:color w:val="0D5F78"/>
                <w:lang w:val="fr-FR"/>
              </w:rPr>
              <w:t>autorizație</w:t>
            </w:r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>
        <w:trPr>
          <w:cantSplit/>
          <w:trHeight w:val="510"/>
        </w:trPr>
        <w:tc>
          <w:tcPr>
            <w:tcW w:w="9636" w:type="dxa"/>
            <w:gridSpan w:val="3"/>
          </w:tcPr>
          <w:p w:rsidR="00A11ECC" w:rsidRDefault="0059140A">
            <w:r>
              <w:rPr>
                <w:b/>
                <w:color w:val="0D5F78"/>
              </w:rPr>
              <w:t>Î</w:t>
            </w:r>
            <w:r w:rsidR="003A21EC">
              <w:rPr>
                <w:b/>
                <w:color w:val="0D5F78"/>
              </w:rPr>
              <w:t>n</w:t>
            </w:r>
            <w:r>
              <w:rPr>
                <w:b/>
                <w:color w:val="0D5F78"/>
              </w:rPr>
              <w:t xml:space="preserve"> </w:t>
            </w:r>
            <w:r w:rsidR="003A21EC">
              <w:rPr>
                <w:b/>
                <w:color w:val="0D5F78"/>
              </w:rPr>
              <w:t>valoare de (lei)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p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1606"/>
        <w:gridCol w:w="5621"/>
      </w:tblGrid>
      <w:tr w:rsidR="00A11ECC">
        <w:trPr>
          <w:cantSplit/>
          <w:trHeight w:val="510"/>
        </w:trPr>
        <w:tc>
          <w:tcPr>
            <w:tcW w:w="2409" w:type="dxa"/>
          </w:tcPr>
          <w:p w:rsidR="00A11ECC" w:rsidRDefault="003A21EC">
            <w:r>
              <w:rPr>
                <w:b/>
                <w:color w:val="0D5F78"/>
              </w:rPr>
              <w:t>Că la data de</w:t>
            </w:r>
          </w:p>
          <w:p w:rsidR="00A11ECC" w:rsidRDefault="00A11ECC"/>
        </w:tc>
        <w:tc>
          <w:tcPr>
            <w:tcW w:w="1606" w:type="dxa"/>
          </w:tcPr>
          <w:p w:rsidR="00A11ECC" w:rsidRDefault="003A21EC">
            <w:r>
              <w:rPr>
                <w:b/>
                <w:color w:val="0D5F78"/>
              </w:rPr>
              <w:t>ora</w:t>
            </w:r>
          </w:p>
          <w:p w:rsidR="00A11ECC" w:rsidRDefault="00A11ECC"/>
        </w:tc>
        <w:tc>
          <w:tcPr>
            <w:tcW w:w="5621" w:type="dxa"/>
          </w:tcPr>
          <w:p w:rsidR="00A11ECC" w:rsidRPr="00E6757A" w:rsidRDefault="003A21EC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vor începe</w:t>
            </w:r>
            <w:r w:rsidR="0059140A">
              <w:rPr>
                <w:b/>
                <w:color w:val="0D5F78"/>
                <w:lang w:val="fr-FR"/>
              </w:rPr>
              <w:t xml:space="preserve"> </w:t>
            </w:r>
            <w:r w:rsidRPr="00E6757A">
              <w:rPr>
                <w:b/>
                <w:color w:val="0D5F78"/>
                <w:lang w:val="fr-FR"/>
              </w:rPr>
              <w:t>lucrările de construcții</w:t>
            </w:r>
            <w:r w:rsidR="0059140A">
              <w:rPr>
                <w:b/>
                <w:color w:val="0D5F78"/>
                <w:lang w:val="fr-FR"/>
              </w:rPr>
              <w:t xml:space="preserve"> </w:t>
            </w:r>
            <w:r w:rsidRPr="00E6757A">
              <w:rPr>
                <w:b/>
                <w:color w:val="0D5F78"/>
                <w:lang w:val="fr-FR"/>
              </w:rPr>
              <w:t>autorizate</w:t>
            </w:r>
          </w:p>
          <w:p w:rsidR="00A11ECC" w:rsidRDefault="003A21EC">
            <w:r>
              <w:rPr>
                <w:i/>
                <w:color w:val="7A7A7A"/>
              </w:rPr>
              <w:t>pentru</w:t>
            </w:r>
            <w:r w:rsidR="0059140A">
              <w:rPr>
                <w:i/>
                <w:color w:val="7A7A7A"/>
              </w:rPr>
              <w:t xml:space="preserve"> </w:t>
            </w:r>
            <w:r>
              <w:rPr>
                <w:i/>
                <w:color w:val="7A7A7A"/>
              </w:rPr>
              <w:t>imobilul de mai jos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A11ECC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A11ECC" w:rsidRDefault="003A21EC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>
        <w:trPr>
          <w:cantSplit/>
        </w:trPr>
        <w:tc>
          <w:tcPr>
            <w:tcW w:w="9636" w:type="dxa"/>
            <w:gridSpan w:val="6"/>
          </w:tcPr>
          <w:p w:rsidR="00A11ECC" w:rsidRDefault="003A21EC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2409" w:type="dxa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5621" w:type="dxa"/>
            <w:gridSpan w:val="3"/>
          </w:tcPr>
          <w:p w:rsidR="00A11ECC" w:rsidRPr="00E6757A" w:rsidRDefault="003A21EC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Număr cadastral</w:t>
            </w:r>
          </w:p>
          <w:p w:rsidR="00A11ECC" w:rsidRPr="00E6757A" w:rsidRDefault="003A21EC">
            <w:pPr>
              <w:keepNext/>
              <w:rPr>
                <w:lang w:val="fr-FR"/>
              </w:rPr>
            </w:pPr>
            <w:r w:rsidRPr="00E6757A">
              <w:rPr>
                <w:i/>
                <w:color w:val="7A7A7A"/>
                <w:lang w:val="fr-FR"/>
              </w:rPr>
              <w:t>dacăimobilul e înscrisîn e-Terra</w:t>
            </w:r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A11ECC" w:rsidRDefault="003A21EC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A11ECC" w:rsidRDefault="00A11ECC">
            <w:pPr>
              <w:keepNext/>
            </w:pPr>
          </w:p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A11EC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Default="003A21EC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3A21EC">
            <w:r>
              <w:rPr>
                <w:b/>
                <w:color w:val="0D5F78"/>
              </w:rPr>
              <w:t>Data</w:t>
            </w:r>
          </w:p>
          <w:p w:rsidR="00A11ECC" w:rsidRDefault="00A11ECC"/>
        </w:tc>
        <w:tc>
          <w:tcPr>
            <w:tcW w:w="4818" w:type="dxa"/>
          </w:tcPr>
          <w:p w:rsidR="00A11ECC" w:rsidRDefault="003A21EC">
            <w:r>
              <w:rPr>
                <w:b/>
                <w:color w:val="0D5F78"/>
              </w:rPr>
              <w:t>Titularul autorizației</w:t>
            </w:r>
          </w:p>
          <w:p w:rsidR="00A11ECC" w:rsidRDefault="00A11ECC"/>
        </w:tc>
        <w:tc>
          <w:tcPr>
            <w:tcW w:w="3212" w:type="dxa"/>
          </w:tcPr>
          <w:p w:rsidR="00A11ECC" w:rsidRDefault="003A21EC">
            <w:r>
              <w:rPr>
                <w:b/>
                <w:color w:val="0D5F78"/>
              </w:rPr>
              <w:t>Semnătura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A11ECC" w:rsidRPr="00182EDC">
        <w:trPr>
          <w:cantSplit/>
        </w:trPr>
        <w:tc>
          <w:tcPr>
            <w:tcW w:w="9636" w:type="dxa"/>
            <w:shd w:val="clear" w:color="auto" w:fill="F4F4F4"/>
          </w:tcPr>
          <w:p w:rsidR="00A11ECC" w:rsidRPr="00E6757A" w:rsidRDefault="003A21EC">
            <w:pPr>
              <w:spacing w:line="228" w:lineRule="auto"/>
              <w:rPr>
                <w:lang w:val="fr-FR"/>
              </w:rPr>
            </w:pPr>
            <w:r w:rsidRPr="00E6757A">
              <w:rPr>
                <w:lang w:val="fr-FR"/>
              </w:rPr>
              <w:t>Formularul se anexează la autorizația de construire / desființare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în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douăexemplare. Titularul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autorizației este obligat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să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păstreze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pe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șantier un exemplar al acestei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înștiințări, cu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numărul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și data înregistrării la autoritatea</w:t>
            </w:r>
            <w:r w:rsidR="0059140A">
              <w:rPr>
                <w:lang w:val="fr-FR"/>
              </w:rPr>
              <w:t xml:space="preserve"> </w:t>
            </w:r>
            <w:r w:rsidRPr="00E6757A">
              <w:rPr>
                <w:lang w:val="fr-FR"/>
              </w:rPr>
              <w:t>emitentă.</w:t>
            </w: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3996" w:rsidRDefault="002D3996">
      <w:r>
        <w:separator/>
      </w:r>
    </w:p>
  </w:endnote>
  <w:endnote w:type="continuationSeparator" w:id="1">
    <w:p w:rsidR="002D3996" w:rsidRDefault="002D39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ECC" w:rsidRDefault="003A21EC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versiunea 1.0</w:t>
    </w:r>
    <w:r>
      <w:rPr>
        <w:color w:val="595959"/>
      </w:rPr>
      <w:tab/>
      <w:t>pagina</w:t>
    </w:r>
    <w:r w:rsidR="00156182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156182">
      <w:rPr>
        <w:color w:val="595959"/>
      </w:rPr>
      <w:fldChar w:fldCharType="separate"/>
    </w:r>
    <w:r w:rsidR="0053728E">
      <w:rPr>
        <w:noProof/>
        <w:color w:val="595959"/>
      </w:rPr>
      <w:t>1</w:t>
    </w:r>
    <w:r w:rsidR="00156182">
      <w:rPr>
        <w:color w:val="595959"/>
      </w:rPr>
      <w:fldChar w:fldCharType="end"/>
    </w:r>
    <w:r>
      <w:rPr>
        <w:color w:val="595959"/>
      </w:rPr>
      <w:t xml:space="preserve"> din </w:t>
    </w:r>
    <w:r w:rsidR="00156182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156182">
      <w:rPr>
        <w:color w:val="595959"/>
      </w:rPr>
      <w:fldChar w:fldCharType="separate"/>
    </w:r>
    <w:r w:rsidR="0053728E">
      <w:rPr>
        <w:noProof/>
        <w:color w:val="595959"/>
      </w:rPr>
      <w:t>1</w:t>
    </w:r>
    <w:r w:rsidR="00156182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3996" w:rsidRDefault="002D3996">
      <w:r>
        <w:separator/>
      </w:r>
    </w:p>
  </w:footnote>
  <w:footnote w:type="continuationSeparator" w:id="1">
    <w:p w:rsidR="002D3996" w:rsidRDefault="002D39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0A01C0"/>
    <w:rsid w:val="00123DA8"/>
    <w:rsid w:val="0015074B"/>
    <w:rsid w:val="00156182"/>
    <w:rsid w:val="00182EDC"/>
    <w:rsid w:val="001F772B"/>
    <w:rsid w:val="0029639D"/>
    <w:rsid w:val="002D3996"/>
    <w:rsid w:val="00326F90"/>
    <w:rsid w:val="003A21EC"/>
    <w:rsid w:val="0053728E"/>
    <w:rsid w:val="0059140A"/>
    <w:rsid w:val="006C103E"/>
    <w:rsid w:val="00801FB7"/>
    <w:rsid w:val="0098672C"/>
    <w:rsid w:val="00A11ECC"/>
    <w:rsid w:val="00AA1D8D"/>
    <w:rsid w:val="00B47730"/>
    <w:rsid w:val="00CB0664"/>
    <w:rsid w:val="00D6118D"/>
    <w:rsid w:val="00E61A6B"/>
    <w:rsid w:val="00E6757A"/>
    <w:rsid w:val="00FC693F"/>
    <w:rsid w:val="00FD5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914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ffice@albestipaleolog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dumitrescu valentin</dc:creator>
  <cp:lastModifiedBy>dumitrescu valentin</cp:lastModifiedBy>
  <cp:revision>4</cp:revision>
  <dcterms:created xsi:type="dcterms:W3CDTF">2026-09-07T06:12:00Z</dcterms:created>
  <dcterms:modified xsi:type="dcterms:W3CDTF">2026-09-09T13:15:00Z</dcterms:modified>
</cp:coreProperties>
</file>