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E85" w:rsidRDefault="00DA3936">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2409"/>
        <w:gridCol w:w="2409"/>
        <w:gridCol w:w="3212"/>
      </w:tblGrid>
      <w:tr w:rsidR="00304E22">
        <w:trPr>
          <w:cantSplit/>
          <w:trHeight w:val="510"/>
        </w:trPr>
        <w:tc>
          <w:tcPr>
            <w:tcW w:w="1606" w:type="dxa"/>
            <w:vMerge w:val="restart"/>
            <w:vAlign w:val="center"/>
          </w:tcPr>
          <w:p w:rsidR="00304E22" w:rsidRDefault="00304E22">
            <w:pPr>
              <w:keepNext/>
              <w:jc w:val="center"/>
              <w:rPr>
                <w:i/>
                <w:color w:val="595959"/>
              </w:rPr>
            </w:pPr>
            <w:r>
              <w:rPr>
                <w:i/>
                <w:color w:val="595959"/>
              </w:rPr>
              <w:t>siglă / stemă</w:t>
            </w:r>
          </w:p>
          <w:p w:rsidR="00304E22" w:rsidRDefault="00304E22">
            <w:pPr>
              <w:keepNext/>
              <w:jc w:val="center"/>
            </w:pPr>
            <w:r w:rsidRPr="00304E22">
              <w:rPr>
                <w:i/>
                <w:noProof/>
                <w:color w:val="595959"/>
              </w:rPr>
              <w:drawing>
                <wp:anchor distT="0" distB="0" distL="114300" distR="114300" simplePos="0" relativeHeight="251659264" behindDoc="0" locked="0" layoutInCell="1" allowOverlap="1">
                  <wp:simplePos x="0" y="0"/>
                  <wp:positionH relativeFrom="column">
                    <wp:posOffset>79375</wp:posOffset>
                  </wp:positionH>
                  <wp:positionV relativeFrom="paragraph">
                    <wp:posOffset>121920</wp:posOffset>
                  </wp:positionV>
                  <wp:extent cx="763905" cy="1089025"/>
                  <wp:effectExtent l="19050" t="0" r="0" b="0"/>
                  <wp:wrapNone/>
                  <wp:docPr id="6" name="Picture 2" descr="stema ALBESTI PALEOLO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ALBESTI PALEOLOGU"/>
                          <pic:cNvPicPr>
                            <a:picLocks noChangeAspect="1" noChangeArrowheads="1"/>
                          </pic:cNvPicPr>
                        </pic:nvPicPr>
                        <pic:blipFill>
                          <a:blip r:embed="rId8">
                            <a:lum bright="12000"/>
                          </a:blip>
                          <a:srcRect/>
                          <a:stretch>
                            <a:fillRect/>
                          </a:stretch>
                        </pic:blipFill>
                        <pic:spPr bwMode="auto">
                          <a:xfrm>
                            <a:off x="0" y="0"/>
                            <a:ext cx="763905" cy="1089025"/>
                          </a:xfrm>
                          <a:prstGeom prst="rect">
                            <a:avLst/>
                          </a:prstGeom>
                          <a:noFill/>
                          <a:ln w="9525">
                            <a:noFill/>
                            <a:miter lim="800000"/>
                            <a:headEnd/>
                            <a:tailEnd/>
                          </a:ln>
                        </pic:spPr>
                      </pic:pic>
                    </a:graphicData>
                  </a:graphic>
                </wp:anchor>
              </w:drawing>
            </w:r>
          </w:p>
        </w:tc>
        <w:tc>
          <w:tcPr>
            <w:tcW w:w="8030" w:type="dxa"/>
            <w:gridSpan w:val="3"/>
            <w:shd w:val="clear" w:color="auto" w:fill="F0F0F0"/>
          </w:tcPr>
          <w:p w:rsidR="00304E22" w:rsidRDefault="00304E22" w:rsidP="00B4442D">
            <w:pPr>
              <w:keepNext/>
              <w:rPr>
                <w:b/>
                <w:color w:val="0D5F78"/>
              </w:rPr>
            </w:pPr>
            <w:r>
              <w:rPr>
                <w:b/>
                <w:color w:val="0D5F78"/>
              </w:rPr>
              <w:t xml:space="preserve">Județul </w:t>
            </w:r>
          </w:p>
          <w:p w:rsidR="00304E22" w:rsidRPr="00F67A63" w:rsidRDefault="00304E22" w:rsidP="00B4442D">
            <w:pPr>
              <w:keepNext/>
            </w:pPr>
            <w:r w:rsidRPr="00F67A63">
              <w:rPr>
                <w:b/>
              </w:rPr>
              <w:t>PRAHOVA</w:t>
            </w:r>
          </w:p>
          <w:p w:rsidR="00304E22" w:rsidRDefault="00304E22" w:rsidP="00B4442D">
            <w:pPr>
              <w:keepNext/>
            </w:pPr>
          </w:p>
        </w:tc>
      </w:tr>
      <w:tr w:rsidR="00304E22">
        <w:trPr>
          <w:cantSplit/>
          <w:trHeight w:val="510"/>
        </w:trPr>
        <w:tc>
          <w:tcPr>
            <w:tcW w:w="1606" w:type="dxa"/>
            <w:vMerge/>
          </w:tcPr>
          <w:p w:rsidR="00304E22" w:rsidRDefault="00304E22"/>
        </w:tc>
        <w:tc>
          <w:tcPr>
            <w:tcW w:w="8030" w:type="dxa"/>
            <w:gridSpan w:val="3"/>
            <w:shd w:val="clear" w:color="auto" w:fill="F0F0F0"/>
          </w:tcPr>
          <w:p w:rsidR="00304E22" w:rsidRDefault="00304E22" w:rsidP="00B4442D">
            <w:pPr>
              <w:keepNext/>
              <w:rPr>
                <w:b/>
                <w:color w:val="0D5F78"/>
              </w:rPr>
            </w:pPr>
            <w:r>
              <w:rPr>
                <w:b/>
                <w:color w:val="0D5F78"/>
              </w:rPr>
              <w:t>Autoritatea administrației publice</w:t>
            </w:r>
          </w:p>
          <w:p w:rsidR="00304E22" w:rsidRPr="00F67A63" w:rsidRDefault="00304E22" w:rsidP="00B4442D">
            <w:pPr>
              <w:keepNext/>
            </w:pPr>
            <w:r w:rsidRPr="00F67A63">
              <w:rPr>
                <w:b/>
              </w:rPr>
              <w:t>COMUNA ALBESTI - PALEOLOGU</w:t>
            </w:r>
          </w:p>
          <w:p w:rsidR="00304E22" w:rsidRDefault="00304E22" w:rsidP="00B4442D">
            <w:pPr>
              <w:keepNext/>
            </w:pPr>
          </w:p>
        </w:tc>
      </w:tr>
      <w:tr w:rsidR="00D06E85">
        <w:trPr>
          <w:cantSplit/>
          <w:trHeight w:val="510"/>
        </w:trPr>
        <w:tc>
          <w:tcPr>
            <w:tcW w:w="1606" w:type="dxa"/>
            <w:vMerge/>
          </w:tcPr>
          <w:p w:rsidR="00D06E85" w:rsidRDefault="00D06E85"/>
        </w:tc>
        <w:tc>
          <w:tcPr>
            <w:tcW w:w="2409" w:type="dxa"/>
            <w:shd w:val="clear" w:color="auto" w:fill="F0F0F0"/>
          </w:tcPr>
          <w:p w:rsidR="00D06E85" w:rsidRPr="00F146C8" w:rsidRDefault="00DA3936">
            <w:pPr>
              <w:keepNext/>
              <w:rPr>
                <w:lang w:val="fr-FR"/>
              </w:rPr>
            </w:pPr>
            <w:r w:rsidRPr="00F146C8">
              <w:rPr>
                <w:b/>
                <w:color w:val="0D5F78"/>
                <w:lang w:val="fr-FR"/>
              </w:rPr>
              <w:t>Cod de identificarefiscală (CIF)</w:t>
            </w:r>
          </w:p>
          <w:p w:rsidR="00304E22" w:rsidRPr="00F67A63" w:rsidRDefault="00304E22" w:rsidP="00304E22">
            <w:pPr>
              <w:keepNext/>
              <w:rPr>
                <w:b/>
                <w:lang w:val="fr-FR"/>
              </w:rPr>
            </w:pPr>
            <w:r w:rsidRPr="00F67A63">
              <w:rPr>
                <w:b/>
              </w:rPr>
              <w:t>2845664</w:t>
            </w:r>
          </w:p>
          <w:p w:rsidR="00D06E85" w:rsidRPr="00F146C8" w:rsidRDefault="00D06E85">
            <w:pPr>
              <w:keepNext/>
              <w:rPr>
                <w:lang w:val="fr-FR"/>
              </w:rPr>
            </w:pPr>
          </w:p>
        </w:tc>
        <w:tc>
          <w:tcPr>
            <w:tcW w:w="5621" w:type="dxa"/>
            <w:gridSpan w:val="2"/>
            <w:shd w:val="clear" w:color="auto" w:fill="F0F0F0"/>
          </w:tcPr>
          <w:p w:rsidR="00D06E85" w:rsidRDefault="00DA3936">
            <w:pPr>
              <w:keepNext/>
            </w:pPr>
            <w:r>
              <w:rPr>
                <w:b/>
                <w:color w:val="0D5F78"/>
              </w:rPr>
              <w:t>Adresaoficială</w:t>
            </w:r>
          </w:p>
          <w:p w:rsidR="00304E22" w:rsidRPr="00C4131E" w:rsidRDefault="00304E22" w:rsidP="00304E22">
            <w:pPr>
              <w:keepNext/>
              <w:rPr>
                <w:rFonts w:cs="Times New Roman"/>
                <w:b/>
                <w:szCs w:val="15"/>
                <w:lang w:val="it-IT"/>
              </w:rPr>
            </w:pPr>
            <w:r w:rsidRPr="00C4131E">
              <w:rPr>
                <w:rFonts w:cs="Times New Roman"/>
                <w:b/>
                <w:szCs w:val="15"/>
              </w:rPr>
              <w:t>SAT ALBESTI-PALEOLOGU, DN1B, NR. 451, COD POSTAL 107010,</w:t>
            </w:r>
            <w:r w:rsidRPr="00C4131E">
              <w:rPr>
                <w:rFonts w:cs="Times New Roman"/>
                <w:szCs w:val="15"/>
                <w:lang w:val="it-IT"/>
              </w:rPr>
              <w:t xml:space="preserve"> </w:t>
            </w:r>
            <w:r w:rsidRPr="00C4131E">
              <w:rPr>
                <w:rFonts w:cs="Times New Roman"/>
                <w:b/>
                <w:szCs w:val="15"/>
                <w:lang w:val="it-IT"/>
              </w:rPr>
              <w:t xml:space="preserve">TELEFON/FAX </w:t>
            </w:r>
            <w:r w:rsidRPr="00C4131E">
              <w:rPr>
                <w:rFonts w:eastAsia="Times New Roman" w:cs="Times New Roman"/>
                <w:b/>
                <w:szCs w:val="15"/>
                <w:lang w:val="it-IT"/>
              </w:rPr>
              <w:t>- 0244  /  232853</w:t>
            </w:r>
          </w:p>
          <w:p w:rsidR="00304E22" w:rsidRPr="00C4131E" w:rsidRDefault="00304E22" w:rsidP="00304E22">
            <w:pPr>
              <w:keepNext/>
              <w:rPr>
                <w:rFonts w:cs="Times New Roman"/>
                <w:b/>
                <w:szCs w:val="15"/>
                <w:lang w:val="it-IT"/>
              </w:rPr>
            </w:pPr>
            <w:r w:rsidRPr="00C4131E">
              <w:rPr>
                <w:rFonts w:cs="Times New Roman"/>
                <w:b/>
                <w:szCs w:val="15"/>
                <w:lang w:val="it-IT"/>
              </w:rPr>
              <w:t xml:space="preserve">E-MAIL: </w:t>
            </w:r>
            <w:hyperlink r:id="rId9" w:history="1">
              <w:r w:rsidRPr="00C4131E">
                <w:rPr>
                  <w:rStyle w:val="Hyperlink"/>
                  <w:rFonts w:cs="Times New Roman"/>
                  <w:b/>
                  <w:szCs w:val="15"/>
                  <w:lang w:val="it-IT"/>
                </w:rPr>
                <w:t>office@albestipaleologu.ro</w:t>
              </w:r>
            </w:hyperlink>
          </w:p>
          <w:p w:rsidR="00304E22" w:rsidRPr="00C4131E" w:rsidRDefault="00A26C47" w:rsidP="00304E22">
            <w:pPr>
              <w:keepNext/>
              <w:rPr>
                <w:rFonts w:cs="Times New Roman"/>
                <w:b/>
                <w:szCs w:val="15"/>
              </w:rPr>
            </w:pPr>
            <w:r>
              <w:rPr>
                <w:rFonts w:cs="Times New Roman"/>
                <w:b/>
                <w:szCs w:val="15"/>
              </w:rPr>
              <w:t>ADRESA WE</w:t>
            </w:r>
            <w:r w:rsidR="00304E22" w:rsidRPr="00C4131E">
              <w:rPr>
                <w:rFonts w:cs="Times New Roman"/>
                <w:b/>
                <w:szCs w:val="15"/>
              </w:rPr>
              <w:t xml:space="preserve">B: </w:t>
            </w:r>
            <w:r w:rsidR="00304E22" w:rsidRPr="00C4131E">
              <w:rPr>
                <w:rFonts w:eastAsia="Times New Roman" w:cs="Times New Roman"/>
                <w:b/>
                <w:color w:val="0000FF"/>
                <w:szCs w:val="15"/>
                <w:lang w:val="it-IT"/>
              </w:rPr>
              <w:t>http://primariaalbestipaleologu.ro</w:t>
            </w:r>
          </w:p>
          <w:p w:rsidR="00D06E85" w:rsidRDefault="00D06E85">
            <w:pPr>
              <w:keepNext/>
            </w:pPr>
          </w:p>
        </w:tc>
      </w:tr>
      <w:tr w:rsidR="00D06E85">
        <w:trPr>
          <w:cantSplit/>
          <w:trHeight w:val="510"/>
        </w:trPr>
        <w:tc>
          <w:tcPr>
            <w:tcW w:w="1606" w:type="dxa"/>
            <w:vMerge/>
          </w:tcPr>
          <w:p w:rsidR="00D06E85" w:rsidRDefault="00D06E85"/>
        </w:tc>
        <w:tc>
          <w:tcPr>
            <w:tcW w:w="4818" w:type="dxa"/>
            <w:gridSpan w:val="2"/>
            <w:shd w:val="clear" w:color="auto" w:fill="F0F0F0"/>
          </w:tcPr>
          <w:p w:rsidR="00D06E85" w:rsidRDefault="00DA3936">
            <w:pPr>
              <w:keepNext/>
            </w:pPr>
            <w:r>
              <w:rPr>
                <w:b/>
                <w:color w:val="0D5F78"/>
              </w:rPr>
              <w:t>Număr / dată înregistrare beneficiar</w:t>
            </w:r>
          </w:p>
          <w:p w:rsidR="00D06E85" w:rsidRDefault="00D06E85">
            <w:pPr>
              <w:keepNext/>
            </w:pPr>
          </w:p>
        </w:tc>
        <w:tc>
          <w:tcPr>
            <w:tcW w:w="3212" w:type="dxa"/>
            <w:shd w:val="clear" w:color="auto" w:fill="F0F0F0"/>
          </w:tcPr>
          <w:p w:rsidR="00D06E85" w:rsidRDefault="00DA3936">
            <w:pPr>
              <w:keepNext/>
            </w:pPr>
            <w:r>
              <w:rPr>
                <w:b/>
                <w:color w:val="0D5F78"/>
              </w:rPr>
              <w:t>Număr / dată înregistrare la UAT</w:t>
            </w:r>
          </w:p>
          <w:p w:rsidR="00D06E85" w:rsidRDefault="00D06E85">
            <w:pPr>
              <w:keepNext/>
            </w:pPr>
          </w:p>
        </w:tc>
      </w:tr>
      <w:tr w:rsidR="00D06E85" w:rsidRPr="00B23FEC">
        <w:trPr>
          <w:cantSplit/>
        </w:trPr>
        <w:tc>
          <w:tcPr>
            <w:tcW w:w="9636" w:type="dxa"/>
            <w:gridSpan w:val="4"/>
            <w:shd w:val="clear" w:color="auto" w:fill="F0F0F0"/>
          </w:tcPr>
          <w:p w:rsidR="00D06E85" w:rsidRPr="00F146C8" w:rsidRDefault="00DA3936">
            <w:pPr>
              <w:rPr>
                <w:lang w:val="fr-FR"/>
              </w:rPr>
            </w:pPr>
            <w:r w:rsidRPr="00F146C8">
              <w:rPr>
                <w:i/>
                <w:color w:val="595959"/>
                <w:lang w:val="fr-FR"/>
              </w:rPr>
              <w:t xml:space="preserve"> se completează de autoritate — solicitantul nu scrie</w:t>
            </w:r>
            <w:r w:rsidR="00304E22">
              <w:rPr>
                <w:i/>
                <w:color w:val="595959"/>
                <w:lang w:val="fr-FR"/>
              </w:rPr>
              <w:t xml:space="preserve"> </w:t>
            </w:r>
            <w:r w:rsidRPr="00F146C8">
              <w:rPr>
                <w:i/>
                <w:color w:val="595959"/>
                <w:lang w:val="fr-FR"/>
              </w:rPr>
              <w:t>în</w:t>
            </w:r>
            <w:r w:rsidR="00304E22">
              <w:rPr>
                <w:i/>
                <w:color w:val="595959"/>
                <w:lang w:val="fr-FR"/>
              </w:rPr>
              <w:t xml:space="preserve"> </w:t>
            </w:r>
            <w:r w:rsidRPr="00F146C8">
              <w:rPr>
                <w:i/>
                <w:color w:val="595959"/>
                <w:lang w:val="fr-FR"/>
              </w:rPr>
              <w:t>această</w:t>
            </w:r>
            <w:r w:rsidR="00304E22">
              <w:rPr>
                <w:i/>
                <w:color w:val="595959"/>
                <w:lang w:val="fr-FR"/>
              </w:rPr>
              <w:t xml:space="preserve"> </w:t>
            </w:r>
            <w:r w:rsidRPr="00F146C8">
              <w:rPr>
                <w:i/>
                <w:color w:val="595959"/>
                <w:lang w:val="fr-FR"/>
              </w:rPr>
              <w:t>zonă</w:t>
            </w:r>
          </w:p>
        </w:tc>
      </w:tr>
    </w:tbl>
    <w:p w:rsidR="00D06E85" w:rsidRPr="00F146C8" w:rsidRDefault="00D06E85">
      <w:pPr>
        <w:spacing w:line="168" w:lineRule="auto"/>
        <w:rPr>
          <w:lang w:val="fr-FR"/>
        </w:rPr>
      </w:pPr>
    </w:p>
    <w:p w:rsidR="00D06E85" w:rsidRPr="00B23FEC" w:rsidRDefault="00DA3936">
      <w:pPr>
        <w:spacing w:before="140" w:after="40"/>
        <w:jc w:val="center"/>
        <w:rPr>
          <w:sz w:val="28"/>
          <w:szCs w:val="28"/>
          <w:lang w:val="fr-FR"/>
        </w:rPr>
      </w:pPr>
      <w:r w:rsidRPr="00B23FEC">
        <w:rPr>
          <w:b/>
          <w:sz w:val="28"/>
          <w:szCs w:val="28"/>
          <w:lang w:val="fr-FR"/>
        </w:rPr>
        <w:t>DECLARAȚIE PE PROPRIA RĂSPUNDERE</w:t>
      </w:r>
    </w:p>
    <w:p w:rsidR="00D06E85" w:rsidRPr="00F146C8" w:rsidRDefault="00DA3936">
      <w:pPr>
        <w:spacing w:after="120"/>
        <w:jc w:val="center"/>
        <w:rPr>
          <w:lang w:val="fr-FR"/>
        </w:rPr>
      </w:pPr>
      <w:r w:rsidRPr="00F146C8">
        <w:rPr>
          <w:sz w:val="19"/>
          <w:lang w:val="fr-FR"/>
        </w:rPr>
        <w:t>prin care beneficiarul</w:t>
      </w:r>
      <w:r w:rsidR="00304E22">
        <w:rPr>
          <w:sz w:val="19"/>
          <w:lang w:val="fr-FR"/>
        </w:rPr>
        <w:t xml:space="preserve"> </w:t>
      </w:r>
      <w:r w:rsidRPr="00F146C8">
        <w:rPr>
          <w:sz w:val="19"/>
          <w:lang w:val="fr-FR"/>
        </w:rPr>
        <w:t>declară</w:t>
      </w:r>
      <w:r w:rsidR="00304E22">
        <w:rPr>
          <w:sz w:val="19"/>
          <w:lang w:val="fr-FR"/>
        </w:rPr>
        <w:t xml:space="preserve"> </w:t>
      </w:r>
      <w:r w:rsidRPr="00F146C8">
        <w:rPr>
          <w:sz w:val="19"/>
          <w:lang w:val="fr-FR"/>
        </w:rPr>
        <w:t>că nu a fost</w:t>
      </w:r>
      <w:r w:rsidR="00304E22">
        <w:rPr>
          <w:sz w:val="19"/>
          <w:lang w:val="fr-FR"/>
        </w:rPr>
        <w:t xml:space="preserve"> </w:t>
      </w:r>
      <w:r w:rsidRPr="00F146C8">
        <w:rPr>
          <w:sz w:val="19"/>
          <w:lang w:val="fr-FR"/>
        </w:rPr>
        <w:t>primită</w:t>
      </w:r>
      <w:r w:rsidR="00304E22">
        <w:rPr>
          <w:sz w:val="19"/>
          <w:lang w:val="fr-FR"/>
        </w:rPr>
        <w:t xml:space="preserve"> </w:t>
      </w:r>
      <w:r w:rsidRPr="00F146C8">
        <w:rPr>
          <w:sz w:val="19"/>
          <w:lang w:val="fr-FR"/>
        </w:rPr>
        <w:t>solicitarea de clarificare, completare</w:t>
      </w:r>
      <w:r w:rsidR="00304E22">
        <w:rPr>
          <w:sz w:val="19"/>
          <w:lang w:val="fr-FR"/>
        </w:rPr>
        <w:t xml:space="preserve"> </w:t>
      </w:r>
      <w:r w:rsidRPr="00F146C8">
        <w:rPr>
          <w:sz w:val="19"/>
          <w:lang w:val="fr-FR"/>
        </w:rPr>
        <w:t>sau</w:t>
      </w:r>
      <w:r w:rsidR="00304E22">
        <w:rPr>
          <w:sz w:val="19"/>
          <w:lang w:val="fr-FR"/>
        </w:rPr>
        <w:t xml:space="preserve"> </w:t>
      </w:r>
      <w:r w:rsidRPr="00F146C8">
        <w:rPr>
          <w:sz w:val="19"/>
          <w:lang w:val="fr-FR"/>
        </w:rPr>
        <w:t>modificare, nu a fost</w:t>
      </w:r>
      <w:r w:rsidR="00304E22">
        <w:rPr>
          <w:sz w:val="19"/>
          <w:lang w:val="fr-FR"/>
        </w:rPr>
        <w:t xml:space="preserve"> </w:t>
      </w:r>
      <w:r w:rsidRPr="00F146C8">
        <w:rPr>
          <w:sz w:val="19"/>
          <w:lang w:val="fr-FR"/>
        </w:rPr>
        <w:t>eliberat</w:t>
      </w:r>
      <w:r w:rsidR="00304E22">
        <w:rPr>
          <w:sz w:val="19"/>
          <w:lang w:val="fr-FR"/>
        </w:rPr>
        <w:t xml:space="preserve"> </w:t>
      </w:r>
      <w:r w:rsidRPr="00F146C8">
        <w:rPr>
          <w:sz w:val="19"/>
          <w:lang w:val="fr-FR"/>
        </w:rPr>
        <w:t>aviz / acord</w:t>
      </w:r>
      <w:r w:rsidR="00304E22">
        <w:rPr>
          <w:sz w:val="19"/>
          <w:lang w:val="fr-FR"/>
        </w:rPr>
        <w:t xml:space="preserve"> </w:t>
      </w:r>
      <w:r w:rsidRPr="00F146C8">
        <w:rPr>
          <w:sz w:val="19"/>
          <w:lang w:val="fr-FR"/>
        </w:rPr>
        <w:t>cu</w:t>
      </w:r>
      <w:r w:rsidR="00304E22">
        <w:rPr>
          <w:sz w:val="19"/>
          <w:lang w:val="fr-FR"/>
        </w:rPr>
        <w:t xml:space="preserve"> </w:t>
      </w:r>
      <w:r w:rsidRPr="00F146C8">
        <w:rPr>
          <w:sz w:val="19"/>
          <w:lang w:val="fr-FR"/>
        </w:rPr>
        <w:t>sau</w:t>
      </w:r>
      <w:r w:rsidR="00304E22">
        <w:rPr>
          <w:sz w:val="19"/>
          <w:lang w:val="fr-FR"/>
        </w:rPr>
        <w:t xml:space="preserve"> </w:t>
      </w:r>
      <w:r w:rsidRPr="00F146C8">
        <w:rPr>
          <w:sz w:val="19"/>
          <w:lang w:val="fr-FR"/>
        </w:rPr>
        <w:t>fără</w:t>
      </w:r>
      <w:r w:rsidR="00304E22">
        <w:rPr>
          <w:sz w:val="19"/>
          <w:lang w:val="fr-FR"/>
        </w:rPr>
        <w:t xml:space="preserve"> </w:t>
      </w:r>
      <w:r w:rsidRPr="00F146C8">
        <w:rPr>
          <w:sz w:val="19"/>
          <w:lang w:val="fr-FR"/>
        </w:rPr>
        <w:t>condiții</w:t>
      </w:r>
      <w:r w:rsidR="00304E22">
        <w:rPr>
          <w:sz w:val="19"/>
          <w:lang w:val="fr-FR"/>
        </w:rPr>
        <w:t xml:space="preserve"> </w:t>
      </w:r>
      <w:r w:rsidRPr="00F146C8">
        <w:rPr>
          <w:sz w:val="19"/>
          <w:lang w:val="fr-FR"/>
        </w:rPr>
        <w:t>ori nu a fost</w:t>
      </w:r>
      <w:r w:rsidR="00304E22">
        <w:rPr>
          <w:sz w:val="19"/>
          <w:lang w:val="fr-FR"/>
        </w:rPr>
        <w:t xml:space="preserve"> </w:t>
      </w:r>
      <w:r w:rsidRPr="00F146C8">
        <w:rPr>
          <w:sz w:val="19"/>
          <w:lang w:val="fr-FR"/>
        </w:rPr>
        <w:t>eliberată</w:t>
      </w:r>
      <w:r w:rsidR="00304E22">
        <w:rPr>
          <w:sz w:val="19"/>
          <w:lang w:val="fr-FR"/>
        </w:rPr>
        <w:t xml:space="preserve"> </w:t>
      </w:r>
      <w:r w:rsidRPr="00F146C8">
        <w:rPr>
          <w:sz w:val="19"/>
          <w:lang w:val="fr-FR"/>
        </w:rPr>
        <w:t>adresa de respingere</w:t>
      </w:r>
    </w:p>
    <w:p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1606"/>
        <w:gridCol w:w="803"/>
        <w:gridCol w:w="803"/>
        <w:gridCol w:w="803"/>
        <w:gridCol w:w="803"/>
        <w:gridCol w:w="1606"/>
        <w:gridCol w:w="1606"/>
      </w:tblGrid>
      <w:tr w:rsidR="00D06E85">
        <w:trPr>
          <w:cantSplit/>
        </w:trPr>
        <w:tc>
          <w:tcPr>
            <w:tcW w:w="9636" w:type="dxa"/>
            <w:gridSpan w:val="8"/>
            <w:shd w:val="clear" w:color="auto" w:fill="F4F4F4"/>
          </w:tcPr>
          <w:p w:rsidR="00D06E85" w:rsidRDefault="00DA3936">
            <w:pPr>
              <w:keepNext/>
            </w:pPr>
            <w:r>
              <w:rPr>
                <w:b/>
                <w:sz w:val="16"/>
              </w:rPr>
              <w:t xml:space="preserve">1. </w:t>
            </w:r>
            <w:r>
              <w:rPr>
                <w:b/>
                <w:color w:val="000000"/>
                <w:sz w:val="18"/>
              </w:rPr>
              <w:t>SOLICITANTUL</w:t>
            </w:r>
          </w:p>
        </w:tc>
      </w:tr>
      <w:tr w:rsidR="00D06E85">
        <w:trPr>
          <w:cantSplit/>
          <w:trHeight w:val="510"/>
        </w:trPr>
        <w:tc>
          <w:tcPr>
            <w:tcW w:w="5621" w:type="dxa"/>
            <w:gridSpan w:val="5"/>
          </w:tcPr>
          <w:p w:rsidR="00D06E85" w:rsidRDefault="00DA3936">
            <w:pPr>
              <w:keepNext/>
            </w:pPr>
            <w:r>
              <w:rPr>
                <w:b/>
                <w:color w:val="0D5F78"/>
              </w:rPr>
              <w:t>Nume și prenume</w:t>
            </w:r>
          </w:p>
          <w:p w:rsidR="00D06E85" w:rsidRDefault="00D06E85">
            <w:pPr>
              <w:keepNext/>
            </w:pPr>
          </w:p>
        </w:tc>
        <w:tc>
          <w:tcPr>
            <w:tcW w:w="4015" w:type="dxa"/>
            <w:gridSpan w:val="3"/>
          </w:tcPr>
          <w:p w:rsidR="00D06E85" w:rsidRDefault="00DA3936">
            <w:pPr>
              <w:keepNext/>
            </w:pPr>
            <w:r>
              <w:rPr>
                <w:b/>
                <w:color w:val="0D5F78"/>
              </w:rPr>
              <w:t>CNP</w:t>
            </w:r>
          </w:p>
          <w:p w:rsidR="00D06E85" w:rsidRDefault="00D06E85">
            <w:pPr>
              <w:keepNext/>
            </w:pPr>
          </w:p>
        </w:tc>
      </w:tr>
      <w:tr w:rsidR="00D06E85">
        <w:trPr>
          <w:cantSplit/>
        </w:trPr>
        <w:tc>
          <w:tcPr>
            <w:tcW w:w="9636" w:type="dxa"/>
            <w:gridSpan w:val="8"/>
            <w:shd w:val="clear" w:color="auto" w:fill="F4F4F4"/>
          </w:tcPr>
          <w:p w:rsidR="00D06E85" w:rsidRDefault="00DA3936">
            <w:pPr>
              <w:keepNext/>
            </w:pPr>
            <w:r>
              <w:rPr>
                <w:sz w:val="16"/>
              </w:rPr>
              <w:t xml:space="preserve"> Act de identitate</w:t>
            </w:r>
          </w:p>
        </w:tc>
      </w:tr>
      <w:tr w:rsidR="00D06E85">
        <w:trPr>
          <w:cantSplit/>
          <w:trHeight w:val="510"/>
        </w:trPr>
        <w:tc>
          <w:tcPr>
            <w:tcW w:w="1606" w:type="dxa"/>
          </w:tcPr>
          <w:p w:rsidR="00D06E85" w:rsidRDefault="00DA3936">
            <w:pPr>
              <w:keepNext/>
            </w:pPr>
            <w:r>
              <w:rPr>
                <w:b/>
                <w:color w:val="0D5F78"/>
              </w:rPr>
              <w:t>Seria</w:t>
            </w:r>
          </w:p>
          <w:p w:rsidR="00D06E85" w:rsidRDefault="00D06E85">
            <w:pPr>
              <w:keepNext/>
            </w:pPr>
          </w:p>
        </w:tc>
        <w:tc>
          <w:tcPr>
            <w:tcW w:w="1606" w:type="dxa"/>
          </w:tcPr>
          <w:p w:rsidR="00D06E85" w:rsidRDefault="00DA3936">
            <w:pPr>
              <w:keepNext/>
            </w:pPr>
            <w:r>
              <w:rPr>
                <w:b/>
                <w:color w:val="0D5F78"/>
              </w:rPr>
              <w:t>Numărul</w:t>
            </w:r>
          </w:p>
          <w:p w:rsidR="00D06E85" w:rsidRDefault="00D06E85">
            <w:pPr>
              <w:keepNext/>
            </w:pPr>
          </w:p>
        </w:tc>
        <w:tc>
          <w:tcPr>
            <w:tcW w:w="4818" w:type="dxa"/>
            <w:gridSpan w:val="5"/>
          </w:tcPr>
          <w:p w:rsidR="00D06E85" w:rsidRDefault="00DA3936">
            <w:pPr>
              <w:keepNext/>
            </w:pPr>
            <w:r>
              <w:rPr>
                <w:b/>
                <w:color w:val="0D5F78"/>
              </w:rPr>
              <w:t>Eliberat de</w:t>
            </w:r>
          </w:p>
          <w:p w:rsidR="00D06E85" w:rsidRDefault="00D06E85">
            <w:pPr>
              <w:keepNext/>
            </w:pPr>
          </w:p>
        </w:tc>
        <w:tc>
          <w:tcPr>
            <w:tcW w:w="1606" w:type="dxa"/>
          </w:tcPr>
          <w:p w:rsidR="00D06E85" w:rsidRDefault="00DA3936">
            <w:pPr>
              <w:keepNext/>
            </w:pPr>
            <w:r>
              <w:rPr>
                <w:b/>
                <w:color w:val="0D5F78"/>
              </w:rPr>
              <w:t>La data</w:t>
            </w:r>
          </w:p>
          <w:p w:rsidR="00D06E85" w:rsidRDefault="00D06E85">
            <w:pPr>
              <w:keepNext/>
            </w:pPr>
          </w:p>
        </w:tc>
      </w:tr>
      <w:tr w:rsidR="00D06E85">
        <w:trPr>
          <w:cantSplit/>
        </w:trPr>
        <w:tc>
          <w:tcPr>
            <w:tcW w:w="9636" w:type="dxa"/>
            <w:gridSpan w:val="8"/>
            <w:shd w:val="clear" w:color="auto" w:fill="F4F4F4"/>
          </w:tcPr>
          <w:p w:rsidR="00D06E85" w:rsidRDefault="00DA3936">
            <w:pPr>
              <w:keepNext/>
            </w:pPr>
            <w:r>
              <w:rPr>
                <w:sz w:val="16"/>
              </w:rPr>
              <w:t xml:space="preserve"> Domiciliul</w:t>
            </w:r>
          </w:p>
        </w:tc>
      </w:tr>
      <w:tr w:rsidR="00D06E85">
        <w:trPr>
          <w:cantSplit/>
          <w:trHeight w:val="510"/>
        </w:trPr>
        <w:tc>
          <w:tcPr>
            <w:tcW w:w="3212" w:type="dxa"/>
            <w:gridSpan w:val="2"/>
          </w:tcPr>
          <w:p w:rsidR="00D06E85" w:rsidRDefault="00DA3936">
            <w:pPr>
              <w:keepNext/>
            </w:pPr>
            <w:r>
              <w:rPr>
                <w:b/>
                <w:color w:val="0D5F78"/>
              </w:rPr>
              <w:t>Județul</w:t>
            </w:r>
          </w:p>
          <w:p w:rsidR="00D06E85" w:rsidRDefault="00D06E85">
            <w:pPr>
              <w:keepNext/>
            </w:pPr>
          </w:p>
        </w:tc>
        <w:tc>
          <w:tcPr>
            <w:tcW w:w="3212" w:type="dxa"/>
            <w:gridSpan w:val="4"/>
          </w:tcPr>
          <w:p w:rsidR="00D06E85" w:rsidRDefault="00DA3936">
            <w:pPr>
              <w:keepNext/>
            </w:pPr>
            <w:r>
              <w:rPr>
                <w:b/>
                <w:color w:val="0D5F78"/>
              </w:rPr>
              <w:t>Municipiul / orașul / comuna</w:t>
            </w:r>
          </w:p>
          <w:p w:rsidR="00D06E85" w:rsidRDefault="00D06E85">
            <w:pPr>
              <w:keepNext/>
            </w:pPr>
          </w:p>
        </w:tc>
        <w:tc>
          <w:tcPr>
            <w:tcW w:w="3212" w:type="dxa"/>
            <w:gridSpan w:val="2"/>
          </w:tcPr>
          <w:p w:rsidR="00D06E85" w:rsidRDefault="00DA3936">
            <w:pPr>
              <w:keepNext/>
            </w:pPr>
            <w:r>
              <w:rPr>
                <w:b/>
                <w:color w:val="0D5F78"/>
              </w:rPr>
              <w:t>Satul / sectorul</w:t>
            </w:r>
          </w:p>
          <w:p w:rsidR="00D06E85" w:rsidRDefault="00D06E85">
            <w:pPr>
              <w:keepNext/>
            </w:pPr>
          </w:p>
        </w:tc>
      </w:tr>
      <w:tr w:rsidR="00D06E85">
        <w:trPr>
          <w:cantSplit/>
          <w:trHeight w:val="510"/>
        </w:trPr>
        <w:tc>
          <w:tcPr>
            <w:tcW w:w="3212" w:type="dxa"/>
            <w:gridSpan w:val="2"/>
          </w:tcPr>
          <w:p w:rsidR="00D06E85" w:rsidRDefault="00DA3936">
            <w:pPr>
              <w:keepNext/>
            </w:pPr>
            <w:r>
              <w:rPr>
                <w:b/>
                <w:color w:val="0D5F78"/>
              </w:rPr>
              <w:t>Strada</w:t>
            </w:r>
          </w:p>
          <w:p w:rsidR="00D06E85" w:rsidRDefault="00D06E85">
            <w:pPr>
              <w:keepNext/>
            </w:pPr>
          </w:p>
        </w:tc>
        <w:tc>
          <w:tcPr>
            <w:tcW w:w="803" w:type="dxa"/>
          </w:tcPr>
          <w:p w:rsidR="00D06E85" w:rsidRDefault="00DA3936">
            <w:pPr>
              <w:keepNext/>
            </w:pPr>
            <w:r>
              <w:rPr>
                <w:b/>
                <w:color w:val="0D5F78"/>
              </w:rPr>
              <w:t>Nr.</w:t>
            </w:r>
          </w:p>
          <w:p w:rsidR="00D06E85" w:rsidRDefault="00D06E85">
            <w:pPr>
              <w:keepNext/>
            </w:pPr>
          </w:p>
        </w:tc>
        <w:tc>
          <w:tcPr>
            <w:tcW w:w="803" w:type="dxa"/>
          </w:tcPr>
          <w:p w:rsidR="00D06E85" w:rsidRDefault="00DA3936">
            <w:pPr>
              <w:keepNext/>
            </w:pPr>
            <w:r>
              <w:rPr>
                <w:b/>
                <w:color w:val="0D5F78"/>
              </w:rPr>
              <w:t>Sc.</w:t>
            </w:r>
          </w:p>
          <w:p w:rsidR="00D06E85" w:rsidRDefault="00D06E85">
            <w:pPr>
              <w:keepNext/>
            </w:pPr>
          </w:p>
        </w:tc>
        <w:tc>
          <w:tcPr>
            <w:tcW w:w="803" w:type="dxa"/>
          </w:tcPr>
          <w:p w:rsidR="00D06E85" w:rsidRDefault="00DA3936">
            <w:pPr>
              <w:keepNext/>
            </w:pPr>
            <w:r>
              <w:rPr>
                <w:b/>
                <w:color w:val="0D5F78"/>
              </w:rPr>
              <w:t>Et.</w:t>
            </w:r>
          </w:p>
          <w:p w:rsidR="00D06E85" w:rsidRDefault="00D06E85">
            <w:pPr>
              <w:keepNext/>
            </w:pPr>
          </w:p>
        </w:tc>
        <w:tc>
          <w:tcPr>
            <w:tcW w:w="803" w:type="dxa"/>
          </w:tcPr>
          <w:p w:rsidR="00D06E85" w:rsidRDefault="00DA3936">
            <w:pPr>
              <w:keepNext/>
            </w:pPr>
            <w:r>
              <w:rPr>
                <w:b/>
                <w:color w:val="0D5F78"/>
              </w:rPr>
              <w:t>Ap.</w:t>
            </w:r>
          </w:p>
          <w:p w:rsidR="00D06E85" w:rsidRDefault="00D06E85">
            <w:pPr>
              <w:keepNext/>
            </w:pPr>
          </w:p>
        </w:tc>
        <w:tc>
          <w:tcPr>
            <w:tcW w:w="1606" w:type="dxa"/>
          </w:tcPr>
          <w:p w:rsidR="00D06E85" w:rsidRDefault="00DA3936">
            <w:pPr>
              <w:keepNext/>
            </w:pPr>
            <w:r>
              <w:rPr>
                <w:b/>
                <w:color w:val="0D5F78"/>
              </w:rPr>
              <w:t>Cod poștal</w:t>
            </w:r>
          </w:p>
          <w:p w:rsidR="00D06E85" w:rsidRDefault="00D06E85">
            <w:pPr>
              <w:keepNext/>
            </w:pPr>
          </w:p>
        </w:tc>
        <w:tc>
          <w:tcPr>
            <w:tcW w:w="1606" w:type="dxa"/>
          </w:tcPr>
          <w:p w:rsidR="00D06E85" w:rsidRDefault="00DA3936">
            <w:pPr>
              <w:keepNext/>
            </w:pPr>
            <w:r>
              <w:rPr>
                <w:b/>
                <w:color w:val="0D5F78"/>
              </w:rPr>
              <w:t>Țara</w:t>
            </w:r>
          </w:p>
          <w:p w:rsidR="00D06E85" w:rsidRDefault="00D06E85">
            <w:pPr>
              <w:keepNext/>
            </w:pPr>
          </w:p>
        </w:tc>
      </w:tr>
      <w:tr w:rsidR="00D06E85">
        <w:trPr>
          <w:cantSplit/>
        </w:trPr>
        <w:tc>
          <w:tcPr>
            <w:tcW w:w="9636" w:type="dxa"/>
            <w:gridSpan w:val="8"/>
            <w:shd w:val="clear" w:color="auto" w:fill="F4F4F4"/>
          </w:tcPr>
          <w:p w:rsidR="00D06E85" w:rsidRDefault="00DA3936">
            <w:pPr>
              <w:keepNext/>
            </w:pPr>
            <w:r>
              <w:rPr>
                <w:sz w:val="16"/>
              </w:rPr>
              <w:t xml:space="preserve"> Date de contact</w:t>
            </w:r>
          </w:p>
        </w:tc>
      </w:tr>
      <w:tr w:rsidR="00D06E85">
        <w:trPr>
          <w:cantSplit/>
          <w:trHeight w:val="510"/>
        </w:trPr>
        <w:tc>
          <w:tcPr>
            <w:tcW w:w="4015" w:type="dxa"/>
            <w:gridSpan w:val="3"/>
          </w:tcPr>
          <w:p w:rsidR="00D06E85" w:rsidRDefault="00DA3936">
            <w:pPr>
              <w:keepNext/>
            </w:pPr>
            <w:r>
              <w:rPr>
                <w:b/>
                <w:color w:val="0D5F78"/>
              </w:rPr>
              <w:t>Telefon / fax</w:t>
            </w:r>
          </w:p>
          <w:p w:rsidR="00D06E85" w:rsidRDefault="00D06E85">
            <w:pPr>
              <w:keepNext/>
            </w:pPr>
          </w:p>
        </w:tc>
        <w:tc>
          <w:tcPr>
            <w:tcW w:w="5621" w:type="dxa"/>
            <w:gridSpan w:val="5"/>
          </w:tcPr>
          <w:p w:rsidR="00D06E85" w:rsidRDefault="00DA3936">
            <w:pPr>
              <w:keepNext/>
            </w:pPr>
            <w:r>
              <w:rPr>
                <w:b/>
                <w:color w:val="0D5F78"/>
              </w:rPr>
              <w:t>E-mail</w:t>
            </w:r>
          </w:p>
          <w:p w:rsidR="00D06E85" w:rsidRDefault="00D06E85">
            <w:pPr>
              <w:keepNext/>
            </w:pPr>
          </w:p>
        </w:tc>
      </w:tr>
      <w:tr w:rsidR="00D06E85">
        <w:trPr>
          <w:cantSplit/>
        </w:trPr>
        <w:tc>
          <w:tcPr>
            <w:tcW w:w="9636" w:type="dxa"/>
            <w:gridSpan w:val="8"/>
            <w:shd w:val="clear" w:color="auto" w:fill="F4F4F4"/>
          </w:tcPr>
          <w:p w:rsidR="00D06E85" w:rsidRDefault="00DA3936">
            <w:pPr>
              <w:keepNext/>
            </w:pPr>
            <w:r>
              <w:rPr>
                <w:sz w:val="16"/>
              </w:rPr>
              <w:t xml:space="preserve"> Reprezentare</w:t>
            </w:r>
          </w:p>
        </w:tc>
      </w:tr>
      <w:tr w:rsidR="00D06E85">
        <w:trPr>
          <w:cantSplit/>
          <w:trHeight w:val="510"/>
        </w:trPr>
        <w:tc>
          <w:tcPr>
            <w:tcW w:w="6424" w:type="dxa"/>
            <w:gridSpan w:val="6"/>
          </w:tcPr>
          <w:p w:rsidR="00D06E85" w:rsidRDefault="00DA3936">
            <w:r>
              <w:rPr>
                <w:b/>
                <w:color w:val="0D5F78"/>
              </w:rPr>
              <w:t>În calitate de reprezentant al</w:t>
            </w:r>
          </w:p>
          <w:p w:rsidR="00D06E85" w:rsidRDefault="00D06E85"/>
        </w:tc>
        <w:tc>
          <w:tcPr>
            <w:tcW w:w="3212" w:type="dxa"/>
            <w:gridSpan w:val="2"/>
          </w:tcPr>
          <w:p w:rsidR="00D06E85" w:rsidRDefault="00DA3936">
            <w:r>
              <w:rPr>
                <w:b/>
                <w:color w:val="0D5F78"/>
              </w:rPr>
              <w:t>CUI / CIF</w:t>
            </w:r>
          </w:p>
          <w:p w:rsidR="00D06E85" w:rsidRDefault="00D06E85"/>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3212"/>
        <w:gridCol w:w="803"/>
        <w:gridCol w:w="803"/>
        <w:gridCol w:w="803"/>
        <w:gridCol w:w="803"/>
        <w:gridCol w:w="1606"/>
        <w:gridCol w:w="1606"/>
      </w:tblGrid>
      <w:tr w:rsidR="00D06E85">
        <w:trPr>
          <w:cantSplit/>
        </w:trPr>
        <w:tc>
          <w:tcPr>
            <w:tcW w:w="9636" w:type="dxa"/>
            <w:gridSpan w:val="7"/>
            <w:shd w:val="clear" w:color="auto" w:fill="F4F4F4"/>
          </w:tcPr>
          <w:p w:rsidR="00D06E85" w:rsidRDefault="00DA3936">
            <w:pPr>
              <w:keepNext/>
            </w:pPr>
            <w:r>
              <w:rPr>
                <w:b/>
                <w:sz w:val="16"/>
              </w:rPr>
              <w:t xml:space="preserve"> 2. </w:t>
            </w:r>
            <w:r>
              <w:rPr>
                <w:b/>
                <w:color w:val="000000"/>
                <w:sz w:val="18"/>
              </w:rPr>
              <w:t>BENEFICIAR AL</w:t>
            </w:r>
          </w:p>
        </w:tc>
      </w:tr>
      <w:tr w:rsidR="00D06E85" w:rsidRPr="00B23FEC">
        <w:trPr>
          <w:cantSplit/>
        </w:trPr>
        <w:tc>
          <w:tcPr>
            <w:tcW w:w="9636" w:type="dxa"/>
            <w:gridSpan w:val="7"/>
          </w:tcPr>
          <w:p w:rsidR="00D06E85" w:rsidRDefault="00DA3936">
            <w:pPr>
              <w:keepNext/>
              <w:rPr>
                <w:sz w:val="16"/>
                <w:lang w:val="fr-FR"/>
              </w:rPr>
            </w:pPr>
            <w:r w:rsidRPr="00F146C8">
              <w:rPr>
                <w:sz w:val="16"/>
                <w:lang w:val="fr-FR"/>
              </w:rPr>
              <w:t>☐ Documentației de amenajare a teritoriului / documentației de urbanism, pentru care se solicită</w:t>
            </w:r>
            <w:r w:rsidR="006418C8">
              <w:rPr>
                <w:sz w:val="16"/>
                <w:lang w:val="fr-FR"/>
              </w:rPr>
              <w:t xml:space="preserve"> </w:t>
            </w:r>
            <w:r w:rsidRPr="00F146C8">
              <w:rPr>
                <w:sz w:val="16"/>
                <w:lang w:val="fr-FR"/>
              </w:rPr>
              <w:t>analizarea</w:t>
            </w:r>
            <w:r w:rsidR="006418C8">
              <w:rPr>
                <w:sz w:val="16"/>
                <w:lang w:val="fr-FR"/>
              </w:rPr>
              <w:t xml:space="preserve"> </w:t>
            </w:r>
            <w:r w:rsidRPr="00F146C8">
              <w:rPr>
                <w:sz w:val="16"/>
                <w:lang w:val="fr-FR"/>
              </w:rPr>
              <w:t>și</w:t>
            </w:r>
            <w:r w:rsidR="006418C8">
              <w:rPr>
                <w:sz w:val="16"/>
                <w:lang w:val="fr-FR"/>
              </w:rPr>
              <w:t xml:space="preserve"> </w:t>
            </w:r>
            <w:r w:rsidRPr="00F146C8">
              <w:rPr>
                <w:sz w:val="16"/>
                <w:lang w:val="fr-FR"/>
              </w:rPr>
              <w:t>promovarea</w:t>
            </w:r>
            <w:r w:rsidR="006418C8">
              <w:rPr>
                <w:sz w:val="16"/>
                <w:lang w:val="fr-FR"/>
              </w:rPr>
              <w:t xml:space="preserve"> </w:t>
            </w:r>
            <w:r w:rsidRPr="00F146C8">
              <w:rPr>
                <w:sz w:val="16"/>
                <w:lang w:val="fr-FR"/>
              </w:rPr>
              <w:t>spre</w:t>
            </w:r>
            <w:r w:rsidR="006418C8">
              <w:rPr>
                <w:sz w:val="16"/>
                <w:lang w:val="fr-FR"/>
              </w:rPr>
              <w:t xml:space="preserve"> </w:t>
            </w:r>
            <w:r w:rsidRPr="00F146C8">
              <w:rPr>
                <w:sz w:val="16"/>
                <w:lang w:val="fr-FR"/>
              </w:rPr>
              <w:t>aprobare, având</w:t>
            </w:r>
            <w:r w:rsidR="006418C8">
              <w:rPr>
                <w:sz w:val="16"/>
                <w:lang w:val="fr-FR"/>
              </w:rPr>
              <w:t xml:space="preserve"> </w:t>
            </w:r>
            <w:r w:rsidRPr="00F146C8">
              <w:rPr>
                <w:sz w:val="16"/>
                <w:lang w:val="fr-FR"/>
              </w:rPr>
              <w:t>denumirea:</w:t>
            </w:r>
          </w:p>
          <w:p w:rsidR="00B23FEC" w:rsidRPr="00F146C8" w:rsidRDefault="00B23FEC">
            <w:pPr>
              <w:keepNext/>
              <w:rPr>
                <w:lang w:val="fr-FR"/>
              </w:rPr>
            </w:pPr>
            <w:r>
              <w:rPr>
                <w:sz w:val="16"/>
                <w:lang w:val="fr-FR"/>
              </w:rPr>
              <w:t>……………………………………………………………………………………………………………………………………………………….</w:t>
            </w:r>
          </w:p>
          <w:p w:rsidR="00D06E85" w:rsidRPr="00F146C8" w:rsidRDefault="00DA3936">
            <w:pPr>
              <w:keepNext/>
              <w:rPr>
                <w:lang w:val="fr-FR"/>
              </w:rPr>
            </w:pPr>
            <w:r w:rsidRPr="00F146C8">
              <w:rPr>
                <w:sz w:val="16"/>
                <w:lang w:val="fr-FR"/>
              </w:rPr>
              <w:t>☐ Investiției, pentru care se solicită</w:t>
            </w:r>
            <w:r w:rsidR="006418C8">
              <w:rPr>
                <w:sz w:val="16"/>
                <w:lang w:val="fr-FR"/>
              </w:rPr>
              <w:t xml:space="preserve"> </w:t>
            </w:r>
            <w:r w:rsidRPr="00F146C8">
              <w:rPr>
                <w:sz w:val="16"/>
                <w:lang w:val="fr-FR"/>
              </w:rPr>
              <w:t>emiterea</w:t>
            </w:r>
            <w:r w:rsidR="006418C8">
              <w:rPr>
                <w:sz w:val="16"/>
                <w:lang w:val="fr-FR"/>
              </w:rPr>
              <w:t xml:space="preserve"> </w:t>
            </w:r>
            <w:r w:rsidRPr="00F146C8">
              <w:rPr>
                <w:sz w:val="16"/>
                <w:lang w:val="fr-FR"/>
              </w:rPr>
              <w:t>autorizației de construire / desființare / organizare de șantier</w:t>
            </w:r>
          </w:p>
        </w:tc>
      </w:tr>
      <w:tr w:rsidR="00D06E85" w:rsidRPr="00B23FEC">
        <w:trPr>
          <w:cantSplit/>
        </w:trPr>
        <w:tc>
          <w:tcPr>
            <w:tcW w:w="9636" w:type="dxa"/>
            <w:gridSpan w:val="7"/>
          </w:tcPr>
          <w:p w:rsidR="00D06E85" w:rsidRPr="00F146C8" w:rsidRDefault="00D06E85">
            <w:pPr>
              <w:keepNext/>
              <w:pBdr>
                <w:bottom w:val="dotted" w:sz="6" w:space="0" w:color="999999"/>
              </w:pBdr>
              <w:spacing w:after="80"/>
              <w:rPr>
                <w:lang w:val="fr-FR"/>
              </w:rPr>
            </w:pPr>
          </w:p>
          <w:p w:rsidR="00D06E85" w:rsidRPr="00F146C8" w:rsidRDefault="00D06E85">
            <w:pPr>
              <w:keepNext/>
              <w:pBdr>
                <w:bottom w:val="dotted" w:sz="6" w:space="0" w:color="999999"/>
              </w:pBdr>
              <w:spacing w:after="80"/>
              <w:rPr>
                <w:lang w:val="fr-FR"/>
              </w:rPr>
            </w:pPr>
          </w:p>
        </w:tc>
      </w:tr>
      <w:tr w:rsidR="00D06E85">
        <w:trPr>
          <w:cantSplit/>
          <w:trHeight w:val="510"/>
        </w:trPr>
        <w:tc>
          <w:tcPr>
            <w:tcW w:w="3212" w:type="dxa"/>
          </w:tcPr>
          <w:p w:rsidR="00D06E85" w:rsidRPr="00F146C8" w:rsidRDefault="00DA3936">
            <w:pPr>
              <w:keepNext/>
              <w:rPr>
                <w:lang w:val="fr-FR"/>
              </w:rPr>
            </w:pPr>
            <w:r w:rsidRPr="00F146C8">
              <w:rPr>
                <w:b/>
                <w:color w:val="0D5F78"/>
                <w:lang w:val="fr-FR"/>
              </w:rPr>
              <w:t>înbazaCertificatului de urbanism nr.</w:t>
            </w:r>
          </w:p>
          <w:p w:rsidR="00D06E85" w:rsidRPr="00F146C8" w:rsidRDefault="00D06E85">
            <w:pPr>
              <w:keepNext/>
              <w:rPr>
                <w:lang w:val="fr-FR"/>
              </w:rPr>
            </w:pPr>
          </w:p>
        </w:tc>
        <w:tc>
          <w:tcPr>
            <w:tcW w:w="2409" w:type="dxa"/>
            <w:gridSpan w:val="3"/>
          </w:tcPr>
          <w:p w:rsidR="00D06E85" w:rsidRDefault="00DA3936">
            <w:pPr>
              <w:keepNext/>
            </w:pPr>
            <w:r>
              <w:rPr>
                <w:b/>
                <w:color w:val="0D5F78"/>
              </w:rPr>
              <w:t>din data de</w:t>
            </w:r>
          </w:p>
          <w:p w:rsidR="00D06E85" w:rsidRDefault="00D06E85">
            <w:pPr>
              <w:keepNext/>
            </w:pPr>
          </w:p>
        </w:tc>
        <w:tc>
          <w:tcPr>
            <w:tcW w:w="4015" w:type="dxa"/>
            <w:gridSpan w:val="3"/>
          </w:tcPr>
          <w:p w:rsidR="00D06E85" w:rsidRDefault="00DA3936">
            <w:pPr>
              <w:keepNext/>
            </w:pPr>
            <w:r>
              <w:rPr>
                <w:b/>
                <w:color w:val="0D5F78"/>
              </w:rPr>
              <w:t>emis de</w:t>
            </w:r>
          </w:p>
          <w:p w:rsidR="00D06E85" w:rsidRDefault="00D06E85">
            <w:pPr>
              <w:keepNext/>
            </w:pPr>
          </w:p>
        </w:tc>
      </w:tr>
      <w:tr w:rsidR="00D06E85">
        <w:trPr>
          <w:cantSplit/>
        </w:trPr>
        <w:tc>
          <w:tcPr>
            <w:tcW w:w="9636" w:type="dxa"/>
            <w:gridSpan w:val="7"/>
            <w:shd w:val="clear" w:color="auto" w:fill="F4F4F4"/>
          </w:tcPr>
          <w:p w:rsidR="00D06E85" w:rsidRDefault="00DA3936">
            <w:pPr>
              <w:keepNext/>
            </w:pPr>
            <w:r>
              <w:rPr>
                <w:sz w:val="16"/>
              </w:rPr>
              <w:t xml:space="preserve"> având ca amplasament imobilul (teren și/sau construcții), situat în:</w:t>
            </w:r>
          </w:p>
        </w:tc>
      </w:tr>
      <w:tr w:rsidR="00D06E85">
        <w:trPr>
          <w:cantSplit/>
          <w:trHeight w:val="510"/>
        </w:trPr>
        <w:tc>
          <w:tcPr>
            <w:tcW w:w="3212" w:type="dxa"/>
          </w:tcPr>
          <w:p w:rsidR="00D06E85" w:rsidRDefault="00DA3936">
            <w:pPr>
              <w:keepNext/>
            </w:pPr>
            <w:r>
              <w:rPr>
                <w:b/>
                <w:color w:val="0D5F78"/>
              </w:rPr>
              <w:t>Județul</w:t>
            </w:r>
          </w:p>
          <w:p w:rsidR="00D06E85" w:rsidRDefault="00D06E85">
            <w:pPr>
              <w:keepNext/>
            </w:pPr>
          </w:p>
        </w:tc>
        <w:tc>
          <w:tcPr>
            <w:tcW w:w="3212" w:type="dxa"/>
            <w:gridSpan w:val="4"/>
          </w:tcPr>
          <w:p w:rsidR="00D06E85" w:rsidRDefault="00DA3936">
            <w:pPr>
              <w:keepNext/>
            </w:pPr>
            <w:r>
              <w:rPr>
                <w:b/>
                <w:color w:val="0D5F78"/>
              </w:rPr>
              <w:t>Municipiul / orașul / comuna</w:t>
            </w:r>
          </w:p>
          <w:p w:rsidR="00D06E85" w:rsidRDefault="00D06E85">
            <w:pPr>
              <w:keepNext/>
            </w:pPr>
          </w:p>
        </w:tc>
        <w:tc>
          <w:tcPr>
            <w:tcW w:w="3212" w:type="dxa"/>
            <w:gridSpan w:val="2"/>
          </w:tcPr>
          <w:p w:rsidR="00D06E85" w:rsidRDefault="00DA3936">
            <w:pPr>
              <w:keepNext/>
            </w:pPr>
            <w:r>
              <w:rPr>
                <w:b/>
                <w:color w:val="0D5F78"/>
              </w:rPr>
              <w:t>Satul / sectorul</w:t>
            </w:r>
          </w:p>
          <w:p w:rsidR="00D06E85" w:rsidRDefault="00D06E85">
            <w:pPr>
              <w:keepNext/>
            </w:pPr>
          </w:p>
        </w:tc>
      </w:tr>
      <w:tr w:rsidR="00D06E85">
        <w:trPr>
          <w:cantSplit/>
          <w:trHeight w:val="510"/>
        </w:trPr>
        <w:tc>
          <w:tcPr>
            <w:tcW w:w="3212" w:type="dxa"/>
          </w:tcPr>
          <w:p w:rsidR="00D06E85" w:rsidRDefault="00DA3936">
            <w:pPr>
              <w:keepNext/>
            </w:pPr>
            <w:r>
              <w:rPr>
                <w:b/>
                <w:color w:val="0D5F78"/>
              </w:rPr>
              <w:t>Strada</w:t>
            </w:r>
          </w:p>
          <w:p w:rsidR="00D06E85" w:rsidRDefault="00D06E85">
            <w:pPr>
              <w:keepNext/>
            </w:pPr>
          </w:p>
        </w:tc>
        <w:tc>
          <w:tcPr>
            <w:tcW w:w="803" w:type="dxa"/>
          </w:tcPr>
          <w:p w:rsidR="00D06E85" w:rsidRDefault="00DA3936">
            <w:pPr>
              <w:keepNext/>
            </w:pPr>
            <w:r>
              <w:rPr>
                <w:b/>
                <w:color w:val="0D5F78"/>
              </w:rPr>
              <w:t>Nr.</w:t>
            </w:r>
          </w:p>
          <w:p w:rsidR="00D06E85" w:rsidRDefault="00D06E85">
            <w:pPr>
              <w:keepNext/>
            </w:pPr>
          </w:p>
        </w:tc>
        <w:tc>
          <w:tcPr>
            <w:tcW w:w="803" w:type="dxa"/>
          </w:tcPr>
          <w:p w:rsidR="00D06E85" w:rsidRDefault="00DA3936">
            <w:pPr>
              <w:keepNext/>
            </w:pPr>
            <w:r>
              <w:rPr>
                <w:b/>
                <w:color w:val="0D5F78"/>
              </w:rPr>
              <w:t>Sc.</w:t>
            </w:r>
          </w:p>
          <w:p w:rsidR="00D06E85" w:rsidRDefault="00D06E85">
            <w:pPr>
              <w:keepNext/>
            </w:pPr>
          </w:p>
        </w:tc>
        <w:tc>
          <w:tcPr>
            <w:tcW w:w="803" w:type="dxa"/>
          </w:tcPr>
          <w:p w:rsidR="00D06E85" w:rsidRDefault="00DA3936">
            <w:pPr>
              <w:keepNext/>
            </w:pPr>
            <w:r>
              <w:rPr>
                <w:b/>
                <w:color w:val="0D5F78"/>
              </w:rPr>
              <w:t>Et.</w:t>
            </w:r>
          </w:p>
          <w:p w:rsidR="00D06E85" w:rsidRDefault="00D06E85">
            <w:pPr>
              <w:keepNext/>
            </w:pPr>
          </w:p>
        </w:tc>
        <w:tc>
          <w:tcPr>
            <w:tcW w:w="803" w:type="dxa"/>
          </w:tcPr>
          <w:p w:rsidR="00D06E85" w:rsidRDefault="00DA3936">
            <w:pPr>
              <w:keepNext/>
            </w:pPr>
            <w:r>
              <w:rPr>
                <w:b/>
                <w:color w:val="0D5F78"/>
              </w:rPr>
              <w:t>Ap.</w:t>
            </w:r>
          </w:p>
          <w:p w:rsidR="00D06E85" w:rsidRDefault="00D06E85">
            <w:pPr>
              <w:keepNext/>
            </w:pPr>
          </w:p>
        </w:tc>
        <w:tc>
          <w:tcPr>
            <w:tcW w:w="1606" w:type="dxa"/>
          </w:tcPr>
          <w:p w:rsidR="00D06E85" w:rsidRDefault="00DA3936">
            <w:pPr>
              <w:keepNext/>
            </w:pPr>
            <w:r>
              <w:rPr>
                <w:b/>
                <w:color w:val="0D5F78"/>
              </w:rPr>
              <w:t>Cod poștal</w:t>
            </w:r>
          </w:p>
          <w:p w:rsidR="00D06E85" w:rsidRDefault="00D06E85">
            <w:pPr>
              <w:keepNext/>
            </w:pPr>
          </w:p>
        </w:tc>
        <w:tc>
          <w:tcPr>
            <w:tcW w:w="1606" w:type="dxa"/>
          </w:tcPr>
          <w:p w:rsidR="00D06E85" w:rsidRDefault="00DA3936">
            <w:pPr>
              <w:keepNext/>
            </w:pPr>
            <w:r>
              <w:rPr>
                <w:b/>
                <w:color w:val="0D5F78"/>
              </w:rPr>
              <w:t>Țara</w:t>
            </w:r>
          </w:p>
          <w:p w:rsidR="00D06E85" w:rsidRDefault="00D06E85">
            <w:pPr>
              <w:keepNext/>
            </w:pPr>
          </w:p>
        </w:tc>
      </w:tr>
      <w:tr w:rsidR="00D06E85">
        <w:trPr>
          <w:cantSplit/>
          <w:trHeight w:val="510"/>
        </w:trPr>
        <w:tc>
          <w:tcPr>
            <w:tcW w:w="4818" w:type="dxa"/>
            <w:gridSpan w:val="3"/>
          </w:tcPr>
          <w:p w:rsidR="00D06E85" w:rsidRDefault="00DA3936">
            <w:r>
              <w:rPr>
                <w:b/>
                <w:color w:val="0D5F78"/>
              </w:rPr>
              <w:t>Cartea funciară nr.</w:t>
            </w:r>
          </w:p>
          <w:p w:rsidR="00D06E85" w:rsidRDefault="00D06E85"/>
        </w:tc>
        <w:tc>
          <w:tcPr>
            <w:tcW w:w="4818" w:type="dxa"/>
            <w:gridSpan w:val="4"/>
          </w:tcPr>
          <w:p w:rsidR="00D06E85" w:rsidRDefault="00DA3936">
            <w:r>
              <w:rPr>
                <w:b/>
                <w:color w:val="0D5F78"/>
              </w:rPr>
              <w:t>Nr. cadastral</w:t>
            </w:r>
          </w:p>
          <w:p w:rsidR="00D06E85" w:rsidRDefault="00D06E85"/>
        </w:tc>
      </w:tr>
    </w:tbl>
    <w:p w:rsidR="00D06E85" w:rsidRDefault="00D06E85">
      <w:pPr>
        <w:spacing w:line="168" w:lineRule="auto"/>
      </w:pPr>
    </w:p>
    <w:p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D06E85">
        <w:trPr>
          <w:cantSplit/>
        </w:trPr>
        <w:tc>
          <w:tcPr>
            <w:tcW w:w="9636" w:type="dxa"/>
            <w:shd w:val="clear" w:color="auto" w:fill="F4F4F4"/>
          </w:tcPr>
          <w:p w:rsidR="00D06E85" w:rsidRDefault="00DA3936">
            <w:pPr>
              <w:keepNext/>
            </w:pPr>
            <w:r>
              <w:rPr>
                <w:b/>
                <w:sz w:val="16"/>
              </w:rPr>
              <w:t xml:space="preserve"> 3. </w:t>
            </w:r>
            <w:r>
              <w:rPr>
                <w:b/>
                <w:color w:val="000000"/>
                <w:sz w:val="18"/>
              </w:rPr>
              <w:t>DECLAR</w:t>
            </w:r>
            <w:r w:rsidR="00F146C8">
              <w:rPr>
                <w:b/>
                <w:color w:val="000000"/>
                <w:sz w:val="18"/>
              </w:rPr>
              <w:t xml:space="preserve"> PE PROPRIE RĂSPUNDERE</w:t>
            </w:r>
          </w:p>
        </w:tc>
      </w:tr>
      <w:tr w:rsidR="00D06E85">
        <w:trPr>
          <w:cantSplit/>
        </w:trPr>
        <w:tc>
          <w:tcPr>
            <w:tcW w:w="9636" w:type="dxa"/>
          </w:tcPr>
          <w:p w:rsidR="00D06E85" w:rsidRDefault="00DA3936">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trPr>
          <w:cantSplit/>
        </w:trPr>
        <w:tc>
          <w:tcPr>
            <w:tcW w:w="9636" w:type="dxa"/>
          </w:tcPr>
          <w:p w:rsidR="00D06E85" w:rsidRPr="00F146C8" w:rsidRDefault="00DA3936">
            <w:pPr>
              <w:keepNext/>
              <w:rPr>
                <w:lang w:val="fr-FR"/>
              </w:rPr>
            </w:pPr>
            <w:r w:rsidRPr="00F146C8">
              <w:rPr>
                <w:sz w:val="16"/>
                <w:lang w:val="fr-FR"/>
              </w:rPr>
              <w:t>☐ nicio</w:t>
            </w:r>
            <w:r w:rsidR="006418C8">
              <w:rPr>
                <w:sz w:val="16"/>
                <w:lang w:val="fr-FR"/>
              </w:rPr>
              <w:t xml:space="preserve"> </w:t>
            </w:r>
            <w:r w:rsidRPr="00F146C8">
              <w:rPr>
                <w:sz w:val="16"/>
                <w:lang w:val="fr-FR"/>
              </w:rPr>
              <w:t>solicitare de clarificare, completare</w:t>
            </w:r>
            <w:r w:rsidR="006418C8">
              <w:rPr>
                <w:sz w:val="16"/>
                <w:lang w:val="fr-FR"/>
              </w:rPr>
              <w:t xml:space="preserve"> </w:t>
            </w:r>
            <w:r w:rsidRPr="00F146C8">
              <w:rPr>
                <w:sz w:val="16"/>
                <w:lang w:val="fr-FR"/>
              </w:rPr>
              <w:t>sau</w:t>
            </w:r>
            <w:r w:rsidR="006418C8">
              <w:rPr>
                <w:sz w:val="16"/>
                <w:lang w:val="fr-FR"/>
              </w:rPr>
              <w:t xml:space="preserve"> </w:t>
            </w:r>
            <w:r w:rsidRPr="00F146C8">
              <w:rPr>
                <w:sz w:val="16"/>
                <w:lang w:val="fr-FR"/>
              </w:rPr>
              <w:t>modificare</w:t>
            </w:r>
          </w:p>
        </w:tc>
      </w:tr>
      <w:tr w:rsidR="00D06E85" w:rsidRPr="00B23FEC">
        <w:trPr>
          <w:cantSplit/>
        </w:trPr>
        <w:tc>
          <w:tcPr>
            <w:tcW w:w="9636" w:type="dxa"/>
          </w:tcPr>
          <w:p w:rsidR="00D06E85" w:rsidRPr="00F146C8" w:rsidRDefault="00DA3936">
            <w:pPr>
              <w:keepNext/>
              <w:rPr>
                <w:lang w:val="fr-FR"/>
              </w:rPr>
            </w:pPr>
            <w:r w:rsidRPr="00F146C8">
              <w:rPr>
                <w:sz w:val="16"/>
                <w:lang w:val="fr-FR"/>
              </w:rPr>
              <w:t xml:space="preserve"> ☐ niciun</w:t>
            </w:r>
            <w:r w:rsidR="006418C8">
              <w:rPr>
                <w:sz w:val="16"/>
                <w:lang w:val="fr-FR"/>
              </w:rPr>
              <w:t xml:space="preserve"> </w:t>
            </w:r>
            <w:r w:rsidRPr="00F146C8">
              <w:rPr>
                <w:sz w:val="16"/>
                <w:lang w:val="fr-FR"/>
              </w:rPr>
              <w:t>aviz</w:t>
            </w:r>
            <w:r w:rsidR="006418C8">
              <w:rPr>
                <w:sz w:val="16"/>
                <w:lang w:val="fr-FR"/>
              </w:rPr>
              <w:t xml:space="preserve"> </w:t>
            </w:r>
            <w:r w:rsidRPr="00F146C8">
              <w:rPr>
                <w:sz w:val="16"/>
                <w:lang w:val="fr-FR"/>
              </w:rPr>
              <w:t>sau</w:t>
            </w:r>
            <w:r w:rsidR="006418C8">
              <w:rPr>
                <w:sz w:val="16"/>
                <w:lang w:val="fr-FR"/>
              </w:rPr>
              <w:t xml:space="preserve"> </w:t>
            </w:r>
            <w:r w:rsidRPr="00F146C8">
              <w:rPr>
                <w:sz w:val="16"/>
                <w:lang w:val="fr-FR"/>
              </w:rPr>
              <w:t>acord</w:t>
            </w:r>
            <w:r w:rsidR="006418C8">
              <w:rPr>
                <w:sz w:val="16"/>
                <w:lang w:val="fr-FR"/>
              </w:rPr>
              <w:t xml:space="preserve"> </w:t>
            </w:r>
            <w:r w:rsidRPr="00F146C8">
              <w:rPr>
                <w:sz w:val="16"/>
                <w:lang w:val="fr-FR"/>
              </w:rPr>
              <w:t>cu</w:t>
            </w:r>
            <w:r w:rsidR="006418C8">
              <w:rPr>
                <w:sz w:val="16"/>
                <w:lang w:val="fr-FR"/>
              </w:rPr>
              <w:t xml:space="preserve"> </w:t>
            </w:r>
            <w:r w:rsidRPr="00F146C8">
              <w:rPr>
                <w:sz w:val="16"/>
                <w:lang w:val="fr-FR"/>
              </w:rPr>
              <w:t>sau</w:t>
            </w:r>
            <w:r w:rsidR="006418C8">
              <w:rPr>
                <w:sz w:val="16"/>
                <w:lang w:val="fr-FR"/>
              </w:rPr>
              <w:t xml:space="preserve"> </w:t>
            </w:r>
            <w:r w:rsidRPr="00F146C8">
              <w:rPr>
                <w:sz w:val="16"/>
                <w:lang w:val="fr-FR"/>
              </w:rPr>
              <w:t>fără</w:t>
            </w:r>
            <w:r w:rsidR="006418C8">
              <w:rPr>
                <w:sz w:val="16"/>
                <w:lang w:val="fr-FR"/>
              </w:rPr>
              <w:t xml:space="preserve"> </w:t>
            </w:r>
            <w:r w:rsidRPr="00F146C8">
              <w:rPr>
                <w:sz w:val="16"/>
                <w:lang w:val="fr-FR"/>
              </w:rPr>
              <w:t>condiții</w:t>
            </w:r>
          </w:p>
        </w:tc>
      </w:tr>
      <w:tr w:rsidR="00D06E85">
        <w:trPr>
          <w:cantSplit/>
        </w:trPr>
        <w:tc>
          <w:tcPr>
            <w:tcW w:w="9636" w:type="dxa"/>
          </w:tcPr>
          <w:p w:rsidR="00D06E85" w:rsidRDefault="00DA3936">
            <w:pPr>
              <w:keepNext/>
            </w:pPr>
            <w:r>
              <w:rPr>
                <w:sz w:val="16"/>
              </w:rPr>
              <w:t>☐ nicioadresă de respingere</w:t>
            </w:r>
          </w:p>
        </w:tc>
      </w:tr>
      <w:tr w:rsidR="00D06E85" w:rsidRPr="00B23FEC">
        <w:trPr>
          <w:cantSplit/>
        </w:trPr>
        <w:tc>
          <w:tcPr>
            <w:tcW w:w="9636" w:type="dxa"/>
            <w:shd w:val="clear" w:color="auto" w:fill="F4F4F4"/>
          </w:tcPr>
          <w:p w:rsidR="00D06E85" w:rsidRPr="00F146C8" w:rsidRDefault="00DA3936">
            <w:pPr>
              <w:spacing w:line="228" w:lineRule="auto"/>
              <w:rPr>
                <w:lang w:val="fr-FR"/>
              </w:rPr>
            </w:pPr>
            <w:r w:rsidRPr="00F146C8">
              <w:rPr>
                <w:lang w:val="fr-FR"/>
              </w:rPr>
              <w:t>Anexez documente doveditoare</w:t>
            </w:r>
            <w:r w:rsidR="006418C8">
              <w:rPr>
                <w:lang w:val="fr-FR"/>
              </w:rPr>
              <w:t xml:space="preserve"> </w:t>
            </w:r>
            <w:r w:rsidRPr="00F146C8">
              <w:rPr>
                <w:lang w:val="fr-FR"/>
              </w:rPr>
              <w:t>pentru</w:t>
            </w:r>
            <w:r w:rsidR="006418C8">
              <w:rPr>
                <w:lang w:val="fr-FR"/>
              </w:rPr>
              <w:t xml:space="preserve"> </w:t>
            </w:r>
            <w:r w:rsidRPr="00F146C8">
              <w:rPr>
                <w:lang w:val="fr-FR"/>
              </w:rPr>
              <w:t>fiecare</w:t>
            </w:r>
            <w:r w:rsidR="006418C8">
              <w:rPr>
                <w:lang w:val="fr-FR"/>
              </w:rPr>
              <w:t xml:space="preserve"> </w:t>
            </w:r>
            <w:r w:rsidRPr="00F146C8">
              <w:rPr>
                <w:lang w:val="fr-FR"/>
              </w:rPr>
              <w:t>aviz / acord</w:t>
            </w:r>
            <w:r w:rsidR="006418C8">
              <w:rPr>
                <w:lang w:val="fr-FR"/>
              </w:rPr>
              <w:t xml:space="preserve"> </w:t>
            </w:r>
            <w:r w:rsidRPr="00F146C8">
              <w:rPr>
                <w:lang w:val="fr-FR"/>
              </w:rPr>
              <w:t>solicitat</w:t>
            </w:r>
            <w:r w:rsidR="006418C8">
              <w:rPr>
                <w:lang w:val="fr-FR"/>
              </w:rPr>
              <w:t xml:space="preserve"> </w:t>
            </w:r>
            <w:r w:rsidRPr="00F146C8">
              <w:rPr>
                <w:lang w:val="fr-FR"/>
              </w:rPr>
              <w:t>pentru care în</w:t>
            </w:r>
            <w:r w:rsidR="006418C8">
              <w:rPr>
                <w:lang w:val="fr-FR"/>
              </w:rPr>
              <w:t xml:space="preserve"> </w:t>
            </w:r>
            <w:r w:rsidRPr="00F146C8">
              <w:rPr>
                <w:lang w:val="fr-FR"/>
              </w:rPr>
              <w:t>termenul</w:t>
            </w:r>
            <w:r w:rsidR="006418C8">
              <w:rPr>
                <w:lang w:val="fr-FR"/>
              </w:rPr>
              <w:t xml:space="preserve"> </w:t>
            </w:r>
            <w:r w:rsidRPr="00F146C8">
              <w:rPr>
                <w:lang w:val="fr-FR"/>
              </w:rPr>
              <w:t>legal nu a fostprimită</w:t>
            </w:r>
            <w:r w:rsidR="006418C8">
              <w:rPr>
                <w:lang w:val="fr-FR"/>
              </w:rPr>
              <w:t xml:space="preserve"> </w:t>
            </w:r>
            <w:r w:rsidRPr="00F146C8">
              <w:rPr>
                <w:lang w:val="fr-FR"/>
              </w:rPr>
              <w:t>solicitarea de clarificare, completare</w:t>
            </w:r>
            <w:r w:rsidR="006418C8">
              <w:rPr>
                <w:lang w:val="fr-FR"/>
              </w:rPr>
              <w:t xml:space="preserve"> </w:t>
            </w:r>
            <w:r w:rsidRPr="00F146C8">
              <w:rPr>
                <w:lang w:val="fr-FR"/>
              </w:rPr>
              <w:t>sau</w:t>
            </w:r>
            <w:r w:rsidR="006418C8">
              <w:rPr>
                <w:lang w:val="fr-FR"/>
              </w:rPr>
              <w:t xml:space="preserve"> </w:t>
            </w:r>
            <w:r w:rsidRPr="00F146C8">
              <w:rPr>
                <w:lang w:val="fr-FR"/>
              </w:rPr>
              <w:t>modificare, nu a fost</w:t>
            </w:r>
            <w:r w:rsidR="006418C8">
              <w:rPr>
                <w:lang w:val="fr-FR"/>
              </w:rPr>
              <w:t xml:space="preserve"> </w:t>
            </w:r>
            <w:r w:rsidRPr="00F146C8">
              <w:rPr>
                <w:lang w:val="fr-FR"/>
              </w:rPr>
              <w:t>eliberat</w:t>
            </w:r>
            <w:r w:rsidR="006418C8">
              <w:rPr>
                <w:lang w:val="fr-FR"/>
              </w:rPr>
              <w:t xml:space="preserve"> </w:t>
            </w:r>
            <w:r w:rsidRPr="00F146C8">
              <w:rPr>
                <w:lang w:val="fr-FR"/>
              </w:rPr>
              <w:t>aviz / acord</w:t>
            </w:r>
            <w:r w:rsidR="006418C8">
              <w:rPr>
                <w:lang w:val="fr-FR"/>
              </w:rPr>
              <w:t xml:space="preserve"> </w:t>
            </w:r>
            <w:r w:rsidRPr="00F146C8">
              <w:rPr>
                <w:lang w:val="fr-FR"/>
              </w:rPr>
              <w:t>cu</w:t>
            </w:r>
            <w:r w:rsidR="006418C8">
              <w:rPr>
                <w:lang w:val="fr-FR"/>
              </w:rPr>
              <w:t xml:space="preserve"> </w:t>
            </w:r>
            <w:r w:rsidRPr="00F146C8">
              <w:rPr>
                <w:lang w:val="fr-FR"/>
              </w:rPr>
              <w:t>sau</w:t>
            </w:r>
            <w:r w:rsidR="006418C8">
              <w:rPr>
                <w:lang w:val="fr-FR"/>
              </w:rPr>
              <w:t xml:space="preserve"> </w:t>
            </w:r>
            <w:r w:rsidRPr="00F146C8">
              <w:rPr>
                <w:lang w:val="fr-FR"/>
              </w:rPr>
              <w:t>fără</w:t>
            </w:r>
            <w:r w:rsidR="006418C8">
              <w:rPr>
                <w:lang w:val="fr-FR"/>
              </w:rPr>
              <w:t xml:space="preserve"> </w:t>
            </w:r>
            <w:r w:rsidRPr="00F146C8">
              <w:rPr>
                <w:lang w:val="fr-FR"/>
              </w:rPr>
              <w:t>condiții</w:t>
            </w:r>
            <w:r w:rsidR="006418C8">
              <w:rPr>
                <w:lang w:val="fr-FR"/>
              </w:rPr>
              <w:t xml:space="preserve"> </w:t>
            </w:r>
            <w:r w:rsidRPr="00F146C8">
              <w:rPr>
                <w:lang w:val="fr-FR"/>
              </w:rPr>
              <w:t>ori nu a fost</w:t>
            </w:r>
            <w:r w:rsidR="006418C8">
              <w:rPr>
                <w:lang w:val="fr-FR"/>
              </w:rPr>
              <w:t xml:space="preserve"> </w:t>
            </w:r>
            <w:r w:rsidRPr="00F146C8">
              <w:rPr>
                <w:lang w:val="fr-FR"/>
              </w:rPr>
              <w:t>eliberată</w:t>
            </w:r>
            <w:r w:rsidR="006418C8">
              <w:rPr>
                <w:lang w:val="fr-FR"/>
              </w:rPr>
              <w:t xml:space="preserve"> </w:t>
            </w:r>
            <w:r w:rsidRPr="00F146C8">
              <w:rPr>
                <w:lang w:val="fr-FR"/>
              </w:rPr>
              <w:t>adresa de respingere, după</w:t>
            </w:r>
            <w:r w:rsidR="006418C8">
              <w:rPr>
                <w:lang w:val="fr-FR"/>
              </w:rPr>
              <w:t xml:space="preserve"> </w:t>
            </w:r>
            <w:r w:rsidRPr="00F146C8">
              <w:rPr>
                <w:lang w:val="fr-FR"/>
              </w:rPr>
              <w:t>caz, respectiv</w:t>
            </w:r>
            <w:r w:rsidR="006418C8">
              <w:rPr>
                <w:lang w:val="fr-FR"/>
              </w:rPr>
              <w:t xml:space="preserve"> </w:t>
            </w:r>
            <w:r w:rsidRPr="00F146C8">
              <w:rPr>
                <w:lang w:val="fr-FR"/>
              </w:rPr>
              <w:t>pentru:</w:t>
            </w:r>
          </w:p>
        </w:tc>
      </w:tr>
    </w:tbl>
    <w:p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803"/>
        <w:gridCol w:w="1606"/>
        <w:gridCol w:w="2409"/>
        <w:gridCol w:w="1606"/>
        <w:gridCol w:w="1606"/>
        <w:gridCol w:w="1606"/>
      </w:tblGrid>
      <w:tr w:rsidR="00D06E85">
        <w:trPr>
          <w:cantSplit/>
        </w:trPr>
        <w:tc>
          <w:tcPr>
            <w:tcW w:w="9636" w:type="dxa"/>
            <w:gridSpan w:val="6"/>
            <w:shd w:val="clear" w:color="auto" w:fill="F4F4F4"/>
          </w:tcPr>
          <w:p w:rsidR="00D06E85" w:rsidRDefault="00DA3936">
            <w:pPr>
              <w:keepNext/>
            </w:pPr>
            <w:r>
              <w:rPr>
                <w:b/>
                <w:sz w:val="16"/>
              </w:rPr>
              <w:lastRenderedPageBreak/>
              <w:t xml:space="preserve">4. </w:t>
            </w:r>
            <w:r>
              <w:rPr>
                <w:b/>
                <w:color w:val="000000"/>
                <w:sz w:val="18"/>
              </w:rPr>
              <w:t>AVIZELE / ACORDURILE PENTRU CARE SE INVOCĂ APROBAREA TACITĂ</w:t>
            </w:r>
          </w:p>
        </w:tc>
      </w:tr>
      <w:tr w:rsidR="00D06E85">
        <w:trPr>
          <w:cantSplit/>
          <w:trHeight w:val="510"/>
        </w:trPr>
        <w:tc>
          <w:tcPr>
            <w:tcW w:w="803" w:type="dxa"/>
          </w:tcPr>
          <w:p w:rsidR="00D06E85" w:rsidRDefault="00DA3936">
            <w:pPr>
              <w:keepNext/>
            </w:pPr>
            <w:r>
              <w:rPr>
                <w:b/>
                <w:color w:val="0D5F78"/>
              </w:rPr>
              <w:t>Nr. crt.</w:t>
            </w:r>
          </w:p>
          <w:p w:rsidR="00D06E85" w:rsidRDefault="00D06E85">
            <w:pPr>
              <w:keepNext/>
            </w:pPr>
          </w:p>
        </w:tc>
        <w:tc>
          <w:tcPr>
            <w:tcW w:w="1606" w:type="dxa"/>
          </w:tcPr>
          <w:p w:rsidR="00D06E85" w:rsidRDefault="00DA3936">
            <w:pPr>
              <w:keepNext/>
            </w:pPr>
            <w:r>
              <w:rPr>
                <w:b/>
                <w:color w:val="0D5F78"/>
              </w:rPr>
              <w:t>Avizul / acordul solicitat</w:t>
            </w:r>
          </w:p>
          <w:p w:rsidR="00D06E85" w:rsidRDefault="00D06E85">
            <w:pPr>
              <w:keepNext/>
            </w:pPr>
          </w:p>
        </w:tc>
        <w:tc>
          <w:tcPr>
            <w:tcW w:w="2409" w:type="dxa"/>
          </w:tcPr>
          <w:p w:rsidR="00D06E85" w:rsidRPr="00F146C8" w:rsidRDefault="00DA3936">
            <w:pPr>
              <w:keepNext/>
              <w:rPr>
                <w:lang w:val="fr-FR"/>
              </w:rPr>
            </w:pPr>
            <w:r w:rsidRPr="00F146C8">
              <w:rPr>
                <w:b/>
                <w:color w:val="0D5F78"/>
                <w:lang w:val="fr-FR"/>
              </w:rPr>
              <w:t>Instituția / entitatea de la care s-a solicitat</w:t>
            </w:r>
          </w:p>
          <w:p w:rsidR="00D06E85" w:rsidRPr="00F146C8" w:rsidRDefault="00D06E85">
            <w:pPr>
              <w:keepNext/>
              <w:rPr>
                <w:lang w:val="fr-FR"/>
              </w:rPr>
            </w:pPr>
          </w:p>
        </w:tc>
        <w:tc>
          <w:tcPr>
            <w:tcW w:w="1606" w:type="dxa"/>
          </w:tcPr>
          <w:p w:rsidR="00D06E85" w:rsidRDefault="00DA3936">
            <w:pPr>
              <w:keepNext/>
            </w:pPr>
            <w:r>
              <w:rPr>
                <w:b/>
                <w:color w:val="0D5F78"/>
              </w:rPr>
              <w:t>Datăși nr. înregistrare solicitare</w:t>
            </w:r>
          </w:p>
          <w:p w:rsidR="00D06E85" w:rsidRDefault="00D06E85">
            <w:pPr>
              <w:keepNext/>
            </w:pPr>
          </w:p>
        </w:tc>
        <w:tc>
          <w:tcPr>
            <w:tcW w:w="1606" w:type="dxa"/>
          </w:tcPr>
          <w:p w:rsidR="006418C8" w:rsidRDefault="00DA3936">
            <w:pPr>
              <w:keepNext/>
              <w:rPr>
                <w:b/>
                <w:color w:val="0D5F78"/>
                <w:lang w:val="fr-FR"/>
              </w:rPr>
            </w:pPr>
            <w:r w:rsidRPr="00F146C8">
              <w:rPr>
                <w:b/>
                <w:color w:val="0D5F78"/>
                <w:lang w:val="fr-FR"/>
              </w:rPr>
              <w:t xml:space="preserve">Datăși nr. </w:t>
            </w:r>
          </w:p>
          <w:p w:rsidR="00D06E85" w:rsidRPr="00F146C8" w:rsidRDefault="006418C8">
            <w:pPr>
              <w:keepNext/>
              <w:rPr>
                <w:lang w:val="fr-FR"/>
              </w:rPr>
            </w:pPr>
            <w:r w:rsidRPr="00F146C8">
              <w:rPr>
                <w:b/>
                <w:color w:val="0D5F78"/>
                <w:lang w:val="fr-FR"/>
              </w:rPr>
              <w:t>D</w:t>
            </w:r>
            <w:r w:rsidR="00DA3936" w:rsidRPr="00F146C8">
              <w:rPr>
                <w:b/>
                <w:color w:val="0D5F78"/>
                <w:lang w:val="fr-FR"/>
              </w:rPr>
              <w:t>epunere</w:t>
            </w:r>
            <w:r>
              <w:rPr>
                <w:b/>
                <w:color w:val="0D5F78"/>
                <w:lang w:val="fr-FR"/>
              </w:rPr>
              <w:t xml:space="preserve"> </w:t>
            </w:r>
            <w:r w:rsidR="00DA3936" w:rsidRPr="00F146C8">
              <w:rPr>
                <w:b/>
                <w:color w:val="0D5F78"/>
                <w:lang w:val="fr-FR"/>
              </w:rPr>
              <w:t>răspuns la clarificări</w:t>
            </w:r>
          </w:p>
          <w:p w:rsidR="00D06E85" w:rsidRPr="00F146C8" w:rsidRDefault="00D06E85">
            <w:pPr>
              <w:keepNext/>
              <w:rPr>
                <w:lang w:val="fr-FR"/>
              </w:rPr>
            </w:pPr>
          </w:p>
        </w:tc>
        <w:tc>
          <w:tcPr>
            <w:tcW w:w="1606" w:type="dxa"/>
          </w:tcPr>
          <w:p w:rsidR="00D06E85" w:rsidRDefault="00DA3936">
            <w:pPr>
              <w:keepNext/>
            </w:pPr>
            <w:r>
              <w:rPr>
                <w:b/>
                <w:color w:val="0D5F78"/>
              </w:rPr>
              <w:t>Data împlinirii</w:t>
            </w:r>
            <w:r w:rsidR="006418C8">
              <w:rPr>
                <w:b/>
                <w:color w:val="0D5F78"/>
              </w:rPr>
              <w:t xml:space="preserve"> </w:t>
            </w:r>
            <w:r>
              <w:rPr>
                <w:b/>
                <w:color w:val="0D5F78"/>
              </w:rPr>
              <w:t>termenului</w:t>
            </w:r>
          </w:p>
          <w:p w:rsidR="00D06E85" w:rsidRDefault="00D06E85">
            <w:pPr>
              <w:keepNext/>
            </w:pPr>
          </w:p>
        </w:tc>
      </w:tr>
      <w:tr w:rsidR="00D06E85">
        <w:trPr>
          <w:cantSplit/>
          <w:trHeight w:val="510"/>
        </w:trPr>
        <w:tc>
          <w:tcPr>
            <w:tcW w:w="803" w:type="dxa"/>
          </w:tcPr>
          <w:p w:rsidR="00D06E85" w:rsidRDefault="00D06E85">
            <w:pPr>
              <w:keepNext/>
            </w:pPr>
          </w:p>
          <w:p w:rsidR="00D06E85" w:rsidRDefault="00DA3936">
            <w:pPr>
              <w:keepNext/>
            </w:pPr>
            <w:r>
              <w:rPr>
                <w:sz w:val="18"/>
              </w:rPr>
              <w:t>1</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DA3936">
            <w:pPr>
              <w:keepNext/>
            </w:pPr>
            <w:r>
              <w:rPr>
                <w:sz w:val="18"/>
              </w:rPr>
              <w:t>2</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DA3936">
            <w:pPr>
              <w:keepNext/>
            </w:pPr>
            <w:r>
              <w:rPr>
                <w:sz w:val="18"/>
              </w:rPr>
              <w:t>3</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 w:rsidR="00D06E85" w:rsidRDefault="00DA3936">
            <w:r>
              <w:rPr>
                <w:sz w:val="18"/>
              </w:rPr>
              <w:t>4</w:t>
            </w:r>
          </w:p>
        </w:tc>
        <w:tc>
          <w:tcPr>
            <w:tcW w:w="1606" w:type="dxa"/>
          </w:tcPr>
          <w:p w:rsidR="00D06E85" w:rsidRDefault="00D06E85"/>
        </w:tc>
        <w:tc>
          <w:tcPr>
            <w:tcW w:w="2409" w:type="dxa"/>
          </w:tcPr>
          <w:p w:rsidR="00D06E85" w:rsidRDefault="00D06E85"/>
        </w:tc>
        <w:tc>
          <w:tcPr>
            <w:tcW w:w="1606" w:type="dxa"/>
          </w:tcPr>
          <w:p w:rsidR="00D06E85" w:rsidRDefault="00D06E85"/>
        </w:tc>
        <w:tc>
          <w:tcPr>
            <w:tcW w:w="1606" w:type="dxa"/>
          </w:tcPr>
          <w:p w:rsidR="00D06E85" w:rsidRDefault="00D06E85"/>
        </w:tc>
        <w:tc>
          <w:tcPr>
            <w:tcW w:w="1606" w:type="dxa"/>
          </w:tcPr>
          <w:p w:rsidR="00D06E85" w:rsidRDefault="00D06E85"/>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9636"/>
      </w:tblGrid>
      <w:tr w:rsidR="00D06E85">
        <w:trPr>
          <w:cantSplit/>
        </w:trPr>
        <w:tc>
          <w:tcPr>
            <w:tcW w:w="9636" w:type="dxa"/>
            <w:shd w:val="clear" w:color="auto" w:fill="F4F4F4"/>
          </w:tcPr>
          <w:p w:rsidR="00D06E85" w:rsidRDefault="00DA3936">
            <w:pPr>
              <w:keepNext/>
            </w:pPr>
            <w:r>
              <w:rPr>
                <w:b/>
                <w:sz w:val="16"/>
              </w:rPr>
              <w:t xml:space="preserve"> 5. </w:t>
            </w:r>
            <w:r>
              <w:rPr>
                <w:b/>
                <w:color w:val="000000"/>
                <w:sz w:val="18"/>
              </w:rPr>
              <w:t>ASUMAREA RĂSPUNDERII ȘI CONSIMȚĂMÂNTUL</w:t>
            </w:r>
          </w:p>
        </w:tc>
      </w:tr>
      <w:tr w:rsidR="00D06E85">
        <w:trPr>
          <w:cantSplit/>
        </w:trPr>
        <w:tc>
          <w:tcPr>
            <w:tcW w:w="9636" w:type="dxa"/>
          </w:tcPr>
          <w:p w:rsidR="00D06E85" w:rsidRDefault="00DA3936">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trPr>
          <w:cantSplit/>
        </w:trPr>
        <w:tc>
          <w:tcPr>
            <w:tcW w:w="9636" w:type="dxa"/>
            <w:shd w:val="clear" w:color="auto" w:fill="F4F4F4"/>
          </w:tcPr>
          <w:p w:rsidR="00D06E85" w:rsidRDefault="00DA3936">
            <w:pPr>
              <w:keepNext/>
              <w:spacing w:line="228" w:lineRule="auto"/>
            </w:pPr>
            <w:r>
              <w:t>Sunt de acord ca ……………………………………</w:t>
            </w:r>
            <w:r w:rsidR="006418C8">
              <w:t xml:space="preserve">………………………… să prelucreze datele </w:t>
            </w:r>
            <w:r>
              <w:t>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trPr>
          <w:cantSplit/>
        </w:trPr>
        <w:tc>
          <w:tcPr>
            <w:tcW w:w="9636" w:type="dxa"/>
          </w:tcPr>
          <w:p w:rsidR="00D06E85" w:rsidRDefault="00DA3936">
            <w:pPr>
              <w:spacing w:line="228" w:lineRule="auto"/>
            </w:pPr>
            <w:r>
              <w:rPr>
                <w:i/>
                <w:sz w:val="17"/>
              </w:rPr>
              <w:t>Am înțeles această declarație de consimțământ și sunt de acord cu prelucrarea datelor mele cu caracter personal.</w:t>
            </w:r>
          </w:p>
        </w:tc>
      </w:tr>
    </w:tbl>
    <w:p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tblPr>
      <w:tblGrid>
        <w:gridCol w:w="1606"/>
        <w:gridCol w:w="4818"/>
        <w:gridCol w:w="3212"/>
      </w:tblGrid>
      <w:tr w:rsidR="00D06E85">
        <w:trPr>
          <w:cantSplit/>
        </w:trPr>
        <w:tc>
          <w:tcPr>
            <w:tcW w:w="9636" w:type="dxa"/>
            <w:gridSpan w:val="3"/>
            <w:shd w:val="clear" w:color="auto" w:fill="F4F4F4"/>
          </w:tcPr>
          <w:p w:rsidR="00D06E85" w:rsidRDefault="00DA3936">
            <w:pPr>
              <w:keepNext/>
            </w:pPr>
            <w:r>
              <w:rPr>
                <w:b/>
                <w:sz w:val="16"/>
              </w:rPr>
              <w:t xml:space="preserve"> 6. </w:t>
            </w:r>
            <w:r>
              <w:rPr>
                <w:b/>
                <w:color w:val="000000"/>
                <w:sz w:val="18"/>
              </w:rPr>
              <w:t>DATA ȘI SEMNĂTURA</w:t>
            </w:r>
          </w:p>
        </w:tc>
      </w:tr>
      <w:tr w:rsidR="00D06E85">
        <w:trPr>
          <w:cantSplit/>
          <w:trHeight w:val="510"/>
        </w:trPr>
        <w:tc>
          <w:tcPr>
            <w:tcW w:w="1606" w:type="dxa"/>
          </w:tcPr>
          <w:p w:rsidR="00D06E85" w:rsidRDefault="00DA3936">
            <w:r>
              <w:rPr>
                <w:b/>
                <w:color w:val="0D5F78"/>
              </w:rPr>
              <w:t>Data</w:t>
            </w:r>
          </w:p>
          <w:p w:rsidR="00D06E85" w:rsidRDefault="00D06E85"/>
        </w:tc>
        <w:tc>
          <w:tcPr>
            <w:tcW w:w="4818" w:type="dxa"/>
          </w:tcPr>
          <w:p w:rsidR="00D06E85" w:rsidRDefault="00DA3936">
            <w:r>
              <w:rPr>
                <w:b/>
                <w:color w:val="0D5F78"/>
              </w:rPr>
              <w:t>Beneficiarul / reprezentantul</w:t>
            </w:r>
          </w:p>
          <w:p w:rsidR="00D06E85" w:rsidRDefault="00D06E85"/>
        </w:tc>
        <w:tc>
          <w:tcPr>
            <w:tcW w:w="3212" w:type="dxa"/>
          </w:tcPr>
          <w:p w:rsidR="00D06E85" w:rsidRDefault="00DA3936">
            <w:r>
              <w:rPr>
                <w:b/>
                <w:color w:val="0D5F78"/>
              </w:rPr>
              <w:t>Semnătura</w:t>
            </w:r>
          </w:p>
          <w:p w:rsidR="00D06E85" w:rsidRDefault="00D06E85"/>
        </w:tc>
      </w:tr>
    </w:tbl>
    <w:p w:rsidR="00D06E85" w:rsidRDefault="00D06E85">
      <w:pPr>
        <w:spacing w:line="168" w:lineRule="auto"/>
      </w:pPr>
    </w:p>
    <w:sectPr w:rsidR="00D06E85" w:rsidSect="00034616">
      <w:footerReference w:type="default" r:id="rId10"/>
      <w:pgSz w:w="11906" w:h="16838"/>
      <w:pgMar w:top="567" w:right="1134" w:bottom="454" w:left="1134" w:header="720" w:footer="2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C35" w:rsidRDefault="00616C35">
      <w:r>
        <w:separator/>
      </w:r>
    </w:p>
  </w:endnote>
  <w:endnote w:type="continuationSeparator" w:id="1">
    <w:p w:rsidR="00616C35" w:rsidRDefault="00616C3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85" w:rsidRDefault="00DA3936">
    <w:pPr>
      <w:pStyle w:val="Footer"/>
      <w:tabs>
        <w:tab w:val="right" w:pos="9639"/>
      </w:tabs>
    </w:pPr>
    <w:r>
      <w:rPr>
        <w:color w:val="595959"/>
      </w:rPr>
      <w:t>F_A_03 · versiunea 1.0</w:t>
    </w:r>
    <w:r>
      <w:rPr>
        <w:color w:val="595959"/>
      </w:rPr>
      <w:tab/>
      <w:t>pagina</w:t>
    </w:r>
    <w:r w:rsidR="00386867">
      <w:rPr>
        <w:color w:val="595959"/>
      </w:rPr>
      <w:fldChar w:fldCharType="begin"/>
    </w:r>
    <w:r>
      <w:rPr>
        <w:color w:val="595959"/>
      </w:rPr>
      <w:instrText xml:space="preserve"> PAGE </w:instrText>
    </w:r>
    <w:r w:rsidR="00386867">
      <w:rPr>
        <w:color w:val="595959"/>
      </w:rPr>
      <w:fldChar w:fldCharType="separate"/>
    </w:r>
    <w:r w:rsidR="00A26C47">
      <w:rPr>
        <w:noProof/>
        <w:color w:val="595959"/>
      </w:rPr>
      <w:t>1</w:t>
    </w:r>
    <w:r w:rsidR="00386867">
      <w:rPr>
        <w:color w:val="595959"/>
      </w:rPr>
      <w:fldChar w:fldCharType="end"/>
    </w:r>
    <w:r>
      <w:rPr>
        <w:color w:val="595959"/>
      </w:rPr>
      <w:t xml:space="preserve"> din </w:t>
    </w:r>
    <w:r w:rsidR="00386867">
      <w:rPr>
        <w:color w:val="595959"/>
      </w:rPr>
      <w:fldChar w:fldCharType="begin"/>
    </w:r>
    <w:r>
      <w:rPr>
        <w:color w:val="595959"/>
      </w:rPr>
      <w:instrText xml:space="preserve"> NUMPAGES </w:instrText>
    </w:r>
    <w:r w:rsidR="00386867">
      <w:rPr>
        <w:color w:val="595959"/>
      </w:rPr>
      <w:fldChar w:fldCharType="separate"/>
    </w:r>
    <w:r w:rsidR="00A26C47">
      <w:rPr>
        <w:noProof/>
        <w:color w:val="595959"/>
      </w:rPr>
      <w:t>2</w:t>
    </w:r>
    <w:r w:rsidR="00386867">
      <w:rPr>
        <w:color w:val="595959"/>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C35" w:rsidRDefault="00616C35">
      <w:r>
        <w:separator/>
      </w:r>
    </w:p>
  </w:footnote>
  <w:footnote w:type="continuationSeparator" w:id="1">
    <w:p w:rsidR="00616C35" w:rsidRDefault="00616C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defaultTabStop w:val="720"/>
  <w:characterSpacingControl w:val="doNotCompress"/>
  <w:footnotePr>
    <w:footnote w:id="0"/>
    <w:footnote w:id="1"/>
  </w:footnotePr>
  <w:endnotePr>
    <w:endnote w:id="0"/>
    <w:endnote w:id="1"/>
  </w:endnotePr>
  <w:compat>
    <w:useFELayout/>
  </w:compat>
  <w:rsids>
    <w:rsidRoot w:val="00B47730"/>
    <w:rsid w:val="00034616"/>
    <w:rsid w:val="0006063C"/>
    <w:rsid w:val="0015074B"/>
    <w:rsid w:val="0029639D"/>
    <w:rsid w:val="00304E22"/>
    <w:rsid w:val="00326F90"/>
    <w:rsid w:val="00386867"/>
    <w:rsid w:val="00424DBA"/>
    <w:rsid w:val="006103EE"/>
    <w:rsid w:val="00616C35"/>
    <w:rsid w:val="00632E33"/>
    <w:rsid w:val="006418C8"/>
    <w:rsid w:val="006C103E"/>
    <w:rsid w:val="00A1378D"/>
    <w:rsid w:val="00A26C47"/>
    <w:rsid w:val="00AA1D8D"/>
    <w:rsid w:val="00B23FEC"/>
    <w:rsid w:val="00B47730"/>
    <w:rsid w:val="00CB0664"/>
    <w:rsid w:val="00CB65B2"/>
    <w:rsid w:val="00D06E85"/>
    <w:rsid w:val="00DA3936"/>
    <w:rsid w:val="00E61A6B"/>
    <w:rsid w:val="00ED71CE"/>
    <w:rsid w:val="00F146C8"/>
    <w:rsid w:val="00FC69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04E22"/>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ffice@albestipaleolog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dumitrescu valentin</dc:creator>
  <cp:lastModifiedBy>dumitrescu valentin</cp:lastModifiedBy>
  <cp:revision>5</cp:revision>
  <dcterms:created xsi:type="dcterms:W3CDTF">2026-09-07T06:02:00Z</dcterms:created>
  <dcterms:modified xsi:type="dcterms:W3CDTF">2026-09-09T13:14:00Z</dcterms:modified>
</cp:coreProperties>
</file>