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88591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8591C" w:rsidRDefault="0088591C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88591C" w:rsidRDefault="0088591C">
            <w:pPr>
              <w:keepNext/>
              <w:jc w:val="center"/>
            </w:pPr>
            <w:r w:rsidRPr="0088591C"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73025</wp:posOffset>
                  </wp:positionV>
                  <wp:extent cx="768350" cy="1094105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1094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88591C" w:rsidRDefault="0088591C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88591C" w:rsidRPr="00F67A63" w:rsidRDefault="0088591C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88591C" w:rsidRDefault="0088591C" w:rsidP="00B4442D">
            <w:pPr>
              <w:keepNext/>
            </w:pPr>
          </w:p>
        </w:tc>
      </w:tr>
      <w:tr w:rsidR="0088591C">
        <w:trPr>
          <w:cantSplit/>
          <w:trHeight w:val="510"/>
        </w:trPr>
        <w:tc>
          <w:tcPr>
            <w:tcW w:w="1606" w:type="dxa"/>
            <w:vMerge/>
          </w:tcPr>
          <w:p w:rsidR="0088591C" w:rsidRDefault="0088591C"/>
        </w:tc>
        <w:tc>
          <w:tcPr>
            <w:tcW w:w="8030" w:type="dxa"/>
            <w:gridSpan w:val="3"/>
            <w:shd w:val="clear" w:color="auto" w:fill="F0F0F0"/>
          </w:tcPr>
          <w:p w:rsidR="0088591C" w:rsidRDefault="0088591C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88591C" w:rsidRPr="00F67A63" w:rsidRDefault="0088591C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88591C" w:rsidRDefault="0088591C" w:rsidP="00B4442D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1606" w:type="dxa"/>
            <w:vMerge/>
          </w:tcPr>
          <w:p w:rsidR="00377113" w:rsidRDefault="00377113"/>
        </w:tc>
        <w:tc>
          <w:tcPr>
            <w:tcW w:w="2409" w:type="dxa"/>
            <w:shd w:val="clear" w:color="auto" w:fill="F0F0F0"/>
          </w:tcPr>
          <w:p w:rsidR="00377113" w:rsidRPr="00343BBA" w:rsidRDefault="00FA7968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:rsidR="0088591C" w:rsidRPr="00F67A63" w:rsidRDefault="0088591C" w:rsidP="0088591C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:rsidR="0088591C" w:rsidRPr="00C4131E" w:rsidRDefault="0088591C" w:rsidP="0088591C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88591C" w:rsidRPr="00C4131E" w:rsidRDefault="0088591C" w:rsidP="0088591C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88591C" w:rsidRPr="00C4131E" w:rsidRDefault="00FC562C" w:rsidP="0088591C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88591C" w:rsidRPr="00C4131E">
              <w:rPr>
                <w:rFonts w:cs="Times New Roman"/>
                <w:b/>
                <w:szCs w:val="15"/>
              </w:rPr>
              <w:t xml:space="preserve">B: </w:t>
            </w:r>
            <w:r w:rsidR="0088591C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377113" w:rsidRDefault="00377113">
            <w:pPr>
              <w:keepNext/>
            </w:pP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1606" w:type="dxa"/>
            <w:vMerge/>
          </w:tcPr>
          <w:p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377113" w:rsidRDefault="00377113">
            <w:pPr>
              <w:keepNext/>
            </w:pPr>
          </w:p>
        </w:tc>
      </w:tr>
      <w:tr w:rsidR="00377113" w:rsidRPr="00004412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377113" w:rsidRPr="00343BBA" w:rsidRDefault="00FA7968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p w:rsidR="00377113" w:rsidRPr="00004412" w:rsidRDefault="00FA7968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FA796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>
        <w:trPr>
          <w:cantSplit/>
          <w:trHeight w:val="510"/>
        </w:trPr>
        <w:tc>
          <w:tcPr>
            <w:tcW w:w="9636" w:type="dxa"/>
          </w:tcPr>
          <w:p w:rsidR="00377113" w:rsidRDefault="00FA7968">
            <w:pPr>
              <w:keepNext/>
              <w:rPr>
                <w:b/>
                <w:color w:val="0D5F78"/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:rsidR="0088591C" w:rsidRPr="00C4131E" w:rsidRDefault="0088591C" w:rsidP="0088591C">
            <w:pPr>
              <w:keepNext/>
              <w:rPr>
                <w:lang w:val="fr-FR"/>
              </w:rPr>
            </w:pPr>
            <w:r w:rsidRPr="00C4131E">
              <w:rPr>
                <w:b/>
                <w:lang w:val="fr-FR"/>
              </w:rPr>
              <w:t>PRIMARIA COMUNEI ALBESTI – PALEOLOGU</w:t>
            </w:r>
          </w:p>
          <w:p w:rsidR="00377113" w:rsidRPr="00343BBA" w:rsidRDefault="00FA7968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>
        <w:trPr>
          <w:cantSplit/>
        </w:trPr>
        <w:tc>
          <w:tcPr>
            <w:tcW w:w="9636" w:type="dxa"/>
            <w:shd w:val="clear" w:color="auto" w:fill="F4F4F4"/>
          </w:tcPr>
          <w:p w:rsidR="00377113" w:rsidRPr="00343BBA" w:rsidRDefault="00FA7968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A7968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5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A7968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A7968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A796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>
        <w:trPr>
          <w:cantSplit/>
          <w:trHeight w:val="510"/>
        </w:trPr>
        <w:tc>
          <w:tcPr>
            <w:tcW w:w="4015" w:type="dxa"/>
            <w:gridSpan w:val="3"/>
          </w:tcPr>
          <w:p w:rsidR="00377113" w:rsidRDefault="00FA7968">
            <w:r>
              <w:rPr>
                <w:b/>
                <w:color w:val="0D5F78"/>
              </w:rPr>
              <w:t>Telefon / fax</w:t>
            </w:r>
          </w:p>
          <w:p w:rsidR="00377113" w:rsidRDefault="00377113"/>
        </w:tc>
        <w:tc>
          <w:tcPr>
            <w:tcW w:w="5621" w:type="dxa"/>
            <w:gridSpan w:val="5"/>
          </w:tcPr>
          <w:p w:rsidR="00377113" w:rsidRDefault="00FA7968">
            <w:r>
              <w:rPr>
                <w:b/>
                <w:color w:val="0D5F78"/>
              </w:rPr>
              <w:t>E-mail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p w:rsidR="00377113" w:rsidRDefault="00FA7968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:rsidR="00004412" w:rsidRDefault="00FA7968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</w:p>
    <w:p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803"/>
        <w:gridCol w:w="4818"/>
      </w:tblGrid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4818" w:type="dxa"/>
            <w:gridSpan w:val="3"/>
          </w:tcPr>
          <w:p w:rsidR="00377113" w:rsidRDefault="00FA7968">
            <w:r>
              <w:rPr>
                <w:b/>
                <w:color w:val="0D5F78"/>
              </w:rPr>
              <w:t>Prelungirea solicitată — de la data</w:t>
            </w:r>
          </w:p>
          <w:p w:rsidR="00377113" w:rsidRDefault="00377113"/>
        </w:tc>
        <w:tc>
          <w:tcPr>
            <w:tcW w:w="4818" w:type="dxa"/>
          </w:tcPr>
          <w:p w:rsidR="00377113" w:rsidRDefault="00FA7968">
            <w:r>
              <w:rPr>
                <w:b/>
                <w:color w:val="0D5F78"/>
              </w:rPr>
              <w:t>până la data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377113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377113" w:rsidRDefault="00FA796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>
        <w:trPr>
          <w:cantSplit/>
        </w:trPr>
        <w:tc>
          <w:tcPr>
            <w:tcW w:w="9636" w:type="dxa"/>
            <w:gridSpan w:val="6"/>
          </w:tcPr>
          <w:p w:rsidR="00377113" w:rsidRDefault="00FA7968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3"/>
          </w:tcPr>
          <w:p w:rsidR="00377113" w:rsidRPr="00343BBA" w:rsidRDefault="00FA7968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:rsidR="00377113" w:rsidRPr="00343BBA" w:rsidRDefault="00FA7968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377113" w:rsidRDefault="00FA7968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377113" w:rsidRDefault="00377113">
            <w:pPr>
              <w:keepNext/>
            </w:pPr>
          </w:p>
        </w:tc>
      </w:tr>
    </w:tbl>
    <w:p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FA796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>
        <w:trPr>
          <w:cantSplit/>
        </w:trPr>
        <w:tc>
          <w:tcPr>
            <w:tcW w:w="9636" w:type="dxa"/>
          </w:tcPr>
          <w:p w:rsidR="00377113" w:rsidRPr="00343BBA" w:rsidRDefault="00FA7968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37711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377113" w:rsidRDefault="00FA7968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A7968">
            <w:r>
              <w:rPr>
                <w:b/>
                <w:color w:val="0D5F78"/>
              </w:rPr>
              <w:t>Data</w:t>
            </w:r>
          </w:p>
          <w:p w:rsidR="00377113" w:rsidRDefault="00377113"/>
        </w:tc>
        <w:tc>
          <w:tcPr>
            <w:tcW w:w="4818" w:type="dxa"/>
          </w:tcPr>
          <w:p w:rsidR="00377113" w:rsidRDefault="00FA7968">
            <w:r>
              <w:rPr>
                <w:b/>
                <w:color w:val="0D5F78"/>
              </w:rPr>
              <w:t>Solicitantul</w:t>
            </w:r>
          </w:p>
          <w:p w:rsidR="00377113" w:rsidRDefault="00377113"/>
        </w:tc>
        <w:tc>
          <w:tcPr>
            <w:tcW w:w="3212" w:type="dxa"/>
          </w:tcPr>
          <w:p w:rsidR="00377113" w:rsidRDefault="00FA7968">
            <w:r>
              <w:rPr>
                <w:b/>
                <w:color w:val="0D5F78"/>
              </w:rPr>
              <w:t>Semnătura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sectPr w:rsidR="0037711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A1F" w:rsidRDefault="004B4A1F">
      <w:r>
        <w:separator/>
      </w:r>
    </w:p>
  </w:endnote>
  <w:endnote w:type="continuationSeparator" w:id="1">
    <w:p w:rsidR="004B4A1F" w:rsidRDefault="004B4A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13" w:rsidRDefault="00FA7968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 w:rsidR="006C4CE7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6C4CE7">
      <w:rPr>
        <w:color w:val="595959"/>
      </w:rPr>
      <w:fldChar w:fldCharType="separate"/>
    </w:r>
    <w:r w:rsidR="00FC562C">
      <w:rPr>
        <w:noProof/>
        <w:color w:val="595959"/>
      </w:rPr>
      <w:t>1</w:t>
    </w:r>
    <w:r w:rsidR="006C4CE7">
      <w:rPr>
        <w:color w:val="595959"/>
      </w:rPr>
      <w:fldChar w:fldCharType="end"/>
    </w:r>
    <w:r>
      <w:rPr>
        <w:color w:val="595959"/>
      </w:rPr>
      <w:t xml:space="preserve"> din </w:t>
    </w:r>
    <w:r w:rsidR="006C4CE7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6C4CE7">
      <w:rPr>
        <w:color w:val="595959"/>
      </w:rPr>
      <w:fldChar w:fldCharType="separate"/>
    </w:r>
    <w:r w:rsidR="00FC562C">
      <w:rPr>
        <w:noProof/>
        <w:color w:val="595959"/>
      </w:rPr>
      <w:t>1</w:t>
    </w:r>
    <w:r w:rsidR="006C4CE7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A1F" w:rsidRDefault="004B4A1F">
      <w:r>
        <w:separator/>
      </w:r>
    </w:p>
  </w:footnote>
  <w:footnote w:type="continuationSeparator" w:id="1">
    <w:p w:rsidR="004B4A1F" w:rsidRDefault="004B4A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04412"/>
    <w:rsid w:val="00034616"/>
    <w:rsid w:val="0006063C"/>
    <w:rsid w:val="0015074B"/>
    <w:rsid w:val="00200236"/>
    <w:rsid w:val="00250A2E"/>
    <w:rsid w:val="0029639D"/>
    <w:rsid w:val="00326F90"/>
    <w:rsid w:val="00343BBA"/>
    <w:rsid w:val="00377113"/>
    <w:rsid w:val="004B4A1F"/>
    <w:rsid w:val="006C103E"/>
    <w:rsid w:val="006C4CE7"/>
    <w:rsid w:val="0088591C"/>
    <w:rsid w:val="009075EF"/>
    <w:rsid w:val="00AA1D8D"/>
    <w:rsid w:val="00B47730"/>
    <w:rsid w:val="00CB0664"/>
    <w:rsid w:val="00CD60E9"/>
    <w:rsid w:val="00FA7968"/>
    <w:rsid w:val="00FC562C"/>
    <w:rsid w:val="00FC693F"/>
    <w:rsid w:val="00FD74F6"/>
    <w:rsid w:val="00FE5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85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4</cp:revision>
  <dcterms:created xsi:type="dcterms:W3CDTF">2026-09-07T05:47:00Z</dcterms:created>
  <dcterms:modified xsi:type="dcterms:W3CDTF">2026-09-09T13:17:00Z</dcterms:modified>
</cp:coreProperties>
</file>