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992BC9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992BC9" w:rsidRDefault="00992BC9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color w:val="595959"/>
              </w:rPr>
              <w:t>siglă / stemă</w:t>
            </w:r>
          </w:p>
          <w:p w:rsidR="00992BC9" w:rsidRDefault="00992BC9">
            <w:pPr>
              <w:keepNext/>
              <w:jc w:val="center"/>
            </w:pPr>
            <w:r w:rsidRPr="00992BC9">
              <w:rPr>
                <w:i/>
                <w:noProof/>
                <w:color w:val="595959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209550</wp:posOffset>
                  </wp:positionV>
                  <wp:extent cx="767715" cy="1091565"/>
                  <wp:effectExtent l="19050" t="0" r="0" b="0"/>
                  <wp:wrapNone/>
                  <wp:docPr id="15" name="Picture 2" descr="stema ALBESTI PALEOLOG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a ALBESTI PALEOLOG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715" cy="1091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992BC9" w:rsidRDefault="00992BC9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 xml:space="preserve">Județul </w:t>
            </w:r>
          </w:p>
          <w:p w:rsidR="00992BC9" w:rsidRPr="00F67A63" w:rsidRDefault="00992BC9" w:rsidP="00B4442D">
            <w:pPr>
              <w:keepNext/>
            </w:pPr>
            <w:r w:rsidRPr="00F67A63">
              <w:rPr>
                <w:b/>
              </w:rPr>
              <w:t>PRAHOVA</w:t>
            </w:r>
          </w:p>
          <w:p w:rsidR="00992BC9" w:rsidRDefault="00992BC9" w:rsidP="00B4442D">
            <w:pPr>
              <w:keepNext/>
            </w:pPr>
          </w:p>
        </w:tc>
      </w:tr>
      <w:tr w:rsidR="00992BC9">
        <w:trPr>
          <w:cantSplit/>
          <w:trHeight w:val="510"/>
        </w:trPr>
        <w:tc>
          <w:tcPr>
            <w:tcW w:w="1606" w:type="dxa"/>
            <w:vMerge/>
          </w:tcPr>
          <w:p w:rsidR="00992BC9" w:rsidRDefault="00992BC9"/>
        </w:tc>
        <w:tc>
          <w:tcPr>
            <w:tcW w:w="8030" w:type="dxa"/>
            <w:gridSpan w:val="3"/>
            <w:shd w:val="clear" w:color="auto" w:fill="F0F0F0"/>
          </w:tcPr>
          <w:p w:rsidR="00992BC9" w:rsidRDefault="00992BC9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Autoritatea administrației publice</w:t>
            </w:r>
          </w:p>
          <w:p w:rsidR="00992BC9" w:rsidRPr="00F67A63" w:rsidRDefault="00992BC9" w:rsidP="00B4442D">
            <w:pPr>
              <w:keepNext/>
            </w:pPr>
            <w:r w:rsidRPr="00F67A63">
              <w:rPr>
                <w:b/>
              </w:rPr>
              <w:t>COMUNA ALBESTI - PALEOLOGU</w:t>
            </w:r>
          </w:p>
          <w:p w:rsidR="00992BC9" w:rsidRDefault="00992BC9" w:rsidP="00B4442D">
            <w:pPr>
              <w:keepNext/>
            </w:pPr>
          </w:p>
        </w:tc>
      </w:tr>
      <w:tr w:rsidR="007A6244">
        <w:trPr>
          <w:cantSplit/>
          <w:trHeight w:val="510"/>
        </w:trPr>
        <w:tc>
          <w:tcPr>
            <w:tcW w:w="1606" w:type="dxa"/>
            <w:vMerge/>
          </w:tcPr>
          <w:p w:rsidR="007A6244" w:rsidRDefault="007A6244"/>
        </w:tc>
        <w:tc>
          <w:tcPr>
            <w:tcW w:w="2409" w:type="dxa"/>
            <w:shd w:val="clear" w:color="auto" w:fill="F0F0F0"/>
          </w:tcPr>
          <w:p w:rsidR="007A6244" w:rsidRDefault="00E820B5">
            <w:pPr>
              <w:keepNext/>
              <w:rPr>
                <w:b/>
                <w:color w:val="0D5F78"/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>Cod de identificarefiscală (CIF)</w:t>
            </w:r>
          </w:p>
          <w:p w:rsidR="00992BC9" w:rsidRPr="00F67A63" w:rsidRDefault="00992BC9" w:rsidP="00992BC9">
            <w:pPr>
              <w:keepNext/>
              <w:rPr>
                <w:b/>
                <w:lang w:val="fr-FR"/>
              </w:rPr>
            </w:pPr>
            <w:r w:rsidRPr="00F67A63">
              <w:rPr>
                <w:b/>
              </w:rPr>
              <w:t>2845664</w:t>
            </w:r>
          </w:p>
          <w:p w:rsidR="00992BC9" w:rsidRPr="009D5BC3" w:rsidRDefault="00992BC9">
            <w:pPr>
              <w:keepNext/>
              <w:rPr>
                <w:lang w:val="fr-FR"/>
              </w:rPr>
            </w:pPr>
          </w:p>
          <w:p w:rsidR="007A6244" w:rsidRPr="009D5BC3" w:rsidRDefault="007A6244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Adresaoficială</w:t>
            </w:r>
          </w:p>
          <w:p w:rsidR="00992BC9" w:rsidRPr="00C4131E" w:rsidRDefault="00992BC9" w:rsidP="00992BC9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</w:rPr>
              <w:t>SAT ALBESTI-PALEOLOGU, DN1B, NR. 451, COD POSTAL 107010,</w:t>
            </w:r>
            <w:r w:rsidRPr="00C4131E">
              <w:rPr>
                <w:rFonts w:cs="Times New Roman"/>
                <w:szCs w:val="15"/>
                <w:lang w:val="it-IT"/>
              </w:rPr>
              <w:t xml:space="preserve"> </w:t>
            </w:r>
            <w:r w:rsidRPr="00C4131E">
              <w:rPr>
                <w:rFonts w:cs="Times New Roman"/>
                <w:b/>
                <w:szCs w:val="15"/>
                <w:lang w:val="it-IT"/>
              </w:rPr>
              <w:t xml:space="preserve">TELEFON/FAX </w:t>
            </w:r>
            <w:r w:rsidRPr="00C4131E">
              <w:rPr>
                <w:rFonts w:eastAsia="Times New Roman" w:cs="Times New Roman"/>
                <w:b/>
                <w:szCs w:val="15"/>
                <w:lang w:val="it-IT"/>
              </w:rPr>
              <w:t>- 0244  /  232853</w:t>
            </w:r>
          </w:p>
          <w:p w:rsidR="00992BC9" w:rsidRPr="00C4131E" w:rsidRDefault="00992BC9" w:rsidP="00992BC9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  <w:lang w:val="it-IT"/>
              </w:rPr>
              <w:t xml:space="preserve">E-MAIL: </w:t>
            </w:r>
            <w:hyperlink r:id="rId9" w:history="1">
              <w:r w:rsidRPr="00C4131E">
                <w:rPr>
                  <w:rStyle w:val="Hyperlink"/>
                  <w:rFonts w:cs="Times New Roman"/>
                  <w:b/>
                  <w:szCs w:val="15"/>
                  <w:lang w:val="it-IT"/>
                </w:rPr>
                <w:t>office@albestipaleologu.ro</w:t>
              </w:r>
            </w:hyperlink>
          </w:p>
          <w:p w:rsidR="00992BC9" w:rsidRPr="00C4131E" w:rsidRDefault="003E42D8" w:rsidP="00992BC9">
            <w:pPr>
              <w:keepNext/>
              <w:rPr>
                <w:rFonts w:cs="Times New Roman"/>
                <w:b/>
                <w:szCs w:val="15"/>
              </w:rPr>
            </w:pPr>
            <w:r>
              <w:rPr>
                <w:rFonts w:cs="Times New Roman"/>
                <w:b/>
                <w:szCs w:val="15"/>
              </w:rPr>
              <w:t>ADRESA WE</w:t>
            </w:r>
            <w:r w:rsidR="00992BC9" w:rsidRPr="00C4131E">
              <w:rPr>
                <w:rFonts w:cs="Times New Roman"/>
                <w:b/>
                <w:szCs w:val="15"/>
              </w:rPr>
              <w:t xml:space="preserve">B: </w:t>
            </w:r>
            <w:r w:rsidR="00992BC9" w:rsidRPr="00C4131E">
              <w:rPr>
                <w:rFonts w:eastAsia="Times New Roman" w:cs="Times New Roman"/>
                <w:b/>
                <w:color w:val="0000FF"/>
                <w:szCs w:val="15"/>
                <w:lang w:val="it-IT"/>
              </w:rPr>
              <w:t>http://primariaalbestipaleologu.ro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  <w:trHeight w:val="510"/>
        </w:trPr>
        <w:tc>
          <w:tcPr>
            <w:tcW w:w="1606" w:type="dxa"/>
            <w:vMerge/>
          </w:tcPr>
          <w:p w:rsidR="007A6244" w:rsidRDefault="007A6244"/>
        </w:tc>
        <w:tc>
          <w:tcPr>
            <w:tcW w:w="4818" w:type="dxa"/>
            <w:gridSpan w:val="2"/>
            <w:shd w:val="clear" w:color="auto" w:fill="F0F0F0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7A6244" w:rsidRDefault="007A624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7A6244" w:rsidRDefault="007A6244">
            <w:pPr>
              <w:keepNext/>
            </w:pPr>
          </w:p>
        </w:tc>
      </w:tr>
      <w:tr w:rsidR="007A6244" w:rsidRPr="007F2503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7A6244" w:rsidRPr="009D5BC3" w:rsidRDefault="00992BC9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>S</w:t>
            </w:r>
            <w:r w:rsidR="00E820B5" w:rsidRPr="009D5BC3">
              <w:rPr>
                <w:i/>
                <w:color w:val="595959"/>
                <w:lang w:val="fr-FR"/>
              </w:rPr>
              <w:t>e</w:t>
            </w:r>
            <w:r>
              <w:rPr>
                <w:i/>
                <w:color w:val="595959"/>
                <w:lang w:val="fr-FR"/>
              </w:rPr>
              <w:t xml:space="preserve"> </w:t>
            </w:r>
            <w:r w:rsidR="00E820B5" w:rsidRPr="009D5BC3">
              <w:rPr>
                <w:i/>
                <w:color w:val="595959"/>
                <w:lang w:val="fr-FR"/>
              </w:rPr>
              <w:t>completează de autoritate — solicitantul nu scrie</w:t>
            </w:r>
            <w:r>
              <w:rPr>
                <w:i/>
                <w:color w:val="595959"/>
                <w:lang w:val="fr-FR"/>
              </w:rPr>
              <w:t xml:space="preserve"> </w:t>
            </w:r>
            <w:r w:rsidR="00E820B5" w:rsidRPr="009D5BC3">
              <w:rPr>
                <w:i/>
                <w:color w:val="595959"/>
                <w:lang w:val="fr-FR"/>
              </w:rPr>
              <w:t>în</w:t>
            </w:r>
            <w:r>
              <w:rPr>
                <w:i/>
                <w:color w:val="595959"/>
                <w:lang w:val="fr-FR"/>
              </w:rPr>
              <w:t xml:space="preserve"> </w:t>
            </w:r>
            <w:r w:rsidR="00E820B5" w:rsidRPr="009D5BC3">
              <w:rPr>
                <w:i/>
                <w:color w:val="595959"/>
                <w:lang w:val="fr-FR"/>
              </w:rPr>
              <w:t>această</w:t>
            </w:r>
            <w:r>
              <w:rPr>
                <w:i/>
                <w:color w:val="595959"/>
                <w:lang w:val="fr-FR"/>
              </w:rPr>
              <w:t xml:space="preserve"> </w:t>
            </w:r>
            <w:r w:rsidR="00E820B5" w:rsidRPr="009D5BC3">
              <w:rPr>
                <w:i/>
                <w:color w:val="595959"/>
                <w:lang w:val="fr-FR"/>
              </w:rPr>
              <w:t>zonă</w:t>
            </w:r>
          </w:p>
        </w:tc>
      </w:tr>
    </w:tbl>
    <w:p w:rsidR="007A6244" w:rsidRPr="009D5BC3" w:rsidRDefault="007A6244">
      <w:pPr>
        <w:spacing w:line="168" w:lineRule="auto"/>
        <w:rPr>
          <w:lang w:val="fr-FR"/>
        </w:rPr>
      </w:pPr>
    </w:p>
    <w:p w:rsidR="007A6244" w:rsidRPr="007F2503" w:rsidRDefault="00E820B5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:rsidR="007A6244" w:rsidRDefault="007A624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7A6244">
        <w:trPr>
          <w:cantSplit/>
        </w:trPr>
        <w:tc>
          <w:tcPr>
            <w:tcW w:w="9636" w:type="dxa"/>
            <w:shd w:val="clear" w:color="auto" w:fill="F4F4F4"/>
          </w:tcPr>
          <w:p w:rsidR="007A6244" w:rsidRDefault="00E820B5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>
        <w:trPr>
          <w:cantSplit/>
          <w:trHeight w:val="510"/>
        </w:trPr>
        <w:tc>
          <w:tcPr>
            <w:tcW w:w="9636" w:type="dxa"/>
          </w:tcPr>
          <w:p w:rsidR="007A6244" w:rsidRDefault="00E820B5">
            <w:pPr>
              <w:keepNext/>
              <w:rPr>
                <w:b/>
                <w:color w:val="0D5F78"/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>Instituția</w:t>
            </w:r>
          </w:p>
          <w:p w:rsidR="00992BC9" w:rsidRPr="00C4131E" w:rsidRDefault="00992BC9" w:rsidP="00992BC9">
            <w:pPr>
              <w:keepNext/>
              <w:rPr>
                <w:lang w:val="fr-FR"/>
              </w:rPr>
            </w:pPr>
            <w:r w:rsidRPr="00C4131E">
              <w:rPr>
                <w:b/>
                <w:lang w:val="fr-FR"/>
              </w:rPr>
              <w:t>PRIMARIA COMUNEI ALBESTI – PALEOLOGU</w:t>
            </w:r>
          </w:p>
          <w:p w:rsidR="007A6244" w:rsidRPr="009D5BC3" w:rsidRDefault="00E820B5">
            <w:pPr>
              <w:keepNext/>
              <w:rPr>
                <w:lang w:val="fr-FR"/>
              </w:rPr>
            </w:pPr>
            <w:r w:rsidRPr="009D5BC3">
              <w:rPr>
                <w:i/>
                <w:color w:val="7A7A7A"/>
                <w:lang w:val="fr-FR"/>
              </w:rPr>
              <w:t>primăriamunicipiului / orașului / comunei · primăria de sector · consiliuljudețean</w:t>
            </w:r>
          </w:p>
          <w:p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>
        <w:trPr>
          <w:cantSplit/>
        </w:trPr>
        <w:tc>
          <w:tcPr>
            <w:tcW w:w="9636" w:type="dxa"/>
            <w:shd w:val="clear" w:color="auto" w:fill="F4F4F4"/>
          </w:tcPr>
          <w:p w:rsidR="007A6244" w:rsidRPr="009D5BC3" w:rsidRDefault="00E820B5">
            <w:pPr>
              <w:spacing w:line="228" w:lineRule="auto"/>
              <w:rPr>
                <w:lang w:val="fr-FR"/>
              </w:rPr>
            </w:pPr>
            <w:r w:rsidRPr="009D5BC3">
              <w:rPr>
                <w:lang w:val="fr-FR"/>
              </w:rPr>
              <w:t>Cererea va fi transmisă</w:t>
            </w:r>
            <w:r w:rsidR="00992BC9">
              <w:rPr>
                <w:lang w:val="fr-FR"/>
              </w:rPr>
              <w:t xml:space="preserve"> </w:t>
            </w:r>
            <w:r w:rsidRPr="009D5BC3">
              <w:rPr>
                <w:lang w:val="fr-FR"/>
              </w:rPr>
              <w:t>către</w:t>
            </w:r>
            <w:r w:rsidR="00992BC9">
              <w:rPr>
                <w:lang w:val="fr-FR"/>
              </w:rPr>
              <w:t xml:space="preserve"> </w:t>
            </w:r>
            <w:r w:rsidRPr="009D5BC3">
              <w:rPr>
                <w:lang w:val="fr-FR"/>
              </w:rPr>
              <w:t>președintele</w:t>
            </w:r>
            <w:r w:rsidR="00992BC9">
              <w:rPr>
                <w:lang w:val="fr-FR"/>
              </w:rPr>
              <w:t xml:space="preserve"> </w:t>
            </w:r>
            <w:r w:rsidRPr="009D5BC3">
              <w:rPr>
                <w:lang w:val="fr-FR"/>
              </w:rPr>
              <w:t>consiliului</w:t>
            </w:r>
            <w:r w:rsidR="00992BC9">
              <w:rPr>
                <w:lang w:val="fr-FR"/>
              </w:rPr>
              <w:t xml:space="preserve"> </w:t>
            </w:r>
            <w:r w:rsidRPr="009D5BC3">
              <w:rPr>
                <w:lang w:val="fr-FR"/>
              </w:rPr>
              <w:t>județean, primarulgeneral, primarul de sector</w:t>
            </w:r>
            <w:r w:rsidR="00992BC9">
              <w:rPr>
                <w:lang w:val="fr-FR"/>
              </w:rPr>
              <w:t xml:space="preserve"> </w:t>
            </w:r>
            <w:r w:rsidRPr="009D5BC3">
              <w:rPr>
                <w:lang w:val="fr-FR"/>
              </w:rPr>
              <w:t>sau</w:t>
            </w:r>
            <w:r w:rsidR="00992BC9">
              <w:rPr>
                <w:lang w:val="fr-FR"/>
              </w:rPr>
              <w:t xml:space="preserve"> </w:t>
            </w:r>
            <w:r w:rsidRPr="009D5BC3">
              <w:rPr>
                <w:lang w:val="fr-FR"/>
              </w:rPr>
              <w:t>primarul</w:t>
            </w:r>
            <w:r w:rsidR="00992BC9">
              <w:rPr>
                <w:lang w:val="fr-FR"/>
              </w:rPr>
              <w:t xml:space="preserve"> </w:t>
            </w:r>
            <w:r w:rsidRPr="009D5BC3">
              <w:rPr>
                <w:lang w:val="fr-FR"/>
              </w:rPr>
              <w:t>municipiului / orașului / comunei, după</w:t>
            </w:r>
            <w:r w:rsidR="00992BC9">
              <w:rPr>
                <w:lang w:val="fr-FR"/>
              </w:rPr>
              <w:t xml:space="preserve"> </w:t>
            </w:r>
            <w:r w:rsidRPr="009D5BC3">
              <w:rPr>
                <w:lang w:val="fr-FR"/>
              </w:rPr>
              <w:t>caz.</w:t>
            </w:r>
          </w:p>
        </w:tc>
      </w:tr>
    </w:tbl>
    <w:p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Default="00E820B5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>
        <w:trPr>
          <w:cantSplit/>
          <w:trHeight w:val="510"/>
        </w:trPr>
        <w:tc>
          <w:tcPr>
            <w:tcW w:w="5621" w:type="dxa"/>
            <w:gridSpan w:val="5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Default="00E820B5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>
        <w:trPr>
          <w:cantSplit/>
          <w:trHeight w:val="510"/>
        </w:trPr>
        <w:tc>
          <w:tcPr>
            <w:tcW w:w="1606" w:type="dxa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7A6244" w:rsidRDefault="007A6244">
            <w:pPr>
              <w:keepNext/>
            </w:pPr>
          </w:p>
        </w:tc>
        <w:tc>
          <w:tcPr>
            <w:tcW w:w="1606" w:type="dxa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7A6244" w:rsidRDefault="007A6244">
            <w:pPr>
              <w:keepNext/>
            </w:pPr>
          </w:p>
        </w:tc>
        <w:tc>
          <w:tcPr>
            <w:tcW w:w="1606" w:type="dxa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Default="00E820B5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>
        <w:trPr>
          <w:cantSplit/>
          <w:trHeight w:val="510"/>
        </w:trPr>
        <w:tc>
          <w:tcPr>
            <w:tcW w:w="3212" w:type="dxa"/>
            <w:gridSpan w:val="2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  <w:trHeight w:val="510"/>
        </w:trPr>
        <w:tc>
          <w:tcPr>
            <w:tcW w:w="3212" w:type="dxa"/>
            <w:gridSpan w:val="2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7A6244" w:rsidRDefault="007A6244">
            <w:pPr>
              <w:keepNext/>
            </w:pPr>
          </w:p>
        </w:tc>
        <w:tc>
          <w:tcPr>
            <w:tcW w:w="803" w:type="dxa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7A6244" w:rsidRDefault="007A6244">
            <w:pPr>
              <w:keepNext/>
            </w:pPr>
          </w:p>
        </w:tc>
        <w:tc>
          <w:tcPr>
            <w:tcW w:w="803" w:type="dxa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7A6244" w:rsidRDefault="007A6244">
            <w:pPr>
              <w:keepNext/>
            </w:pPr>
          </w:p>
        </w:tc>
        <w:tc>
          <w:tcPr>
            <w:tcW w:w="803" w:type="dxa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7A6244" w:rsidRDefault="007A6244">
            <w:pPr>
              <w:keepNext/>
            </w:pPr>
          </w:p>
        </w:tc>
        <w:tc>
          <w:tcPr>
            <w:tcW w:w="803" w:type="dxa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7A6244" w:rsidRDefault="007A6244">
            <w:pPr>
              <w:keepNext/>
            </w:pPr>
          </w:p>
        </w:tc>
        <w:tc>
          <w:tcPr>
            <w:tcW w:w="1606" w:type="dxa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7A6244" w:rsidRDefault="007A6244">
            <w:pPr>
              <w:keepNext/>
            </w:pPr>
          </w:p>
        </w:tc>
        <w:tc>
          <w:tcPr>
            <w:tcW w:w="1606" w:type="dxa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Default="00E820B5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>
        <w:trPr>
          <w:cantSplit/>
          <w:trHeight w:val="510"/>
        </w:trPr>
        <w:tc>
          <w:tcPr>
            <w:tcW w:w="4015" w:type="dxa"/>
            <w:gridSpan w:val="3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A6244" w:rsidRDefault="00E820B5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>
        <w:trPr>
          <w:cantSplit/>
          <w:trHeight w:val="510"/>
        </w:trPr>
        <w:tc>
          <w:tcPr>
            <w:tcW w:w="6424" w:type="dxa"/>
            <w:gridSpan w:val="6"/>
          </w:tcPr>
          <w:p w:rsidR="007A6244" w:rsidRDefault="00E820B5">
            <w:r>
              <w:rPr>
                <w:b/>
                <w:color w:val="0D5F78"/>
              </w:rPr>
              <w:t>În calitate de reprezentant al</w:t>
            </w:r>
          </w:p>
          <w:p w:rsidR="007A6244" w:rsidRDefault="007A6244"/>
        </w:tc>
        <w:tc>
          <w:tcPr>
            <w:tcW w:w="3212" w:type="dxa"/>
            <w:gridSpan w:val="2"/>
          </w:tcPr>
          <w:p w:rsidR="007A6244" w:rsidRDefault="00E820B5">
            <w:r>
              <w:rPr>
                <w:b/>
                <w:color w:val="0D5F78"/>
              </w:rPr>
              <w:t>CUI / CIF</w:t>
            </w:r>
          </w:p>
          <w:p w:rsidR="007A6244" w:rsidRDefault="007A6244"/>
        </w:tc>
      </w:tr>
    </w:tbl>
    <w:p w:rsidR="007A6244" w:rsidRDefault="007A624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5621"/>
      </w:tblGrid>
      <w:tr w:rsidR="007A624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7A6244" w:rsidRDefault="00E820B5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>
        <w:trPr>
          <w:cantSplit/>
          <w:trHeight w:val="510"/>
        </w:trPr>
        <w:tc>
          <w:tcPr>
            <w:tcW w:w="1606" w:type="dxa"/>
          </w:tcPr>
          <w:p w:rsidR="007A6244" w:rsidRDefault="00E820B5">
            <w:r>
              <w:rPr>
                <w:b/>
                <w:color w:val="0D5F78"/>
              </w:rPr>
              <w:t>Nr.</w:t>
            </w:r>
          </w:p>
          <w:p w:rsidR="007A6244" w:rsidRDefault="007A6244"/>
        </w:tc>
        <w:tc>
          <w:tcPr>
            <w:tcW w:w="2409" w:type="dxa"/>
          </w:tcPr>
          <w:p w:rsidR="007A6244" w:rsidRDefault="00E820B5">
            <w:r>
              <w:rPr>
                <w:b/>
                <w:color w:val="0D5F78"/>
              </w:rPr>
              <w:t>Din data</w:t>
            </w:r>
          </w:p>
          <w:p w:rsidR="007A6244" w:rsidRDefault="007A6244"/>
        </w:tc>
        <w:tc>
          <w:tcPr>
            <w:tcW w:w="5621" w:type="dxa"/>
          </w:tcPr>
          <w:p w:rsidR="007A6244" w:rsidRDefault="00E820B5">
            <w:r>
              <w:rPr>
                <w:b/>
                <w:color w:val="0D5F78"/>
              </w:rPr>
              <w:t>Emisă de</w:t>
            </w:r>
          </w:p>
          <w:p w:rsidR="007A6244" w:rsidRDefault="007A6244"/>
        </w:tc>
      </w:tr>
    </w:tbl>
    <w:p w:rsidR="007A6244" w:rsidRDefault="007A6244">
      <w:pPr>
        <w:spacing w:line="168" w:lineRule="auto"/>
      </w:pPr>
    </w:p>
    <w:p w:rsidR="009D5BC3" w:rsidRDefault="00E820B5" w:rsidP="009D5BC3">
      <w:pPr>
        <w:spacing w:before="80" w:after="60"/>
        <w:jc w:val="center"/>
        <w:rPr>
          <w:sz w:val="18"/>
        </w:rPr>
      </w:pPr>
      <w:r>
        <w:rPr>
          <w:sz w:val="18"/>
        </w:rPr>
        <w:t>în temeiul art. 309 – art. 310 din Legea nr. 169/2026 privind</w:t>
      </w:r>
      <w:r w:rsidR="00992BC9">
        <w:rPr>
          <w:sz w:val="18"/>
        </w:rPr>
        <w:t xml:space="preserve"> </w:t>
      </w:r>
      <w:r>
        <w:rPr>
          <w:sz w:val="18"/>
        </w:rPr>
        <w:t>Codul</w:t>
      </w:r>
      <w:r w:rsidR="00992BC9">
        <w:rPr>
          <w:sz w:val="18"/>
        </w:rPr>
        <w:t xml:space="preserve"> </w:t>
      </w:r>
      <w:r>
        <w:rPr>
          <w:sz w:val="18"/>
        </w:rPr>
        <w:t>amenajării</w:t>
      </w:r>
      <w:r w:rsidR="00992BC9">
        <w:rPr>
          <w:sz w:val="18"/>
        </w:rPr>
        <w:t xml:space="preserve"> </w:t>
      </w:r>
      <w:r>
        <w:rPr>
          <w:sz w:val="18"/>
        </w:rPr>
        <w:t>teritoriului, urbanismului</w:t>
      </w:r>
      <w:r w:rsidR="00992BC9">
        <w:rPr>
          <w:sz w:val="18"/>
        </w:rPr>
        <w:t xml:space="preserve"> </w:t>
      </w:r>
      <w:r>
        <w:rPr>
          <w:sz w:val="18"/>
        </w:rPr>
        <w:t>și</w:t>
      </w:r>
      <w:r w:rsidR="00992BC9">
        <w:rPr>
          <w:sz w:val="18"/>
        </w:rPr>
        <w:t xml:space="preserve"> </w:t>
      </w:r>
      <w:r>
        <w:rPr>
          <w:sz w:val="18"/>
        </w:rPr>
        <w:t>construcțiilor,</w:t>
      </w:r>
    </w:p>
    <w:p w:rsidR="009D5BC3" w:rsidRPr="007F2503" w:rsidRDefault="00E820B5" w:rsidP="007F2503">
      <w:pPr>
        <w:keepNext/>
        <w:jc w:val="center"/>
        <w:rPr>
          <w:sz w:val="18"/>
          <w:szCs w:val="18"/>
          <w:lang w:val="fr-FR"/>
        </w:rPr>
      </w:pPr>
      <w:r w:rsidRPr="007F2503">
        <w:rPr>
          <w:sz w:val="18"/>
          <w:szCs w:val="18"/>
          <w:lang w:val="fr-FR"/>
        </w:rPr>
        <w:t>solicit:</w:t>
      </w:r>
    </w:p>
    <w:p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>☐ prelungirea DURATEI DE EXECUȚIE, pentru</w:t>
      </w:r>
      <w:r w:rsidR="00992BC9">
        <w:rPr>
          <w:sz w:val="20"/>
          <w:szCs w:val="20"/>
          <w:lang w:val="fr-FR"/>
        </w:rPr>
        <w:t xml:space="preserve"> </w:t>
      </w:r>
      <w:r w:rsidRPr="007F2503">
        <w:rPr>
          <w:sz w:val="20"/>
          <w:szCs w:val="20"/>
          <w:lang w:val="fr-FR"/>
        </w:rPr>
        <w:t>cel</w:t>
      </w:r>
      <w:r w:rsidR="00992BC9">
        <w:rPr>
          <w:sz w:val="20"/>
          <w:szCs w:val="20"/>
          <w:lang w:val="fr-FR"/>
        </w:rPr>
        <w:t xml:space="preserve"> </w:t>
      </w:r>
      <w:r w:rsidRPr="007F2503">
        <w:rPr>
          <w:sz w:val="20"/>
          <w:szCs w:val="20"/>
          <w:lang w:val="fr-FR"/>
        </w:rPr>
        <w:t>mult 12 luni  /</w:t>
      </w:r>
    </w:p>
    <w:p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>☐ prelungirea VALABILITĂȚII autorizației, pentru</w:t>
      </w:r>
      <w:r w:rsidR="00992BC9">
        <w:rPr>
          <w:sz w:val="20"/>
          <w:szCs w:val="20"/>
          <w:lang w:val="fr-FR"/>
        </w:rPr>
        <w:t xml:space="preserve"> </w:t>
      </w:r>
      <w:r w:rsidRPr="007F2503">
        <w:rPr>
          <w:sz w:val="20"/>
          <w:szCs w:val="20"/>
          <w:lang w:val="fr-FR"/>
        </w:rPr>
        <w:t>cel</w:t>
      </w:r>
      <w:r w:rsidR="00992BC9">
        <w:rPr>
          <w:sz w:val="20"/>
          <w:szCs w:val="20"/>
          <w:lang w:val="fr-FR"/>
        </w:rPr>
        <w:t xml:space="preserve"> </w:t>
      </w:r>
      <w:r w:rsidRPr="007F2503">
        <w:rPr>
          <w:sz w:val="20"/>
          <w:szCs w:val="20"/>
          <w:lang w:val="fr-FR"/>
        </w:rPr>
        <w:t>mult 12 luni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4818"/>
        <w:gridCol w:w="4818"/>
      </w:tblGrid>
      <w:tr w:rsidR="007A6244">
        <w:trPr>
          <w:cantSplit/>
          <w:trHeight w:val="510"/>
        </w:trPr>
        <w:tc>
          <w:tcPr>
            <w:tcW w:w="4818" w:type="dxa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:rsidR="007A6244" w:rsidRDefault="007A6244">
            <w:pPr>
              <w:keepNext/>
            </w:pPr>
          </w:p>
        </w:tc>
        <w:tc>
          <w:tcPr>
            <w:tcW w:w="4818" w:type="dxa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:rsidR="007A6244" w:rsidRDefault="007A6244">
            <w:pPr>
              <w:keepNext/>
            </w:pPr>
          </w:p>
        </w:tc>
      </w:tr>
      <w:tr w:rsidR="007A6244">
        <w:trPr>
          <w:cantSplit/>
          <w:trHeight w:val="510"/>
        </w:trPr>
        <w:tc>
          <w:tcPr>
            <w:tcW w:w="4818" w:type="dxa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:rsidR="007A6244" w:rsidRDefault="007A6244">
            <w:pPr>
              <w:keepNext/>
            </w:pPr>
          </w:p>
        </w:tc>
        <w:tc>
          <w:tcPr>
            <w:tcW w:w="4818" w:type="dxa"/>
          </w:tcPr>
          <w:p w:rsidR="007A6244" w:rsidRDefault="00E820B5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:rsidR="007A6244" w:rsidRDefault="007A6244">
            <w:pPr>
              <w:keepNext/>
            </w:pPr>
          </w:p>
        </w:tc>
      </w:tr>
      <w:tr w:rsidR="007A6244" w:rsidRPr="007F2503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7A6244" w:rsidRPr="009D5BC3" w:rsidRDefault="00E820B5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>Lucrările</w:t>
            </w:r>
            <w:r w:rsidR="00992BC9">
              <w:rPr>
                <w:sz w:val="16"/>
                <w:lang w:val="fr-FR"/>
              </w:rPr>
              <w:t xml:space="preserve"> </w:t>
            </w:r>
            <w:r w:rsidRPr="009D5BC3">
              <w:rPr>
                <w:sz w:val="16"/>
                <w:lang w:val="fr-FR"/>
              </w:rPr>
              <w:t>rămase de executat</w:t>
            </w:r>
            <w:r w:rsidR="00992BC9">
              <w:rPr>
                <w:sz w:val="16"/>
                <w:lang w:val="fr-FR"/>
              </w:rPr>
              <w:t xml:space="preserve"> </w:t>
            </w:r>
            <w:r w:rsidRPr="009D5BC3">
              <w:rPr>
                <w:sz w:val="16"/>
                <w:lang w:val="fr-FR"/>
              </w:rPr>
              <w:t>și</w:t>
            </w:r>
            <w:r w:rsidR="00992BC9">
              <w:rPr>
                <w:sz w:val="16"/>
                <w:lang w:val="fr-FR"/>
              </w:rPr>
              <w:t xml:space="preserve"> </w:t>
            </w:r>
            <w:r w:rsidRPr="009D5BC3">
              <w:rPr>
                <w:sz w:val="16"/>
                <w:lang w:val="fr-FR"/>
              </w:rPr>
              <w:t>motivarea</w:t>
            </w:r>
          </w:p>
        </w:tc>
      </w:tr>
      <w:tr w:rsidR="007A6244" w:rsidRPr="007F2503">
        <w:trPr>
          <w:cantSplit/>
        </w:trPr>
        <w:tc>
          <w:tcPr>
            <w:tcW w:w="9636" w:type="dxa"/>
            <w:gridSpan w:val="2"/>
          </w:tcPr>
          <w:p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7A6244">
        <w:trPr>
          <w:cantSplit/>
        </w:trPr>
        <w:tc>
          <w:tcPr>
            <w:tcW w:w="9636" w:type="dxa"/>
            <w:shd w:val="clear" w:color="auto" w:fill="F4F4F4"/>
          </w:tcPr>
          <w:p w:rsidR="007A6244" w:rsidRDefault="00E820B5">
            <w:pPr>
              <w:keepNext/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>
        <w:trPr>
          <w:cantSplit/>
        </w:trPr>
        <w:tc>
          <w:tcPr>
            <w:tcW w:w="9636" w:type="dxa"/>
          </w:tcPr>
          <w:p w:rsidR="007A6244" w:rsidRPr="009D5BC3" w:rsidRDefault="00E820B5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autorizația de construire (în</w:t>
            </w:r>
            <w:r w:rsidR="00992BC9">
              <w:rPr>
                <w:sz w:val="16"/>
                <w:lang w:val="fr-FR"/>
              </w:rPr>
              <w:t xml:space="preserve"> </w:t>
            </w:r>
            <w:r w:rsidRPr="009D5BC3">
              <w:rPr>
                <w:sz w:val="16"/>
                <w:lang w:val="fr-FR"/>
              </w:rPr>
              <w:t>original)     ☐ documentul</w:t>
            </w:r>
            <w:r w:rsidR="00992BC9">
              <w:rPr>
                <w:sz w:val="16"/>
                <w:lang w:val="fr-FR"/>
              </w:rPr>
              <w:t xml:space="preserve"> </w:t>
            </w:r>
            <w:r w:rsidRPr="009D5BC3">
              <w:rPr>
                <w:sz w:val="16"/>
                <w:lang w:val="fr-FR"/>
              </w:rPr>
              <w:t>privind</w:t>
            </w:r>
            <w:r w:rsidR="00992BC9">
              <w:rPr>
                <w:sz w:val="16"/>
                <w:lang w:val="fr-FR"/>
              </w:rPr>
              <w:t xml:space="preserve"> </w:t>
            </w:r>
            <w:r w:rsidRPr="009D5BC3">
              <w:rPr>
                <w:sz w:val="16"/>
                <w:lang w:val="fr-FR"/>
              </w:rPr>
              <w:t>achitarea</w:t>
            </w:r>
            <w:r w:rsidR="00992BC9">
              <w:rPr>
                <w:sz w:val="16"/>
                <w:lang w:val="fr-FR"/>
              </w:rPr>
              <w:t xml:space="preserve"> </w:t>
            </w:r>
            <w:r w:rsidRPr="009D5BC3">
              <w:rPr>
                <w:sz w:val="16"/>
                <w:lang w:val="fr-FR"/>
              </w:rPr>
              <w:t>taxei (copie)</w:t>
            </w:r>
          </w:p>
        </w:tc>
      </w:tr>
    </w:tbl>
    <w:p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7A6244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:rsidR="007A6244" w:rsidRDefault="00E820B5">
            <w:pPr>
              <w:keepNext/>
            </w:pP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244" w:rsidRDefault="00E820B5">
            <w:r>
              <w:rPr>
                <w:b/>
                <w:color w:val="0D5F78"/>
              </w:rPr>
              <w:t>Data</w:t>
            </w:r>
          </w:p>
          <w:p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244" w:rsidRDefault="00E820B5">
            <w:r>
              <w:rPr>
                <w:b/>
                <w:color w:val="0D5F78"/>
              </w:rPr>
              <w:t>Titularul autorizației</w:t>
            </w:r>
          </w:p>
          <w:p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244" w:rsidRDefault="00E820B5">
            <w:r>
              <w:rPr>
                <w:b/>
                <w:color w:val="0D5F78"/>
              </w:rPr>
              <w:t>Semnătura</w:t>
            </w:r>
          </w:p>
          <w:p w:rsidR="007A6244" w:rsidRDefault="007A6244"/>
        </w:tc>
      </w:tr>
    </w:tbl>
    <w:p w:rsidR="007A6244" w:rsidRDefault="007A6244">
      <w:pPr>
        <w:spacing w:line="168" w:lineRule="auto"/>
      </w:pPr>
    </w:p>
    <w:sectPr w:rsidR="007A6244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5818" w:rsidRDefault="00305818">
      <w:r>
        <w:separator/>
      </w:r>
    </w:p>
  </w:endnote>
  <w:endnote w:type="continuationSeparator" w:id="1">
    <w:p w:rsidR="00305818" w:rsidRDefault="003058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244" w:rsidRDefault="00E820B5">
    <w:pPr>
      <w:pStyle w:val="Footer"/>
      <w:tabs>
        <w:tab w:val="right" w:pos="9639"/>
      </w:tabs>
    </w:pPr>
    <w:r>
      <w:rPr>
        <w:color w:val="595959"/>
      </w:rPr>
      <w:t>F_A_02 · versiunea 1.0</w:t>
    </w:r>
    <w:r>
      <w:rPr>
        <w:color w:val="595959"/>
      </w:rPr>
      <w:tab/>
      <w:t>pagina</w:t>
    </w:r>
    <w:r w:rsidR="001A49F5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1A49F5">
      <w:rPr>
        <w:color w:val="595959"/>
      </w:rPr>
      <w:fldChar w:fldCharType="separate"/>
    </w:r>
    <w:r w:rsidR="003E42D8">
      <w:rPr>
        <w:noProof/>
        <w:color w:val="595959"/>
      </w:rPr>
      <w:t>1</w:t>
    </w:r>
    <w:r w:rsidR="001A49F5">
      <w:rPr>
        <w:color w:val="595959"/>
      </w:rPr>
      <w:fldChar w:fldCharType="end"/>
    </w:r>
    <w:r>
      <w:rPr>
        <w:color w:val="595959"/>
      </w:rPr>
      <w:t xml:space="preserve"> din </w:t>
    </w:r>
    <w:r w:rsidR="001A49F5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1A49F5">
      <w:rPr>
        <w:color w:val="595959"/>
      </w:rPr>
      <w:fldChar w:fldCharType="separate"/>
    </w:r>
    <w:r w:rsidR="003E42D8">
      <w:rPr>
        <w:noProof/>
        <w:color w:val="595959"/>
      </w:rPr>
      <w:t>1</w:t>
    </w:r>
    <w:r w:rsidR="001A49F5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5818" w:rsidRDefault="00305818">
      <w:r>
        <w:separator/>
      </w:r>
    </w:p>
  </w:footnote>
  <w:footnote w:type="continuationSeparator" w:id="1">
    <w:p w:rsidR="00305818" w:rsidRDefault="003058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A49F5"/>
    <w:rsid w:val="001C6952"/>
    <w:rsid w:val="0029639D"/>
    <w:rsid w:val="00305818"/>
    <w:rsid w:val="00326F90"/>
    <w:rsid w:val="003E42D8"/>
    <w:rsid w:val="00440469"/>
    <w:rsid w:val="00446F60"/>
    <w:rsid w:val="006C103E"/>
    <w:rsid w:val="007A6244"/>
    <w:rsid w:val="007F2503"/>
    <w:rsid w:val="00867E01"/>
    <w:rsid w:val="00947E70"/>
    <w:rsid w:val="00992BC9"/>
    <w:rsid w:val="009C5408"/>
    <w:rsid w:val="009D5BC3"/>
    <w:rsid w:val="00AA1D8D"/>
    <w:rsid w:val="00B47730"/>
    <w:rsid w:val="00BF0EF9"/>
    <w:rsid w:val="00C77011"/>
    <w:rsid w:val="00CB0664"/>
    <w:rsid w:val="00D21BCF"/>
    <w:rsid w:val="00DC6790"/>
    <w:rsid w:val="00E61A6B"/>
    <w:rsid w:val="00E820B5"/>
    <w:rsid w:val="00F816D8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92B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ffice@albestipaleologu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dumitrescu valentin</dc:creator>
  <cp:lastModifiedBy>dumitrescu valentin</cp:lastModifiedBy>
  <cp:revision>6</cp:revision>
  <cp:lastPrinted>2026-09-07T07:22:00Z</cp:lastPrinted>
  <dcterms:created xsi:type="dcterms:W3CDTF">2026-09-07T05:59:00Z</dcterms:created>
  <dcterms:modified xsi:type="dcterms:W3CDTF">2026-09-09T13:14:00Z</dcterms:modified>
</cp:coreProperties>
</file>