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AD6CF4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AD6CF4" w:rsidRDefault="00AD6CF4">
            <w:pPr>
              <w:keepNext/>
              <w:jc w:val="center"/>
            </w:pPr>
            <w:r w:rsidRPr="00AD6CF4">
              <w:rPr>
                <w:i/>
                <w:noProof/>
                <w:color w:val="595959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146685</wp:posOffset>
                  </wp:positionV>
                  <wp:extent cx="767715" cy="1091565"/>
                  <wp:effectExtent l="19050" t="0" r="0" b="0"/>
                  <wp:wrapNone/>
                  <wp:docPr id="2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1091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color w:val="595959"/>
              </w:rPr>
              <w:t>siglă / stemă</w:t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AD6CF4" w:rsidRDefault="00AD6CF4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AD6CF4" w:rsidRPr="00F67A63" w:rsidRDefault="00AD6CF4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AD6CF4" w:rsidRDefault="00AD6CF4" w:rsidP="00B4442D">
            <w:pPr>
              <w:keepNext/>
            </w:pPr>
          </w:p>
        </w:tc>
      </w:tr>
      <w:tr w:rsidR="00AD6CF4">
        <w:trPr>
          <w:cantSplit/>
          <w:trHeight w:val="510"/>
        </w:trPr>
        <w:tc>
          <w:tcPr>
            <w:tcW w:w="1606" w:type="dxa"/>
            <w:vMerge/>
          </w:tcPr>
          <w:p w:rsidR="00AD6CF4" w:rsidRDefault="00AD6CF4"/>
        </w:tc>
        <w:tc>
          <w:tcPr>
            <w:tcW w:w="8030" w:type="dxa"/>
            <w:gridSpan w:val="3"/>
            <w:shd w:val="clear" w:color="auto" w:fill="F0F0F0"/>
          </w:tcPr>
          <w:p w:rsidR="00AD6CF4" w:rsidRDefault="00AD6CF4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AD6CF4" w:rsidRPr="00F67A63" w:rsidRDefault="00AD6CF4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AD6CF4" w:rsidRDefault="00AD6CF4" w:rsidP="00B4442D">
            <w:pPr>
              <w:keepNext/>
            </w:pPr>
          </w:p>
        </w:tc>
      </w:tr>
      <w:tr w:rsidR="00486273">
        <w:trPr>
          <w:cantSplit/>
          <w:trHeight w:val="510"/>
        </w:trPr>
        <w:tc>
          <w:tcPr>
            <w:tcW w:w="1606" w:type="dxa"/>
            <w:vMerge/>
          </w:tcPr>
          <w:p w:rsidR="00486273" w:rsidRDefault="00486273"/>
        </w:tc>
        <w:tc>
          <w:tcPr>
            <w:tcW w:w="2409" w:type="dxa"/>
            <w:shd w:val="clear" w:color="auto" w:fill="F0F0F0"/>
          </w:tcPr>
          <w:p w:rsidR="00486273" w:rsidRPr="009D75CC" w:rsidRDefault="001F68E6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>Cod de identificarefiscală (CIF)</w:t>
            </w:r>
          </w:p>
          <w:p w:rsidR="00AD6CF4" w:rsidRPr="00F67A63" w:rsidRDefault="00AD6CF4" w:rsidP="00AD6CF4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486273" w:rsidRDefault="001F68E6">
            <w:pPr>
              <w:keepNext/>
            </w:pPr>
            <w:r>
              <w:rPr>
                <w:b/>
                <w:color w:val="0D5F78"/>
              </w:rPr>
              <w:t>Adresaoficială</w:t>
            </w:r>
          </w:p>
          <w:p w:rsidR="00AD6CF4" w:rsidRPr="00C4131E" w:rsidRDefault="00AD6CF4" w:rsidP="00AD6CF4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AD6CF4" w:rsidRPr="00C4131E" w:rsidRDefault="00AD6CF4" w:rsidP="00AD6CF4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486273" w:rsidRDefault="00D03087">
            <w:pPr>
              <w:keepNext/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="00AD6CF4" w:rsidRPr="00C4131E">
              <w:rPr>
                <w:rFonts w:cs="Times New Roman"/>
                <w:b/>
                <w:szCs w:val="15"/>
              </w:rPr>
              <w:t xml:space="preserve">B: </w:t>
            </w:r>
            <w:hyperlink r:id="rId10" w:history="1">
              <w:r w:rsidR="00AD6CF4" w:rsidRPr="001B038E">
                <w:rPr>
                  <w:rStyle w:val="Hyperlink"/>
                  <w:rFonts w:eastAsia="Times New Roman" w:cs="Times New Roman"/>
                  <w:b/>
                  <w:szCs w:val="15"/>
                  <w:lang w:val="it-IT"/>
                </w:rPr>
                <w:t>http://primariaalbestipaleologu.ro</w:t>
              </w:r>
            </w:hyperlink>
          </w:p>
          <w:p w:rsidR="00AD6CF4" w:rsidRPr="00AD6CF4" w:rsidRDefault="00AD6CF4">
            <w:pPr>
              <w:keepNext/>
              <w:rPr>
                <w:rFonts w:cs="Times New Roman"/>
                <w:b/>
                <w:szCs w:val="15"/>
              </w:rPr>
            </w:pPr>
          </w:p>
        </w:tc>
      </w:tr>
      <w:tr w:rsidR="00486273">
        <w:trPr>
          <w:cantSplit/>
          <w:trHeight w:val="510"/>
        </w:trPr>
        <w:tc>
          <w:tcPr>
            <w:tcW w:w="1606" w:type="dxa"/>
            <w:vMerge/>
          </w:tcPr>
          <w:p w:rsidR="00486273" w:rsidRDefault="00486273"/>
        </w:tc>
        <w:tc>
          <w:tcPr>
            <w:tcW w:w="4818" w:type="dxa"/>
            <w:gridSpan w:val="2"/>
            <w:shd w:val="clear" w:color="auto" w:fill="F0F0F0"/>
          </w:tcPr>
          <w:p w:rsidR="00486273" w:rsidRDefault="001F68E6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486273" w:rsidRDefault="0048627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486273" w:rsidRDefault="001F68E6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486273" w:rsidRDefault="00486273">
            <w:pPr>
              <w:keepNext/>
            </w:pPr>
          </w:p>
        </w:tc>
      </w:tr>
      <w:tr w:rsidR="00486273" w:rsidRPr="00191E62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486273" w:rsidRPr="009D75CC" w:rsidRDefault="001F68E6">
            <w:pPr>
              <w:rPr>
                <w:lang w:val="fr-FR"/>
              </w:rPr>
            </w:pPr>
            <w:r w:rsidRPr="009D75CC">
              <w:rPr>
                <w:i/>
                <w:color w:val="595959"/>
                <w:lang w:val="fr-FR"/>
              </w:rPr>
              <w:t xml:space="preserve"> se completează de autoritate — solicitantul nu scrie</w:t>
            </w:r>
            <w:r w:rsidR="00AD6CF4">
              <w:rPr>
                <w:i/>
                <w:color w:val="595959"/>
                <w:lang w:val="fr-FR"/>
              </w:rPr>
              <w:t xml:space="preserve"> </w:t>
            </w:r>
            <w:r w:rsidRPr="009D75CC">
              <w:rPr>
                <w:i/>
                <w:color w:val="595959"/>
                <w:lang w:val="fr-FR"/>
              </w:rPr>
              <w:t>în</w:t>
            </w:r>
            <w:r w:rsidR="00AD6CF4">
              <w:rPr>
                <w:i/>
                <w:color w:val="595959"/>
                <w:lang w:val="fr-FR"/>
              </w:rPr>
              <w:t xml:space="preserve"> </w:t>
            </w:r>
            <w:r w:rsidRPr="009D75CC">
              <w:rPr>
                <w:i/>
                <w:color w:val="595959"/>
                <w:lang w:val="fr-FR"/>
              </w:rPr>
              <w:t>această</w:t>
            </w:r>
            <w:r w:rsidR="00AD6CF4">
              <w:rPr>
                <w:i/>
                <w:color w:val="595959"/>
                <w:lang w:val="fr-FR"/>
              </w:rPr>
              <w:t xml:space="preserve"> </w:t>
            </w:r>
            <w:r w:rsidRPr="009D75CC">
              <w:rPr>
                <w:i/>
                <w:color w:val="595959"/>
                <w:lang w:val="fr-FR"/>
              </w:rPr>
              <w:t>zonă</w:t>
            </w:r>
          </w:p>
        </w:tc>
      </w:tr>
    </w:tbl>
    <w:p w:rsidR="00486273" w:rsidRPr="009D75CC" w:rsidRDefault="00486273">
      <w:pPr>
        <w:spacing w:line="168" w:lineRule="auto"/>
        <w:rPr>
          <w:lang w:val="fr-FR"/>
        </w:rPr>
      </w:pPr>
    </w:p>
    <w:p w:rsidR="00486273" w:rsidRDefault="001F68E6">
      <w:pPr>
        <w:spacing w:before="140" w:after="40"/>
        <w:jc w:val="center"/>
      </w:pPr>
      <w:r>
        <w:rPr>
          <w:b/>
          <w:sz w:val="34"/>
        </w:rPr>
        <w:t>CERERE</w:t>
      </w:r>
    </w:p>
    <w:p w:rsidR="00486273" w:rsidRDefault="001F68E6">
      <w:pPr>
        <w:spacing w:after="120"/>
        <w:jc w:val="center"/>
      </w:pPr>
      <w:r>
        <w:rPr>
          <w:sz w:val="19"/>
        </w:rPr>
        <w:t>pentru emiterea avizului primarului</w:t>
      </w:r>
    </w:p>
    <w:p w:rsidR="00486273" w:rsidRDefault="0048627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486273">
        <w:trPr>
          <w:cantSplit/>
        </w:trPr>
        <w:tc>
          <w:tcPr>
            <w:tcW w:w="9636" w:type="dxa"/>
            <w:shd w:val="clear" w:color="auto" w:fill="F4F4F4"/>
          </w:tcPr>
          <w:p w:rsidR="00486273" w:rsidRDefault="001F68E6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>
        <w:trPr>
          <w:cantSplit/>
          <w:trHeight w:val="510"/>
        </w:trPr>
        <w:tc>
          <w:tcPr>
            <w:tcW w:w="9636" w:type="dxa"/>
          </w:tcPr>
          <w:p w:rsidR="00486273" w:rsidRDefault="001F68E6">
            <w:pPr>
              <w:keepNext/>
              <w:rPr>
                <w:b/>
                <w:color w:val="0D5F78"/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>Instituția</w:t>
            </w:r>
          </w:p>
          <w:p w:rsidR="00AD6CF4" w:rsidRPr="00C4131E" w:rsidRDefault="00AD6CF4" w:rsidP="00AD6CF4">
            <w:pPr>
              <w:keepNext/>
              <w:rPr>
                <w:lang w:val="fr-FR"/>
              </w:rPr>
            </w:pPr>
            <w:r w:rsidRPr="00C4131E">
              <w:rPr>
                <w:b/>
                <w:lang w:val="fr-FR"/>
              </w:rPr>
              <w:t>PRIMARIA COMUNEI ALBESTI – PALEOLOGU</w:t>
            </w:r>
          </w:p>
          <w:p w:rsidR="00486273" w:rsidRPr="009D75CC" w:rsidRDefault="00AD6CF4">
            <w:pPr>
              <w:keepNext/>
              <w:rPr>
                <w:lang w:val="fr-FR"/>
              </w:rPr>
            </w:pPr>
            <w:r w:rsidRPr="009D75CC">
              <w:rPr>
                <w:i/>
                <w:color w:val="7A7A7A"/>
                <w:lang w:val="fr-FR"/>
              </w:rPr>
              <w:t>P</w:t>
            </w:r>
            <w:r w:rsidR="001F68E6" w:rsidRPr="009D75CC">
              <w:rPr>
                <w:i/>
                <w:color w:val="7A7A7A"/>
                <w:lang w:val="fr-FR"/>
              </w:rPr>
              <w:t>rimăria</w:t>
            </w:r>
            <w:r>
              <w:rPr>
                <w:i/>
                <w:color w:val="7A7A7A"/>
                <w:lang w:val="fr-FR"/>
              </w:rPr>
              <w:t xml:space="preserve"> </w:t>
            </w:r>
            <w:r w:rsidR="001F68E6" w:rsidRPr="009D75CC">
              <w:rPr>
                <w:i/>
                <w:color w:val="7A7A7A"/>
                <w:lang w:val="fr-FR"/>
              </w:rPr>
              <w:t>municipiului / orașului / comunei · primăria de sector · consiliul</w:t>
            </w:r>
            <w:r>
              <w:rPr>
                <w:i/>
                <w:color w:val="7A7A7A"/>
                <w:lang w:val="fr-FR"/>
              </w:rPr>
              <w:t xml:space="preserve"> </w:t>
            </w:r>
            <w:r w:rsidR="001F68E6" w:rsidRPr="009D75CC">
              <w:rPr>
                <w:i/>
                <w:color w:val="7A7A7A"/>
                <w:lang w:val="fr-FR"/>
              </w:rPr>
              <w:t>județean</w:t>
            </w:r>
          </w:p>
          <w:p w:rsidR="00486273" w:rsidRPr="009D75CC" w:rsidRDefault="00486273">
            <w:pPr>
              <w:keepNext/>
              <w:rPr>
                <w:lang w:val="fr-FR"/>
              </w:rPr>
            </w:pPr>
          </w:p>
        </w:tc>
      </w:tr>
      <w:tr w:rsidR="00486273" w:rsidRPr="00191E62">
        <w:trPr>
          <w:cantSplit/>
        </w:trPr>
        <w:tc>
          <w:tcPr>
            <w:tcW w:w="9636" w:type="dxa"/>
            <w:shd w:val="clear" w:color="auto" w:fill="F4F4F4"/>
          </w:tcPr>
          <w:p w:rsidR="00486273" w:rsidRPr="009D75CC" w:rsidRDefault="001F68E6">
            <w:pPr>
              <w:spacing w:line="228" w:lineRule="auto"/>
              <w:rPr>
                <w:lang w:val="fr-FR"/>
              </w:rPr>
            </w:pPr>
            <w:r w:rsidRPr="009D75CC">
              <w:rPr>
                <w:lang w:val="fr-FR"/>
              </w:rPr>
              <w:t>Cererea va fi transmisă</w:t>
            </w:r>
            <w:r w:rsidR="00AD6CF4">
              <w:rPr>
                <w:lang w:val="fr-FR"/>
              </w:rPr>
              <w:t xml:space="preserve"> </w:t>
            </w:r>
            <w:r w:rsidRPr="009D75CC">
              <w:rPr>
                <w:lang w:val="fr-FR"/>
              </w:rPr>
              <w:t>către</w:t>
            </w:r>
            <w:r w:rsidR="00AD6CF4">
              <w:rPr>
                <w:lang w:val="fr-FR"/>
              </w:rPr>
              <w:t xml:space="preserve"> </w:t>
            </w:r>
            <w:r w:rsidRPr="009D75CC">
              <w:rPr>
                <w:lang w:val="fr-FR"/>
              </w:rPr>
              <w:t>primarul</w:t>
            </w:r>
            <w:r w:rsidR="00AD6CF4">
              <w:rPr>
                <w:lang w:val="fr-FR"/>
              </w:rPr>
              <w:t xml:space="preserve"> </w:t>
            </w:r>
            <w:r w:rsidRPr="009D75CC">
              <w:rPr>
                <w:lang w:val="fr-FR"/>
              </w:rPr>
              <w:t>general, primarul de sector</w:t>
            </w:r>
            <w:r w:rsidR="00AD6CF4">
              <w:rPr>
                <w:lang w:val="fr-FR"/>
              </w:rPr>
              <w:t xml:space="preserve"> </w:t>
            </w:r>
            <w:r w:rsidRPr="009D75CC">
              <w:rPr>
                <w:lang w:val="fr-FR"/>
              </w:rPr>
              <w:t>sau</w:t>
            </w:r>
            <w:r w:rsidR="00AD6CF4">
              <w:rPr>
                <w:lang w:val="fr-FR"/>
              </w:rPr>
              <w:t xml:space="preserve"> </w:t>
            </w:r>
            <w:r w:rsidRPr="009D75CC">
              <w:rPr>
                <w:lang w:val="fr-FR"/>
              </w:rPr>
              <w:t>primarul</w:t>
            </w:r>
            <w:r w:rsidR="00AD6CF4">
              <w:rPr>
                <w:lang w:val="fr-FR"/>
              </w:rPr>
              <w:t xml:space="preserve"> </w:t>
            </w:r>
            <w:r w:rsidRPr="009D75CC">
              <w:rPr>
                <w:lang w:val="fr-FR"/>
              </w:rPr>
              <w:t>municipiului / orașului / comunei, după</w:t>
            </w:r>
            <w:r w:rsidR="00AD6CF4">
              <w:rPr>
                <w:lang w:val="fr-FR"/>
              </w:rPr>
              <w:t xml:space="preserve"> </w:t>
            </w:r>
            <w:r w:rsidRPr="009D75CC">
              <w:rPr>
                <w:lang w:val="fr-FR"/>
              </w:rPr>
              <w:t>caz.</w:t>
            </w:r>
          </w:p>
        </w:tc>
      </w:tr>
    </w:tbl>
    <w:p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4015"/>
        <w:gridCol w:w="5621"/>
      </w:tblGrid>
      <w:tr w:rsidR="00486273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486273" w:rsidRDefault="001F68E6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>
        <w:trPr>
          <w:cantSplit/>
          <w:trHeight w:val="510"/>
        </w:trPr>
        <w:tc>
          <w:tcPr>
            <w:tcW w:w="4015" w:type="dxa"/>
          </w:tcPr>
          <w:p w:rsidR="00486273" w:rsidRDefault="001F68E6">
            <w:r>
              <w:rPr>
                <w:b/>
                <w:color w:val="0D5F78"/>
              </w:rPr>
              <w:t>A județului / municipiului București</w:t>
            </w:r>
          </w:p>
          <w:p w:rsidR="00486273" w:rsidRDefault="00486273"/>
        </w:tc>
        <w:tc>
          <w:tcPr>
            <w:tcW w:w="5621" w:type="dxa"/>
          </w:tcPr>
          <w:p w:rsidR="00486273" w:rsidRDefault="001F68E6">
            <w:r>
              <w:rPr>
                <w:b/>
                <w:color w:val="0D5F78"/>
              </w:rPr>
              <w:t>Reprezentată prin arhitect-șef</w:t>
            </w:r>
          </w:p>
          <w:p w:rsidR="00486273" w:rsidRDefault="00486273"/>
        </w:tc>
      </w:tr>
    </w:tbl>
    <w:p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486273">
        <w:trPr>
          <w:cantSplit/>
        </w:trPr>
        <w:tc>
          <w:tcPr>
            <w:tcW w:w="9636" w:type="dxa"/>
            <w:shd w:val="clear" w:color="auto" w:fill="F4F4F4"/>
          </w:tcPr>
          <w:p w:rsidR="00486273" w:rsidRDefault="001F68E6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>
        <w:trPr>
          <w:cantSplit/>
        </w:trPr>
        <w:tc>
          <w:tcPr>
            <w:tcW w:w="9636" w:type="dxa"/>
          </w:tcPr>
          <w:p w:rsidR="00486273" w:rsidRDefault="001F68E6">
            <w:pPr>
              <w:keepNext/>
            </w:pPr>
            <w:r>
              <w:rPr>
                <w:sz w:val="16"/>
              </w:rPr>
              <w:t>☐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486273">
        <w:trPr>
          <w:cantSplit/>
        </w:trPr>
        <w:tc>
          <w:tcPr>
            <w:tcW w:w="9636" w:type="dxa"/>
          </w:tcPr>
          <w:p w:rsidR="00486273" w:rsidRDefault="001F68E6">
            <w:pPr>
              <w:keepNext/>
            </w:pPr>
            <w:r>
              <w:rPr>
                <w:sz w:val="16"/>
              </w:rPr>
              <w:t>☐ 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486273">
        <w:trPr>
          <w:cantSplit/>
        </w:trPr>
        <w:tc>
          <w:tcPr>
            <w:tcW w:w="9636" w:type="dxa"/>
          </w:tcPr>
          <w:p w:rsidR="00486273" w:rsidRDefault="001F68E6">
            <w:r>
              <w:rPr>
                <w:sz w:val="16"/>
              </w:rPr>
              <w:t>☐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486273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486273" w:rsidRDefault="001F68E6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>
        <w:trPr>
          <w:cantSplit/>
        </w:trPr>
        <w:tc>
          <w:tcPr>
            <w:tcW w:w="9636" w:type="dxa"/>
            <w:gridSpan w:val="6"/>
          </w:tcPr>
          <w:p w:rsidR="00486273" w:rsidRDefault="001F68E6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486273">
        <w:trPr>
          <w:cantSplit/>
          <w:trHeight w:val="510"/>
        </w:trPr>
        <w:tc>
          <w:tcPr>
            <w:tcW w:w="3212" w:type="dxa"/>
            <w:gridSpan w:val="2"/>
          </w:tcPr>
          <w:p w:rsidR="00486273" w:rsidRDefault="001F68E6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:rsidR="00486273" w:rsidRDefault="001F68E6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:rsidR="00486273" w:rsidRDefault="001F68E6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486273" w:rsidRDefault="00486273">
            <w:pPr>
              <w:keepNext/>
            </w:pPr>
          </w:p>
        </w:tc>
      </w:tr>
      <w:tr w:rsidR="00486273">
        <w:trPr>
          <w:cantSplit/>
          <w:trHeight w:val="510"/>
        </w:trPr>
        <w:tc>
          <w:tcPr>
            <w:tcW w:w="1606" w:type="dxa"/>
          </w:tcPr>
          <w:p w:rsidR="00486273" w:rsidRDefault="001F68E6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:rsidR="00486273" w:rsidRDefault="001F68E6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486273" w:rsidRDefault="00486273">
            <w:pPr>
              <w:keepNext/>
            </w:pPr>
          </w:p>
        </w:tc>
        <w:tc>
          <w:tcPr>
            <w:tcW w:w="803" w:type="dxa"/>
          </w:tcPr>
          <w:p w:rsidR="00486273" w:rsidRDefault="001F68E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486273" w:rsidRDefault="00486273">
            <w:pPr>
              <w:keepNext/>
            </w:pPr>
          </w:p>
        </w:tc>
        <w:tc>
          <w:tcPr>
            <w:tcW w:w="2409" w:type="dxa"/>
          </w:tcPr>
          <w:p w:rsidR="00486273" w:rsidRDefault="001F68E6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486273" w:rsidRDefault="00486273">
            <w:pPr>
              <w:keepNext/>
            </w:pPr>
          </w:p>
        </w:tc>
      </w:tr>
      <w:tr w:rsidR="00486273">
        <w:trPr>
          <w:cantSplit/>
          <w:trHeight w:val="510"/>
        </w:trPr>
        <w:tc>
          <w:tcPr>
            <w:tcW w:w="5621" w:type="dxa"/>
            <w:gridSpan w:val="3"/>
          </w:tcPr>
          <w:p w:rsidR="00486273" w:rsidRPr="009D75CC" w:rsidRDefault="001F68E6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>Număr cadastral</w:t>
            </w:r>
          </w:p>
          <w:p w:rsidR="00486273" w:rsidRPr="009D75CC" w:rsidRDefault="001F68E6">
            <w:pPr>
              <w:keepNext/>
              <w:rPr>
                <w:lang w:val="fr-FR"/>
              </w:rPr>
            </w:pPr>
            <w:r w:rsidRPr="009D75CC">
              <w:rPr>
                <w:i/>
                <w:color w:val="7A7A7A"/>
                <w:lang w:val="fr-FR"/>
              </w:rPr>
              <w:t>dacăimobilul e înscrisîn e-Terra</w:t>
            </w:r>
          </w:p>
          <w:p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486273" w:rsidRDefault="001F68E6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486273" w:rsidRDefault="00486273">
            <w:pPr>
              <w:keepNext/>
            </w:pPr>
          </w:p>
        </w:tc>
      </w:tr>
    </w:tbl>
    <w:p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486273">
        <w:trPr>
          <w:cantSplit/>
        </w:trPr>
        <w:tc>
          <w:tcPr>
            <w:tcW w:w="9636" w:type="dxa"/>
            <w:shd w:val="clear" w:color="auto" w:fill="F4F4F4"/>
          </w:tcPr>
          <w:p w:rsidR="00486273" w:rsidRDefault="001F68E6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>
        <w:trPr>
          <w:cantSplit/>
        </w:trPr>
        <w:tc>
          <w:tcPr>
            <w:tcW w:w="9636" w:type="dxa"/>
          </w:tcPr>
          <w:p w:rsidR="00486273" w:rsidRPr="009D75CC" w:rsidRDefault="001F68E6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>☐ copie după</w:t>
            </w:r>
            <w:r w:rsidR="00AD6CF4">
              <w:rPr>
                <w:sz w:val="16"/>
                <w:lang w:val="fr-FR"/>
              </w:rPr>
              <w:t xml:space="preserve"> </w:t>
            </w:r>
            <w:r w:rsidRPr="009D75CC">
              <w:rPr>
                <w:sz w:val="16"/>
                <w:lang w:val="fr-FR"/>
              </w:rPr>
              <w:t>Certificatul de urbanism, împreună</w:t>
            </w:r>
            <w:r w:rsidR="00AD6CF4">
              <w:rPr>
                <w:sz w:val="16"/>
                <w:lang w:val="fr-FR"/>
              </w:rPr>
              <w:t xml:space="preserve"> </w:t>
            </w:r>
            <w:r w:rsidRPr="009D75CC">
              <w:rPr>
                <w:sz w:val="16"/>
                <w:lang w:val="fr-FR"/>
              </w:rPr>
              <w:t>cu</w:t>
            </w:r>
            <w:r w:rsidR="00AD6CF4">
              <w:rPr>
                <w:sz w:val="16"/>
                <w:lang w:val="fr-FR"/>
              </w:rPr>
              <w:t xml:space="preserve"> </w:t>
            </w:r>
            <w:r w:rsidRPr="009D75CC">
              <w:rPr>
                <w:sz w:val="16"/>
                <w:lang w:val="fr-FR"/>
              </w:rPr>
              <w:t>planurile-anexă</w:t>
            </w:r>
          </w:p>
        </w:tc>
      </w:tr>
    </w:tbl>
    <w:p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486273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486273" w:rsidRDefault="001F68E6">
            <w:pPr>
              <w:keepNext/>
            </w:pP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486273">
        <w:trPr>
          <w:cantSplit/>
        </w:trPr>
        <w:tc>
          <w:tcPr>
            <w:tcW w:w="9636" w:type="dxa"/>
            <w:gridSpan w:val="3"/>
          </w:tcPr>
          <w:p w:rsidR="00486273" w:rsidRDefault="001F68E6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>
        <w:trPr>
          <w:cantSplit/>
          <w:trHeight w:val="510"/>
        </w:trPr>
        <w:tc>
          <w:tcPr>
            <w:tcW w:w="1606" w:type="dxa"/>
          </w:tcPr>
          <w:p w:rsidR="00486273" w:rsidRDefault="001F68E6">
            <w:r>
              <w:rPr>
                <w:b/>
                <w:color w:val="0D5F78"/>
              </w:rPr>
              <w:t>Data</w:t>
            </w:r>
          </w:p>
          <w:p w:rsidR="00486273" w:rsidRDefault="00486273"/>
        </w:tc>
        <w:tc>
          <w:tcPr>
            <w:tcW w:w="4818" w:type="dxa"/>
          </w:tcPr>
          <w:p w:rsidR="00486273" w:rsidRDefault="001F68E6">
            <w:r>
              <w:rPr>
                <w:b/>
                <w:color w:val="0D5F78"/>
              </w:rPr>
              <w:t>Arhitectul-șef</w:t>
            </w:r>
          </w:p>
          <w:p w:rsidR="00486273" w:rsidRDefault="00486273"/>
        </w:tc>
        <w:tc>
          <w:tcPr>
            <w:tcW w:w="3212" w:type="dxa"/>
          </w:tcPr>
          <w:p w:rsidR="00486273" w:rsidRDefault="001F68E6">
            <w:r>
              <w:rPr>
                <w:b/>
                <w:color w:val="0D5F78"/>
              </w:rPr>
              <w:t>Semnătura</w:t>
            </w:r>
          </w:p>
          <w:p w:rsidR="00486273" w:rsidRDefault="00486273"/>
        </w:tc>
      </w:tr>
    </w:tbl>
    <w:p w:rsidR="00486273" w:rsidRDefault="00486273">
      <w:pPr>
        <w:spacing w:line="168" w:lineRule="auto"/>
      </w:pPr>
    </w:p>
    <w:sectPr w:rsidR="00486273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1A1" w:rsidRDefault="007621A1">
      <w:r>
        <w:separator/>
      </w:r>
    </w:p>
  </w:endnote>
  <w:endnote w:type="continuationSeparator" w:id="1">
    <w:p w:rsidR="007621A1" w:rsidRDefault="007621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273" w:rsidRDefault="001F68E6">
    <w:pPr>
      <w:pStyle w:val="Footer"/>
      <w:tabs>
        <w:tab w:val="right" w:pos="9639"/>
      </w:tabs>
    </w:pPr>
    <w:r>
      <w:rPr>
        <w:color w:val="595959"/>
      </w:rPr>
      <w:t>F_A_05 · versiunea 1.0</w:t>
    </w:r>
    <w:r>
      <w:rPr>
        <w:color w:val="595959"/>
      </w:rPr>
      <w:tab/>
      <w:t>pagina</w:t>
    </w:r>
    <w:r w:rsidR="00384E33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384E33">
      <w:rPr>
        <w:color w:val="595959"/>
      </w:rPr>
      <w:fldChar w:fldCharType="separate"/>
    </w:r>
    <w:r w:rsidR="00D03087">
      <w:rPr>
        <w:noProof/>
        <w:color w:val="595959"/>
      </w:rPr>
      <w:t>1</w:t>
    </w:r>
    <w:r w:rsidR="00384E33">
      <w:rPr>
        <w:color w:val="595959"/>
      </w:rPr>
      <w:fldChar w:fldCharType="end"/>
    </w:r>
    <w:r>
      <w:rPr>
        <w:color w:val="595959"/>
      </w:rPr>
      <w:t xml:space="preserve"> din </w:t>
    </w:r>
    <w:r w:rsidR="00384E33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384E33">
      <w:rPr>
        <w:color w:val="595959"/>
      </w:rPr>
      <w:fldChar w:fldCharType="separate"/>
    </w:r>
    <w:r w:rsidR="00D03087">
      <w:rPr>
        <w:noProof/>
        <w:color w:val="595959"/>
      </w:rPr>
      <w:t>1</w:t>
    </w:r>
    <w:r w:rsidR="00384E33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1A1" w:rsidRDefault="007621A1">
      <w:r>
        <w:separator/>
      </w:r>
    </w:p>
  </w:footnote>
  <w:footnote w:type="continuationSeparator" w:id="1">
    <w:p w:rsidR="007621A1" w:rsidRDefault="007621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809CF"/>
    <w:rsid w:val="00191E62"/>
    <w:rsid w:val="001F68E6"/>
    <w:rsid w:val="00287871"/>
    <w:rsid w:val="0029639D"/>
    <w:rsid w:val="002E4650"/>
    <w:rsid w:val="00326F90"/>
    <w:rsid w:val="00384E33"/>
    <w:rsid w:val="00472D78"/>
    <w:rsid w:val="00486273"/>
    <w:rsid w:val="006C103E"/>
    <w:rsid w:val="006E3E63"/>
    <w:rsid w:val="007621A1"/>
    <w:rsid w:val="009A56F0"/>
    <w:rsid w:val="009D75CC"/>
    <w:rsid w:val="00AA1D8D"/>
    <w:rsid w:val="00AD6CF4"/>
    <w:rsid w:val="00AF2B6B"/>
    <w:rsid w:val="00B47730"/>
    <w:rsid w:val="00CB0664"/>
    <w:rsid w:val="00D03087"/>
    <w:rsid w:val="00E61A6B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D6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primariaalbestipaleologu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4</cp:revision>
  <dcterms:created xsi:type="dcterms:W3CDTF">2026-09-07T06:10:00Z</dcterms:created>
  <dcterms:modified xsi:type="dcterms:W3CDTF">2026-09-09T13:13:00Z</dcterms:modified>
</cp:coreProperties>
</file>