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2527AB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2527AB" w:rsidRDefault="002527AB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color w:val="595959"/>
              </w:rPr>
              <w:t>siglă / stemă</w:t>
            </w:r>
          </w:p>
          <w:p w:rsidR="002527AB" w:rsidRDefault="002527AB">
            <w:pPr>
              <w:keepNext/>
              <w:jc w:val="center"/>
            </w:pPr>
            <w:r w:rsidRPr="002527AB">
              <w:rPr>
                <w:i/>
                <w:noProof/>
                <w:color w:val="595959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87630</wp:posOffset>
                  </wp:positionV>
                  <wp:extent cx="768350" cy="1094105"/>
                  <wp:effectExtent l="19050" t="0" r="0" b="0"/>
                  <wp:wrapNone/>
                  <wp:docPr id="1" name="Picture 2" descr="stema ALBESTI PALEOLOG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a ALBESTI PALEOLOG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1094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2527AB" w:rsidRDefault="002527AB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 xml:space="preserve">Județul </w:t>
            </w:r>
          </w:p>
          <w:p w:rsidR="002527AB" w:rsidRPr="00F67A63" w:rsidRDefault="002527AB" w:rsidP="00B4442D">
            <w:pPr>
              <w:keepNext/>
            </w:pPr>
            <w:r w:rsidRPr="00F67A63">
              <w:rPr>
                <w:b/>
              </w:rPr>
              <w:t>PRAHOVA</w:t>
            </w:r>
          </w:p>
          <w:p w:rsidR="002527AB" w:rsidRDefault="002527AB" w:rsidP="00B4442D">
            <w:pPr>
              <w:keepNext/>
            </w:pPr>
          </w:p>
        </w:tc>
      </w:tr>
      <w:tr w:rsidR="002527AB">
        <w:trPr>
          <w:cantSplit/>
          <w:trHeight w:val="510"/>
        </w:trPr>
        <w:tc>
          <w:tcPr>
            <w:tcW w:w="1606" w:type="dxa"/>
            <w:vMerge/>
          </w:tcPr>
          <w:p w:rsidR="002527AB" w:rsidRDefault="002527AB"/>
        </w:tc>
        <w:tc>
          <w:tcPr>
            <w:tcW w:w="8030" w:type="dxa"/>
            <w:gridSpan w:val="3"/>
            <w:shd w:val="clear" w:color="auto" w:fill="F0F0F0"/>
          </w:tcPr>
          <w:p w:rsidR="002527AB" w:rsidRDefault="002527AB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Autoritatea administrației publice</w:t>
            </w:r>
          </w:p>
          <w:p w:rsidR="002527AB" w:rsidRPr="00F67A63" w:rsidRDefault="002527AB" w:rsidP="00B4442D">
            <w:pPr>
              <w:keepNext/>
            </w:pPr>
            <w:r w:rsidRPr="00F67A63">
              <w:rPr>
                <w:b/>
              </w:rPr>
              <w:t>COMUNA ALBESTI - PALEOLOGU</w:t>
            </w:r>
          </w:p>
          <w:p w:rsidR="002527AB" w:rsidRDefault="002527AB" w:rsidP="00B4442D">
            <w:pPr>
              <w:keepNext/>
            </w:pPr>
          </w:p>
        </w:tc>
      </w:tr>
      <w:tr w:rsidR="001E1635">
        <w:trPr>
          <w:cantSplit/>
          <w:trHeight w:val="510"/>
        </w:trPr>
        <w:tc>
          <w:tcPr>
            <w:tcW w:w="1606" w:type="dxa"/>
            <w:vMerge/>
          </w:tcPr>
          <w:p w:rsidR="001E1635" w:rsidRDefault="001E1635"/>
        </w:tc>
        <w:tc>
          <w:tcPr>
            <w:tcW w:w="2409" w:type="dxa"/>
            <w:shd w:val="clear" w:color="auto" w:fill="F0F0F0"/>
          </w:tcPr>
          <w:p w:rsidR="001E1635" w:rsidRPr="006257CA" w:rsidRDefault="00D4623D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Cod de identificarefiscală (CIF)</w:t>
            </w:r>
          </w:p>
          <w:p w:rsidR="002527AB" w:rsidRPr="00F67A63" w:rsidRDefault="002527AB" w:rsidP="002527AB">
            <w:pPr>
              <w:keepNext/>
              <w:rPr>
                <w:b/>
                <w:lang w:val="fr-FR"/>
              </w:rPr>
            </w:pPr>
            <w:r w:rsidRPr="00F67A63">
              <w:rPr>
                <w:b/>
              </w:rPr>
              <w:t>2845664</w:t>
            </w:r>
          </w:p>
          <w:p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Adresaoficială</w:t>
            </w:r>
          </w:p>
          <w:p w:rsidR="002527AB" w:rsidRPr="00C4131E" w:rsidRDefault="002527AB" w:rsidP="002527AB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</w:rPr>
              <w:t>SAT ALBESTI-PALEOLOGU, DN1B, NR. 451, COD POSTAL 107010,</w:t>
            </w:r>
            <w:r w:rsidRPr="00C4131E">
              <w:rPr>
                <w:rFonts w:cs="Times New Roman"/>
                <w:szCs w:val="15"/>
                <w:lang w:val="it-IT"/>
              </w:rPr>
              <w:t xml:space="preserve"> </w:t>
            </w:r>
            <w:r w:rsidRPr="00C4131E">
              <w:rPr>
                <w:rFonts w:cs="Times New Roman"/>
                <w:b/>
                <w:szCs w:val="15"/>
                <w:lang w:val="it-IT"/>
              </w:rPr>
              <w:t xml:space="preserve">TELEFON/FAX </w:t>
            </w:r>
            <w:r w:rsidRPr="00C4131E">
              <w:rPr>
                <w:rFonts w:eastAsia="Times New Roman" w:cs="Times New Roman"/>
                <w:b/>
                <w:szCs w:val="15"/>
                <w:lang w:val="it-IT"/>
              </w:rPr>
              <w:t>- 0244  /  232853</w:t>
            </w:r>
          </w:p>
          <w:p w:rsidR="002527AB" w:rsidRPr="00C4131E" w:rsidRDefault="002527AB" w:rsidP="002527AB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  <w:lang w:val="it-IT"/>
              </w:rPr>
              <w:t xml:space="preserve">E-MAIL: </w:t>
            </w:r>
            <w:hyperlink r:id="rId9" w:history="1">
              <w:r w:rsidRPr="00C4131E">
                <w:rPr>
                  <w:rStyle w:val="Hyperlink"/>
                  <w:rFonts w:cs="Times New Roman"/>
                  <w:b/>
                  <w:szCs w:val="15"/>
                  <w:lang w:val="it-IT"/>
                </w:rPr>
                <w:t>office@albestipaleologu.ro</w:t>
              </w:r>
            </w:hyperlink>
          </w:p>
          <w:p w:rsidR="002527AB" w:rsidRPr="00C4131E" w:rsidRDefault="00C97FD4" w:rsidP="002527AB">
            <w:pPr>
              <w:keepNext/>
              <w:rPr>
                <w:rFonts w:cs="Times New Roman"/>
                <w:b/>
                <w:szCs w:val="15"/>
              </w:rPr>
            </w:pPr>
            <w:r>
              <w:rPr>
                <w:rFonts w:cs="Times New Roman"/>
                <w:b/>
                <w:szCs w:val="15"/>
              </w:rPr>
              <w:t>ADRESA WE</w:t>
            </w:r>
            <w:r w:rsidR="002527AB" w:rsidRPr="00C4131E">
              <w:rPr>
                <w:rFonts w:cs="Times New Roman"/>
                <w:b/>
                <w:szCs w:val="15"/>
              </w:rPr>
              <w:t xml:space="preserve">B: </w:t>
            </w:r>
            <w:r w:rsidR="002527AB" w:rsidRPr="00C4131E">
              <w:rPr>
                <w:rFonts w:eastAsia="Times New Roman" w:cs="Times New Roman"/>
                <w:b/>
                <w:color w:val="0000FF"/>
                <w:szCs w:val="15"/>
                <w:lang w:val="it-IT"/>
              </w:rPr>
              <w:t>http://primariaalbestipaleologu.ro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  <w:trHeight w:val="510"/>
        </w:trPr>
        <w:tc>
          <w:tcPr>
            <w:tcW w:w="1606" w:type="dxa"/>
            <w:vMerge/>
          </w:tcPr>
          <w:p w:rsidR="001E1635" w:rsidRDefault="001E1635"/>
        </w:tc>
        <w:tc>
          <w:tcPr>
            <w:tcW w:w="4818" w:type="dxa"/>
            <w:gridSpan w:val="2"/>
            <w:shd w:val="clear" w:color="auto" w:fill="F0F0F0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1E1635" w:rsidRDefault="001E163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1E1635" w:rsidRDefault="001E1635">
            <w:pPr>
              <w:keepNext/>
            </w:pPr>
          </w:p>
        </w:tc>
      </w:tr>
      <w:tr w:rsidR="001E1635" w:rsidRPr="00A37FAC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1E1635" w:rsidRPr="006257CA" w:rsidRDefault="002527AB">
            <w:pPr>
              <w:rPr>
                <w:lang w:val="fr-FR"/>
              </w:rPr>
            </w:pPr>
            <w:r w:rsidRPr="006257CA">
              <w:rPr>
                <w:i/>
                <w:color w:val="595959"/>
                <w:lang w:val="fr-FR"/>
              </w:rPr>
              <w:t>S</w:t>
            </w:r>
            <w:r w:rsidR="00D4623D" w:rsidRPr="006257CA">
              <w:rPr>
                <w:i/>
                <w:color w:val="595959"/>
                <w:lang w:val="fr-FR"/>
              </w:rPr>
              <w:t>e</w:t>
            </w:r>
            <w:r>
              <w:rPr>
                <w:i/>
                <w:color w:val="595959"/>
                <w:lang w:val="fr-FR"/>
              </w:rPr>
              <w:t xml:space="preserve"> </w:t>
            </w:r>
            <w:r w:rsidR="00D4623D" w:rsidRPr="006257CA">
              <w:rPr>
                <w:i/>
                <w:color w:val="595959"/>
                <w:lang w:val="fr-FR"/>
              </w:rPr>
              <w:t>completează de autoritate — solicitantul nu scrie</w:t>
            </w:r>
            <w:r>
              <w:rPr>
                <w:i/>
                <w:color w:val="595959"/>
                <w:lang w:val="fr-FR"/>
              </w:rPr>
              <w:t xml:space="preserve"> </w:t>
            </w:r>
            <w:r w:rsidR="00D4623D" w:rsidRPr="006257CA">
              <w:rPr>
                <w:i/>
                <w:color w:val="595959"/>
                <w:lang w:val="fr-FR"/>
              </w:rPr>
              <w:t>în</w:t>
            </w:r>
            <w:r>
              <w:rPr>
                <w:i/>
                <w:color w:val="595959"/>
                <w:lang w:val="fr-FR"/>
              </w:rPr>
              <w:t xml:space="preserve"> </w:t>
            </w:r>
            <w:r w:rsidR="00D4623D" w:rsidRPr="006257CA">
              <w:rPr>
                <w:i/>
                <w:color w:val="595959"/>
                <w:lang w:val="fr-FR"/>
              </w:rPr>
              <w:t>această</w:t>
            </w:r>
            <w:r>
              <w:rPr>
                <w:i/>
                <w:color w:val="595959"/>
                <w:lang w:val="fr-FR"/>
              </w:rPr>
              <w:t xml:space="preserve"> </w:t>
            </w:r>
            <w:r w:rsidR="00D4623D" w:rsidRPr="006257CA">
              <w:rPr>
                <w:i/>
                <w:color w:val="595959"/>
                <w:lang w:val="fr-FR"/>
              </w:rPr>
              <w:t>zonă</w:t>
            </w:r>
          </w:p>
        </w:tc>
      </w:tr>
    </w:tbl>
    <w:p w:rsidR="001E1635" w:rsidRPr="006257CA" w:rsidRDefault="001E1635">
      <w:pPr>
        <w:spacing w:line="168" w:lineRule="auto"/>
        <w:rPr>
          <w:lang w:val="fr-FR"/>
        </w:rPr>
      </w:pPr>
    </w:p>
    <w:p w:rsidR="001E1635" w:rsidRPr="00A37FAC" w:rsidRDefault="00D4623D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1E1635">
        <w:trPr>
          <w:cantSplit/>
        </w:trPr>
        <w:tc>
          <w:tcPr>
            <w:tcW w:w="9636" w:type="dxa"/>
            <w:shd w:val="clear" w:color="auto" w:fill="F4F4F4"/>
          </w:tcPr>
          <w:p w:rsidR="001E1635" w:rsidRDefault="00D4623D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>
        <w:trPr>
          <w:cantSplit/>
          <w:trHeight w:val="510"/>
        </w:trPr>
        <w:tc>
          <w:tcPr>
            <w:tcW w:w="9636" w:type="dxa"/>
          </w:tcPr>
          <w:p w:rsidR="001E1635" w:rsidRDefault="00D4623D">
            <w:pPr>
              <w:keepNext/>
              <w:rPr>
                <w:b/>
                <w:color w:val="0D5F78"/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Instituția</w:t>
            </w:r>
          </w:p>
          <w:p w:rsidR="002527AB" w:rsidRPr="002527AB" w:rsidRDefault="002527AB">
            <w:pPr>
              <w:keepNext/>
              <w:rPr>
                <w:b/>
                <w:lang w:val="fr-FR"/>
              </w:rPr>
            </w:pPr>
            <w:r w:rsidRPr="002527AB">
              <w:rPr>
                <w:b/>
                <w:lang w:val="fr-FR"/>
              </w:rPr>
              <w:t>PRIMARIA ALBESTI-PALEOLOGU</w:t>
            </w:r>
          </w:p>
          <w:p w:rsidR="001E1635" w:rsidRPr="006257CA" w:rsidRDefault="002527AB">
            <w:pPr>
              <w:keepNext/>
              <w:rPr>
                <w:lang w:val="fr-FR"/>
              </w:rPr>
            </w:pPr>
            <w:r w:rsidRPr="006257CA">
              <w:rPr>
                <w:i/>
                <w:color w:val="7A7A7A"/>
                <w:lang w:val="fr-FR"/>
              </w:rPr>
              <w:t>P</w:t>
            </w:r>
            <w:r w:rsidR="00D4623D" w:rsidRPr="006257CA">
              <w:rPr>
                <w:i/>
                <w:color w:val="7A7A7A"/>
                <w:lang w:val="fr-FR"/>
              </w:rPr>
              <w:t>rimăria</w:t>
            </w:r>
            <w:r>
              <w:rPr>
                <w:i/>
                <w:color w:val="7A7A7A"/>
                <w:lang w:val="fr-FR"/>
              </w:rPr>
              <w:t xml:space="preserve"> </w:t>
            </w:r>
            <w:r w:rsidR="00D4623D" w:rsidRPr="006257CA">
              <w:rPr>
                <w:i/>
                <w:color w:val="7A7A7A"/>
                <w:lang w:val="fr-FR"/>
              </w:rPr>
              <w:t>municipiului / orașului / comunei · primăria de sector · consiliul</w:t>
            </w:r>
            <w:r>
              <w:rPr>
                <w:i/>
                <w:color w:val="7A7A7A"/>
                <w:lang w:val="fr-FR"/>
              </w:rPr>
              <w:t xml:space="preserve"> </w:t>
            </w:r>
            <w:r w:rsidR="00D4623D" w:rsidRPr="006257CA">
              <w:rPr>
                <w:i/>
                <w:color w:val="7A7A7A"/>
                <w:lang w:val="fr-FR"/>
              </w:rPr>
              <w:t>județean</w:t>
            </w:r>
          </w:p>
          <w:p w:rsidR="001E1635" w:rsidRPr="006257CA" w:rsidRDefault="001E1635">
            <w:pPr>
              <w:keepNext/>
              <w:rPr>
                <w:lang w:val="fr-FR"/>
              </w:rPr>
            </w:pPr>
          </w:p>
        </w:tc>
      </w:tr>
      <w:tr w:rsidR="001E1635" w:rsidRPr="00A37FAC">
        <w:trPr>
          <w:cantSplit/>
        </w:trPr>
        <w:tc>
          <w:tcPr>
            <w:tcW w:w="9636" w:type="dxa"/>
            <w:shd w:val="clear" w:color="auto" w:fill="F4F4F4"/>
          </w:tcPr>
          <w:p w:rsidR="001E1635" w:rsidRPr="006257CA" w:rsidRDefault="00D4623D">
            <w:pPr>
              <w:spacing w:line="228" w:lineRule="auto"/>
              <w:rPr>
                <w:lang w:val="fr-FR"/>
              </w:rPr>
            </w:pPr>
            <w:r w:rsidRPr="006257CA">
              <w:rPr>
                <w:lang w:val="fr-FR"/>
              </w:rPr>
              <w:t>Cererea va fi transmisă</w:t>
            </w:r>
            <w:r w:rsidR="002527AB">
              <w:rPr>
                <w:lang w:val="fr-FR"/>
              </w:rPr>
              <w:t xml:space="preserve"> </w:t>
            </w:r>
            <w:r w:rsidRPr="006257CA">
              <w:rPr>
                <w:lang w:val="fr-FR"/>
              </w:rPr>
              <w:t>către</w:t>
            </w:r>
            <w:r w:rsidR="002527AB">
              <w:rPr>
                <w:lang w:val="fr-FR"/>
              </w:rPr>
              <w:t xml:space="preserve"> </w:t>
            </w:r>
            <w:r w:rsidRPr="006257CA">
              <w:rPr>
                <w:lang w:val="fr-FR"/>
              </w:rPr>
              <w:t>președintele</w:t>
            </w:r>
            <w:r w:rsidR="002527AB">
              <w:rPr>
                <w:lang w:val="fr-FR"/>
              </w:rPr>
              <w:t xml:space="preserve"> </w:t>
            </w:r>
            <w:r w:rsidRPr="006257CA">
              <w:rPr>
                <w:lang w:val="fr-FR"/>
              </w:rPr>
              <w:t>consiliului</w:t>
            </w:r>
            <w:r w:rsidR="002527AB">
              <w:rPr>
                <w:lang w:val="fr-FR"/>
              </w:rPr>
              <w:t xml:space="preserve"> </w:t>
            </w:r>
            <w:r w:rsidRPr="006257CA">
              <w:rPr>
                <w:lang w:val="fr-FR"/>
              </w:rPr>
              <w:t>județean, primarul</w:t>
            </w:r>
            <w:r w:rsidR="002527AB">
              <w:rPr>
                <w:lang w:val="fr-FR"/>
              </w:rPr>
              <w:t xml:space="preserve"> </w:t>
            </w:r>
            <w:r w:rsidRPr="006257CA">
              <w:rPr>
                <w:lang w:val="fr-FR"/>
              </w:rPr>
              <w:t>general, primarul de sector</w:t>
            </w:r>
            <w:r w:rsidR="002527AB">
              <w:rPr>
                <w:lang w:val="fr-FR"/>
              </w:rPr>
              <w:t xml:space="preserve"> </w:t>
            </w:r>
            <w:r w:rsidRPr="006257CA">
              <w:rPr>
                <w:lang w:val="fr-FR"/>
              </w:rPr>
              <w:t>sau</w:t>
            </w:r>
            <w:r w:rsidR="002527AB">
              <w:rPr>
                <w:lang w:val="fr-FR"/>
              </w:rPr>
              <w:t xml:space="preserve"> </w:t>
            </w:r>
            <w:r w:rsidRPr="006257CA">
              <w:rPr>
                <w:lang w:val="fr-FR"/>
              </w:rPr>
              <w:t>primarul</w:t>
            </w:r>
            <w:r w:rsidR="002527AB">
              <w:rPr>
                <w:lang w:val="fr-FR"/>
              </w:rPr>
              <w:t xml:space="preserve"> </w:t>
            </w:r>
            <w:r w:rsidRPr="006257CA">
              <w:rPr>
                <w:lang w:val="fr-FR"/>
              </w:rPr>
              <w:t>municipiului / orașului / comunei, după</w:t>
            </w:r>
            <w:r w:rsidR="002527AB">
              <w:rPr>
                <w:lang w:val="fr-FR"/>
              </w:rPr>
              <w:t xml:space="preserve"> </w:t>
            </w:r>
            <w:r w:rsidRPr="006257CA">
              <w:rPr>
                <w:lang w:val="fr-FR"/>
              </w:rPr>
              <w:t>caz.</w:t>
            </w:r>
          </w:p>
        </w:tc>
      </w:tr>
    </w:tbl>
    <w:p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Default="00D4623D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>
        <w:trPr>
          <w:cantSplit/>
          <w:trHeight w:val="510"/>
        </w:trPr>
        <w:tc>
          <w:tcPr>
            <w:tcW w:w="5621" w:type="dxa"/>
            <w:gridSpan w:val="5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Default="00D4623D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>
        <w:trPr>
          <w:cantSplit/>
          <w:trHeight w:val="510"/>
        </w:trPr>
        <w:tc>
          <w:tcPr>
            <w:tcW w:w="1606" w:type="dxa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1E1635" w:rsidRDefault="001E1635">
            <w:pPr>
              <w:keepNext/>
            </w:pPr>
          </w:p>
        </w:tc>
        <w:tc>
          <w:tcPr>
            <w:tcW w:w="1606" w:type="dxa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1E1635" w:rsidRDefault="001E1635">
            <w:pPr>
              <w:keepNext/>
            </w:pPr>
          </w:p>
        </w:tc>
        <w:tc>
          <w:tcPr>
            <w:tcW w:w="1606" w:type="dxa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Default="00D4623D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>
        <w:trPr>
          <w:cantSplit/>
          <w:trHeight w:val="510"/>
        </w:trPr>
        <w:tc>
          <w:tcPr>
            <w:tcW w:w="3212" w:type="dxa"/>
            <w:gridSpan w:val="2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  <w:trHeight w:val="510"/>
        </w:trPr>
        <w:tc>
          <w:tcPr>
            <w:tcW w:w="3212" w:type="dxa"/>
            <w:gridSpan w:val="2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1E1635" w:rsidRDefault="001E1635">
            <w:pPr>
              <w:keepNext/>
            </w:pPr>
          </w:p>
        </w:tc>
        <w:tc>
          <w:tcPr>
            <w:tcW w:w="803" w:type="dxa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1E1635" w:rsidRDefault="001E1635">
            <w:pPr>
              <w:keepNext/>
            </w:pPr>
          </w:p>
        </w:tc>
        <w:tc>
          <w:tcPr>
            <w:tcW w:w="803" w:type="dxa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1E1635" w:rsidRDefault="001E1635">
            <w:pPr>
              <w:keepNext/>
            </w:pPr>
          </w:p>
        </w:tc>
        <w:tc>
          <w:tcPr>
            <w:tcW w:w="803" w:type="dxa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1E1635" w:rsidRDefault="001E1635">
            <w:pPr>
              <w:keepNext/>
            </w:pPr>
          </w:p>
        </w:tc>
        <w:tc>
          <w:tcPr>
            <w:tcW w:w="803" w:type="dxa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1E1635" w:rsidRDefault="001E1635">
            <w:pPr>
              <w:keepNext/>
            </w:pPr>
          </w:p>
        </w:tc>
        <w:tc>
          <w:tcPr>
            <w:tcW w:w="1606" w:type="dxa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1E1635" w:rsidRDefault="001E1635">
            <w:pPr>
              <w:keepNext/>
            </w:pPr>
          </w:p>
        </w:tc>
        <w:tc>
          <w:tcPr>
            <w:tcW w:w="1606" w:type="dxa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Default="00D4623D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>
        <w:trPr>
          <w:cantSplit/>
          <w:trHeight w:val="510"/>
        </w:trPr>
        <w:tc>
          <w:tcPr>
            <w:tcW w:w="4015" w:type="dxa"/>
            <w:gridSpan w:val="3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Default="00D4623D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>
        <w:trPr>
          <w:cantSplit/>
          <w:trHeight w:val="510"/>
        </w:trPr>
        <w:tc>
          <w:tcPr>
            <w:tcW w:w="6424" w:type="dxa"/>
            <w:gridSpan w:val="6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:rsidR="001E1635" w:rsidRDefault="001E1635">
            <w:pPr>
              <w:keepNext/>
            </w:pPr>
          </w:p>
        </w:tc>
      </w:tr>
      <w:tr w:rsidR="001E1635" w:rsidRPr="00A37FAC">
        <w:trPr>
          <w:cantSplit/>
        </w:trPr>
        <w:tc>
          <w:tcPr>
            <w:tcW w:w="9636" w:type="dxa"/>
            <w:gridSpan w:val="8"/>
          </w:tcPr>
          <w:p w:rsidR="001E1635" w:rsidRPr="006257CA" w:rsidRDefault="00D4623D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:rsidR="001E1635" w:rsidRPr="006257CA" w:rsidRDefault="001E1635">
      <w:pPr>
        <w:spacing w:line="168" w:lineRule="auto"/>
        <w:rPr>
          <w:lang w:val="fr-FR"/>
        </w:rPr>
      </w:pPr>
    </w:p>
    <w:p w:rsidR="001E1635" w:rsidRPr="006257CA" w:rsidRDefault="00532252">
      <w:pPr>
        <w:spacing w:before="80" w:after="60"/>
        <w:jc w:val="center"/>
        <w:rPr>
          <w:lang w:val="fr-FR"/>
        </w:rPr>
      </w:pPr>
      <w:r w:rsidRPr="006257CA">
        <w:rPr>
          <w:sz w:val="18"/>
          <w:lang w:val="fr-FR"/>
        </w:rPr>
        <w:t>I</w:t>
      </w:r>
      <w:r w:rsidR="00D4623D" w:rsidRPr="006257CA">
        <w:rPr>
          <w:sz w:val="18"/>
          <w:lang w:val="fr-FR"/>
        </w:rPr>
        <w:t>nconformitate</w:t>
      </w:r>
      <w:r>
        <w:rPr>
          <w:sz w:val="18"/>
          <w:lang w:val="fr-FR"/>
        </w:rPr>
        <w:t xml:space="preserve"> </w:t>
      </w:r>
      <w:r w:rsidR="00D4623D" w:rsidRPr="006257CA">
        <w:rPr>
          <w:sz w:val="18"/>
          <w:lang w:val="fr-FR"/>
        </w:rPr>
        <w:t>cu</w:t>
      </w:r>
      <w:r>
        <w:rPr>
          <w:sz w:val="18"/>
          <w:lang w:val="fr-FR"/>
        </w:rPr>
        <w:t xml:space="preserve"> </w:t>
      </w:r>
      <w:r w:rsidR="00D4623D" w:rsidRPr="006257CA">
        <w:rPr>
          <w:sz w:val="18"/>
          <w:lang w:val="fr-FR"/>
        </w:rPr>
        <w:t>prevederile</w:t>
      </w:r>
      <w:r>
        <w:rPr>
          <w:sz w:val="18"/>
          <w:lang w:val="fr-FR"/>
        </w:rPr>
        <w:t xml:space="preserve"> </w:t>
      </w:r>
      <w:r w:rsidR="00D4623D" w:rsidRPr="006257CA">
        <w:rPr>
          <w:sz w:val="18"/>
          <w:lang w:val="fr-FR"/>
        </w:rPr>
        <w:t>Legii nr. 169/2026 privind</w:t>
      </w:r>
      <w:r w:rsidR="002527AB">
        <w:rPr>
          <w:sz w:val="18"/>
          <w:lang w:val="fr-FR"/>
        </w:rPr>
        <w:t xml:space="preserve"> </w:t>
      </w:r>
      <w:r w:rsidR="00D4623D" w:rsidRPr="006257CA">
        <w:rPr>
          <w:sz w:val="18"/>
          <w:lang w:val="fr-FR"/>
        </w:rPr>
        <w:t>Codul</w:t>
      </w:r>
      <w:r w:rsidR="002527AB">
        <w:rPr>
          <w:sz w:val="18"/>
          <w:lang w:val="fr-FR"/>
        </w:rPr>
        <w:t xml:space="preserve"> </w:t>
      </w:r>
      <w:r w:rsidR="00D4623D" w:rsidRPr="006257CA">
        <w:rPr>
          <w:sz w:val="18"/>
          <w:lang w:val="fr-FR"/>
        </w:rPr>
        <w:t>amenajării</w:t>
      </w:r>
      <w:r w:rsidR="002527AB">
        <w:rPr>
          <w:sz w:val="18"/>
          <w:lang w:val="fr-FR"/>
        </w:rPr>
        <w:t xml:space="preserve"> </w:t>
      </w:r>
      <w:r w:rsidR="00D4623D" w:rsidRPr="006257CA">
        <w:rPr>
          <w:sz w:val="18"/>
          <w:lang w:val="fr-FR"/>
        </w:rPr>
        <w:t>teritoriului, urbanismului</w:t>
      </w:r>
      <w:r>
        <w:rPr>
          <w:sz w:val="18"/>
          <w:lang w:val="fr-FR"/>
        </w:rPr>
        <w:t xml:space="preserve"> </w:t>
      </w:r>
      <w:r w:rsidR="00D4623D" w:rsidRPr="006257CA">
        <w:rPr>
          <w:sz w:val="18"/>
          <w:lang w:val="fr-FR"/>
        </w:rPr>
        <w:t>și</w:t>
      </w:r>
      <w:r>
        <w:rPr>
          <w:sz w:val="18"/>
          <w:lang w:val="fr-FR"/>
        </w:rPr>
        <w:t xml:space="preserve"> </w:t>
      </w:r>
      <w:r w:rsidR="00D4623D" w:rsidRPr="006257CA">
        <w:rPr>
          <w:sz w:val="18"/>
          <w:lang w:val="fr-FR"/>
        </w:rPr>
        <w:t>construcțiilor,</w:t>
      </w:r>
    </w:p>
    <w:p w:rsidR="001E1635" w:rsidRPr="006257CA" w:rsidRDefault="00D4623D">
      <w:pPr>
        <w:spacing w:before="80" w:after="60"/>
        <w:jc w:val="center"/>
        <w:rPr>
          <w:lang w:val="fr-FR"/>
        </w:rPr>
      </w:pPr>
      <w:r w:rsidRPr="006257CA">
        <w:rPr>
          <w:sz w:val="18"/>
          <w:lang w:val="fr-FR"/>
        </w:rPr>
        <w:t>solicit</w:t>
      </w:r>
      <w:r w:rsidR="00532252">
        <w:rPr>
          <w:sz w:val="18"/>
          <w:lang w:val="fr-FR"/>
        </w:rPr>
        <w:t xml:space="preserve"> </w:t>
      </w:r>
      <w:r w:rsidRPr="006257CA">
        <w:rPr>
          <w:sz w:val="18"/>
          <w:lang w:val="fr-FR"/>
        </w:rPr>
        <w:t>emiterea</w:t>
      </w:r>
    </w:p>
    <w:p w:rsidR="001E1635" w:rsidRPr="006257CA" w:rsidRDefault="00D4623D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:rsidR="001E1635" w:rsidRDefault="00D4623D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leGrid"/>
        <w:tblW w:w="0" w:type="auto"/>
        <w:tblLayout w:type="fixed"/>
        <w:tblLook w:val="04A0"/>
      </w:tblPr>
      <w:tblGrid>
        <w:gridCol w:w="9636"/>
      </w:tblGrid>
      <w:tr w:rsidR="006257CA" w:rsidRPr="006257CA" w:rsidTr="006257CA">
        <w:tc>
          <w:tcPr>
            <w:tcW w:w="9636" w:type="dxa"/>
          </w:tcPr>
          <w:p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r w:rsidRPr="006257CA">
              <w:rPr>
                <w:b/>
                <w:bCs/>
                <w:sz w:val="18"/>
                <w:szCs w:val="18"/>
              </w:rPr>
              <w:t>ÎN  VEDEREA REALIZĂRII OPERAȚIUNII CADATRALE :</w:t>
            </w:r>
          </w:p>
        </w:tc>
      </w:tr>
      <w:tr w:rsidR="006257CA" w:rsidRPr="00A37FAC" w:rsidTr="006257CA">
        <w:tc>
          <w:tcPr>
            <w:tcW w:w="9636" w:type="dxa"/>
          </w:tcPr>
          <w:p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comasare (alipire)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dezmembrare (dezlipire)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</w:t>
            </w:r>
            <w:r w:rsidR="002527AB">
              <w:rPr>
                <w:lang w:val="fr-FR"/>
              </w:rPr>
              <w:t xml:space="preserve"> </w:t>
            </w:r>
            <w:r w:rsidRPr="000F0E2F">
              <w:rPr>
                <w:lang w:val="fr-FR"/>
              </w:rPr>
              <w:t>unorservitu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 de trecere</w:t>
            </w:r>
          </w:p>
        </w:tc>
      </w:tr>
      <w:tr w:rsidR="006257CA" w:rsidRPr="00A37FAC" w:rsidTr="006257CA">
        <w:tc>
          <w:tcPr>
            <w:tcW w:w="9636" w:type="dxa"/>
          </w:tcPr>
          <w:p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>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 de imobile</w:t>
            </w:r>
            <w:r w:rsidR="002527AB">
              <w:rPr>
                <w:lang w:val="fr-FR"/>
              </w:rPr>
              <w:t xml:space="preserve">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r w:rsidR="002527AB">
              <w:rPr>
                <w:lang w:val="fr-FR"/>
              </w:rPr>
              <w:t xml:space="preserve"> </w:t>
            </w:r>
            <w:r w:rsidRPr="000F0E2F">
              <w:rPr>
                <w:lang w:val="fr-FR"/>
              </w:rPr>
              <w:t>carteafunciar</w:t>
            </w:r>
            <w:r w:rsidRPr="000F0E2F">
              <w:rPr>
                <w:rFonts w:cs="Times New Roman"/>
                <w:lang w:val="fr-FR"/>
              </w:rPr>
              <w:t>ă</w:t>
            </w:r>
            <w:r w:rsidR="002527AB">
              <w:rPr>
                <w:rFonts w:cs="Times New Roman"/>
                <w:lang w:val="fr-FR"/>
              </w:rPr>
              <w:t xml:space="preserve">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>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 de imobile</w:t>
            </w:r>
            <w:r w:rsidR="002527AB">
              <w:rPr>
                <w:lang w:val="fr-FR"/>
              </w:rPr>
              <w:t xml:space="preserve">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r w:rsidR="002527AB">
              <w:rPr>
                <w:lang w:val="fr-FR"/>
              </w:rPr>
              <w:t xml:space="preserve"> </w:t>
            </w:r>
            <w:r w:rsidRPr="000F0E2F">
              <w:rPr>
                <w:lang w:val="fr-FR"/>
              </w:rPr>
              <w:t>cartea</w:t>
            </w:r>
            <w:r w:rsidR="002527AB">
              <w:rPr>
                <w:lang w:val="fr-FR"/>
              </w:rPr>
              <w:t xml:space="preserve"> </w:t>
            </w:r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</w:p>
        </w:tc>
      </w:tr>
      <w:tr w:rsidR="001E1635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:rsidR="001E1635" w:rsidRDefault="006257CA">
            <w:pPr>
              <w:keepNext/>
            </w:pPr>
            <w:r>
              <w:rPr>
                <w:sz w:val="16"/>
                <w:lang w:val="fr-FR"/>
              </w:rPr>
              <w:t>Descrierea</w:t>
            </w:r>
            <w:r w:rsidR="002527AB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>operațiunii cadastrale propuse :</w:t>
            </w:r>
          </w:p>
        </w:tc>
      </w:tr>
      <w:tr w:rsidR="001E1635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1E1635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1E1635" w:rsidRDefault="006257CA">
            <w:pPr>
              <w:keepNext/>
            </w:pPr>
            <w:r>
              <w:rPr>
                <w:b/>
                <w:sz w:val="16"/>
              </w:rPr>
              <w:t>4</w:t>
            </w:r>
            <w:r w:rsidR="00D4623D">
              <w:rPr>
                <w:b/>
                <w:sz w:val="16"/>
              </w:rPr>
              <w:t xml:space="preserve">. </w:t>
            </w:r>
            <w:r w:rsidR="00D4623D">
              <w:rPr>
                <w:b/>
                <w:color w:val="000000"/>
                <w:sz w:val="18"/>
              </w:rPr>
              <w:t>IMOBILUL</w:t>
            </w:r>
          </w:p>
        </w:tc>
      </w:tr>
      <w:tr w:rsidR="001E1635">
        <w:trPr>
          <w:cantSplit/>
        </w:trPr>
        <w:tc>
          <w:tcPr>
            <w:tcW w:w="9636" w:type="dxa"/>
            <w:gridSpan w:val="6"/>
          </w:tcPr>
          <w:p w:rsidR="001E1635" w:rsidRDefault="00D4623D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>
        <w:trPr>
          <w:cantSplit/>
          <w:trHeight w:val="510"/>
        </w:trPr>
        <w:tc>
          <w:tcPr>
            <w:tcW w:w="3212" w:type="dxa"/>
            <w:gridSpan w:val="2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  <w:trHeight w:val="510"/>
        </w:trPr>
        <w:tc>
          <w:tcPr>
            <w:tcW w:w="1606" w:type="dxa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1E1635" w:rsidRDefault="001E1635">
            <w:pPr>
              <w:keepNext/>
            </w:pPr>
          </w:p>
        </w:tc>
        <w:tc>
          <w:tcPr>
            <w:tcW w:w="803" w:type="dxa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1E1635" w:rsidRDefault="001E1635">
            <w:pPr>
              <w:keepNext/>
            </w:pPr>
          </w:p>
        </w:tc>
        <w:tc>
          <w:tcPr>
            <w:tcW w:w="2409" w:type="dxa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  <w:trHeight w:val="510"/>
        </w:trPr>
        <w:tc>
          <w:tcPr>
            <w:tcW w:w="5621" w:type="dxa"/>
            <w:gridSpan w:val="3"/>
          </w:tcPr>
          <w:p w:rsidR="001E1635" w:rsidRPr="006257CA" w:rsidRDefault="00D4623D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Număr cadastral</w:t>
            </w:r>
          </w:p>
          <w:p w:rsidR="001E1635" w:rsidRPr="006257CA" w:rsidRDefault="00D4623D">
            <w:pPr>
              <w:keepNext/>
              <w:rPr>
                <w:lang w:val="fr-FR"/>
              </w:rPr>
            </w:pPr>
            <w:r w:rsidRPr="006257CA">
              <w:rPr>
                <w:i/>
                <w:color w:val="7A7A7A"/>
                <w:lang w:val="fr-FR"/>
              </w:rPr>
              <w:t>dacăimobilul e înscrisîn e-Terra</w:t>
            </w:r>
          </w:p>
          <w:p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1E1635" w:rsidRDefault="00D4623D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:rsidR="001E1635" w:rsidRDefault="001E1635">
            <w:pPr>
              <w:keepNext/>
            </w:pPr>
          </w:p>
        </w:tc>
      </w:tr>
    </w:tbl>
    <w:p w:rsidR="001E1635" w:rsidRPr="006257CA" w:rsidRDefault="001E1635" w:rsidP="006257CA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1E1635">
        <w:trPr>
          <w:cantSplit/>
        </w:trPr>
        <w:tc>
          <w:tcPr>
            <w:tcW w:w="9636" w:type="dxa"/>
            <w:shd w:val="clear" w:color="auto" w:fill="F4F4F4"/>
          </w:tcPr>
          <w:p w:rsidR="001E1635" w:rsidRDefault="00D4623D">
            <w:pPr>
              <w:keepNext/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>
        <w:trPr>
          <w:cantSplit/>
        </w:trPr>
        <w:tc>
          <w:tcPr>
            <w:tcW w:w="9636" w:type="dxa"/>
          </w:tcPr>
          <w:p w:rsidR="006257CA" w:rsidRDefault="00D4623D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documentați</w:t>
            </w:r>
            <w:r w:rsidR="002527AB"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>acadastrală</w:t>
            </w:r>
            <w:r w:rsidR="002527AB">
              <w:rPr>
                <w:sz w:val="16"/>
                <w:lang w:val="fr-FR"/>
              </w:rPr>
              <w:t xml:space="preserve">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 w:rsidRPr="006257CA">
              <w:rPr>
                <w:sz w:val="16"/>
                <w:lang w:val="fr-FR"/>
              </w:rPr>
              <w:t>plan cu o propunere de comasare/dezmembrare</w:t>
            </w:r>
          </w:p>
          <w:p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>☐ extras de carte funciară</w:t>
            </w:r>
            <w:r w:rsidR="002527AB"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>actualizat</w:t>
            </w:r>
            <w:r w:rsidR="002527AB">
              <w:rPr>
                <w:sz w:val="16"/>
                <w:lang w:val="fr-FR"/>
              </w:rPr>
              <w:t xml:space="preserve">   </w:t>
            </w:r>
            <w:r w:rsidRPr="006257CA">
              <w:rPr>
                <w:sz w:val="16"/>
                <w:lang w:val="fr-FR"/>
              </w:rPr>
              <w:t>☐ plan de încadrare</w:t>
            </w:r>
            <w:r w:rsidR="002527AB"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>în</w:t>
            </w:r>
            <w:r w:rsidR="002527AB"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>zonă</w:t>
            </w:r>
            <w:r w:rsidR="002527AB"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>în</w:t>
            </w:r>
            <w:r w:rsidR="002527AB"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>sistem</w:t>
            </w:r>
            <w:r w:rsidR="002527AB"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>Stereo 70</w:t>
            </w:r>
            <w:r w:rsidR="002527AB">
              <w:rPr>
                <w:sz w:val="16"/>
                <w:lang w:val="fr-FR"/>
              </w:rPr>
              <w:t xml:space="preserve">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>împuternicirea, dacă este cazul</w:t>
            </w:r>
          </w:p>
        </w:tc>
      </w:tr>
    </w:tbl>
    <w:p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1E1635">
        <w:trPr>
          <w:cantSplit/>
        </w:trPr>
        <w:tc>
          <w:tcPr>
            <w:tcW w:w="9636" w:type="dxa"/>
            <w:shd w:val="clear" w:color="auto" w:fill="F4F4F4"/>
          </w:tcPr>
          <w:p w:rsidR="001E1635" w:rsidRDefault="00D4623D">
            <w:pPr>
              <w:keepNext/>
            </w:pP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>
        <w:trPr>
          <w:cantSplit/>
        </w:trPr>
        <w:tc>
          <w:tcPr>
            <w:tcW w:w="9636" w:type="dxa"/>
          </w:tcPr>
          <w:p w:rsidR="001E1635" w:rsidRPr="006257CA" w:rsidRDefault="00D4623D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în format scris, prin</w:t>
            </w:r>
            <w:r w:rsidR="002527AB"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>poștă     ☐ în format digital, la adresa</w:t>
            </w:r>
            <w:r w:rsidR="002527AB"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>de e-mail</w:t>
            </w:r>
            <w:r w:rsidR="002527AB"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>indicată     ☐ ridicare de la sediul</w:t>
            </w:r>
            <w:r w:rsidR="002527AB"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>autorității</w:t>
            </w:r>
          </w:p>
        </w:tc>
      </w:tr>
    </w:tbl>
    <w:p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1E1635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1E1635" w:rsidRDefault="00D4623D">
            <w:pPr>
              <w:keepNext/>
            </w:pPr>
            <w:r>
              <w:rPr>
                <w:b/>
                <w:sz w:val="16"/>
              </w:rPr>
              <w:lastRenderedPageBreak/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>
        <w:trPr>
          <w:cantSplit/>
          <w:trHeight w:val="510"/>
        </w:trPr>
        <w:tc>
          <w:tcPr>
            <w:tcW w:w="1606" w:type="dxa"/>
          </w:tcPr>
          <w:p w:rsidR="001E1635" w:rsidRDefault="00D4623D">
            <w:r>
              <w:rPr>
                <w:b/>
                <w:color w:val="0D5F78"/>
              </w:rPr>
              <w:t>Data</w:t>
            </w:r>
          </w:p>
          <w:p w:rsidR="001E1635" w:rsidRDefault="001E1635"/>
        </w:tc>
        <w:tc>
          <w:tcPr>
            <w:tcW w:w="4818" w:type="dxa"/>
          </w:tcPr>
          <w:p w:rsidR="001E1635" w:rsidRDefault="00D4623D">
            <w:r>
              <w:rPr>
                <w:b/>
                <w:color w:val="0D5F78"/>
              </w:rPr>
              <w:t>Solicitantul</w:t>
            </w:r>
          </w:p>
          <w:p w:rsidR="001E1635" w:rsidRDefault="001E1635"/>
        </w:tc>
        <w:tc>
          <w:tcPr>
            <w:tcW w:w="3212" w:type="dxa"/>
          </w:tcPr>
          <w:p w:rsidR="001E1635" w:rsidRDefault="00D4623D">
            <w:r>
              <w:rPr>
                <w:b/>
                <w:color w:val="0D5F78"/>
              </w:rPr>
              <w:t>Semnătura</w:t>
            </w:r>
          </w:p>
          <w:p w:rsidR="001E1635" w:rsidRDefault="001E1635"/>
        </w:tc>
      </w:tr>
    </w:tbl>
    <w:p w:rsidR="001E1635" w:rsidRDefault="001E1635">
      <w:pPr>
        <w:spacing w:line="168" w:lineRule="auto"/>
      </w:pPr>
    </w:p>
    <w:sectPr w:rsidR="001E1635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2877" w:rsidRDefault="00D42877">
      <w:r>
        <w:separator/>
      </w:r>
    </w:p>
  </w:endnote>
  <w:endnote w:type="continuationSeparator" w:id="1">
    <w:p w:rsidR="00D42877" w:rsidRDefault="00D428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35" w:rsidRDefault="00D4623D">
    <w:pPr>
      <w:pStyle w:val="Footer"/>
      <w:tabs>
        <w:tab w:val="right" w:pos="9639"/>
      </w:tabs>
    </w:pPr>
    <w:r>
      <w:rPr>
        <w:color w:val="595959"/>
      </w:rPr>
      <w:t>F_CU_02 · versiunea 1.0</w:t>
    </w:r>
    <w:r>
      <w:rPr>
        <w:color w:val="595959"/>
      </w:rPr>
      <w:tab/>
      <w:t>pagina</w:t>
    </w:r>
    <w:r w:rsidR="00336A5F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336A5F">
      <w:rPr>
        <w:color w:val="595959"/>
      </w:rPr>
      <w:fldChar w:fldCharType="separate"/>
    </w:r>
    <w:r w:rsidR="00C97FD4">
      <w:rPr>
        <w:noProof/>
        <w:color w:val="595959"/>
      </w:rPr>
      <w:t>1</w:t>
    </w:r>
    <w:r w:rsidR="00336A5F">
      <w:rPr>
        <w:color w:val="595959"/>
      </w:rPr>
      <w:fldChar w:fldCharType="end"/>
    </w:r>
    <w:r>
      <w:rPr>
        <w:color w:val="595959"/>
      </w:rPr>
      <w:t xml:space="preserve"> din </w:t>
    </w:r>
    <w:r w:rsidR="00336A5F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336A5F">
      <w:rPr>
        <w:color w:val="595959"/>
      </w:rPr>
      <w:fldChar w:fldCharType="separate"/>
    </w:r>
    <w:r w:rsidR="00C97FD4">
      <w:rPr>
        <w:noProof/>
        <w:color w:val="595959"/>
      </w:rPr>
      <w:t>2</w:t>
    </w:r>
    <w:r w:rsidR="00336A5F">
      <w:rPr>
        <w:color w:val="595959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2877" w:rsidRDefault="00D42877">
      <w:r>
        <w:separator/>
      </w:r>
    </w:p>
  </w:footnote>
  <w:footnote w:type="continuationSeparator" w:id="1">
    <w:p w:rsidR="00D42877" w:rsidRDefault="00D428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E1635"/>
    <w:rsid w:val="002527AB"/>
    <w:rsid w:val="0029639D"/>
    <w:rsid w:val="00326F90"/>
    <w:rsid w:val="00336A5F"/>
    <w:rsid w:val="003626F4"/>
    <w:rsid w:val="004605C6"/>
    <w:rsid w:val="004A22BC"/>
    <w:rsid w:val="00532252"/>
    <w:rsid w:val="006257CA"/>
    <w:rsid w:val="006C103E"/>
    <w:rsid w:val="00767B0F"/>
    <w:rsid w:val="009D782F"/>
    <w:rsid w:val="00A37FAC"/>
    <w:rsid w:val="00AA1D8D"/>
    <w:rsid w:val="00AC5F99"/>
    <w:rsid w:val="00B47730"/>
    <w:rsid w:val="00C97FD4"/>
    <w:rsid w:val="00CB0664"/>
    <w:rsid w:val="00D42877"/>
    <w:rsid w:val="00D4623D"/>
    <w:rsid w:val="00E06BE0"/>
    <w:rsid w:val="00F61747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2527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ffice@albestipaleologu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dumitrescu valentin</dc:creator>
  <cp:lastModifiedBy>dumitrescu valentin</cp:lastModifiedBy>
  <cp:revision>4</cp:revision>
  <dcterms:created xsi:type="dcterms:W3CDTF">2026-09-07T05:46:00Z</dcterms:created>
  <dcterms:modified xsi:type="dcterms:W3CDTF">2026-09-09T13:17:00Z</dcterms:modified>
</cp:coreProperties>
</file>