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D91D12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D91D12" w:rsidRDefault="00D91D12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color w:val="595959"/>
              </w:rPr>
              <w:t>siglă / stemă</w:t>
            </w:r>
          </w:p>
          <w:p w:rsidR="00D91D12" w:rsidRDefault="00D91D12">
            <w:pPr>
              <w:keepNext/>
              <w:jc w:val="center"/>
            </w:pPr>
            <w:r w:rsidRPr="00D91D12">
              <w:rPr>
                <w:i/>
                <w:noProof/>
                <w:color w:val="595959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29210</wp:posOffset>
                  </wp:positionV>
                  <wp:extent cx="763905" cy="1089025"/>
                  <wp:effectExtent l="19050" t="0" r="0" b="0"/>
                  <wp:wrapNone/>
                  <wp:docPr id="1" name="Picture 2" descr="stema ALBESTI PALEOLOG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 ALBESTI PALEOLOG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905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D91D12" w:rsidRDefault="00D91D12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 xml:space="preserve">Județul </w:t>
            </w:r>
          </w:p>
          <w:p w:rsidR="00D91D12" w:rsidRPr="00F67A63" w:rsidRDefault="00D91D12" w:rsidP="00B4442D">
            <w:pPr>
              <w:keepNext/>
            </w:pPr>
            <w:r w:rsidRPr="00F67A63">
              <w:rPr>
                <w:b/>
              </w:rPr>
              <w:t>PRAHOVA</w:t>
            </w:r>
          </w:p>
          <w:p w:rsidR="00D91D12" w:rsidRDefault="00D91D12" w:rsidP="00B4442D">
            <w:pPr>
              <w:keepNext/>
            </w:pPr>
          </w:p>
        </w:tc>
      </w:tr>
      <w:tr w:rsidR="00D91D12">
        <w:trPr>
          <w:cantSplit/>
          <w:trHeight w:val="510"/>
        </w:trPr>
        <w:tc>
          <w:tcPr>
            <w:tcW w:w="1606" w:type="dxa"/>
            <w:vMerge/>
          </w:tcPr>
          <w:p w:rsidR="00D91D12" w:rsidRDefault="00D91D12"/>
        </w:tc>
        <w:tc>
          <w:tcPr>
            <w:tcW w:w="8030" w:type="dxa"/>
            <w:gridSpan w:val="3"/>
            <w:shd w:val="clear" w:color="auto" w:fill="F0F0F0"/>
          </w:tcPr>
          <w:p w:rsidR="00D91D12" w:rsidRDefault="00D91D12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Autoritatea administrației publice</w:t>
            </w:r>
          </w:p>
          <w:p w:rsidR="00D91D12" w:rsidRPr="00F67A63" w:rsidRDefault="00D91D12" w:rsidP="00B4442D">
            <w:pPr>
              <w:keepNext/>
            </w:pPr>
            <w:r w:rsidRPr="00F67A63">
              <w:rPr>
                <w:b/>
              </w:rPr>
              <w:t>COMUNA ALBESTI - PALEOLOGU</w:t>
            </w:r>
          </w:p>
          <w:p w:rsidR="00D91D12" w:rsidRDefault="00D91D12" w:rsidP="00B4442D">
            <w:pPr>
              <w:keepNext/>
            </w:pPr>
          </w:p>
        </w:tc>
      </w:tr>
      <w:tr w:rsidR="00BD4241">
        <w:trPr>
          <w:cantSplit/>
          <w:trHeight w:val="510"/>
        </w:trPr>
        <w:tc>
          <w:tcPr>
            <w:tcW w:w="1606" w:type="dxa"/>
            <w:vMerge/>
          </w:tcPr>
          <w:p w:rsidR="00BD4241" w:rsidRDefault="00BD4241"/>
        </w:tc>
        <w:tc>
          <w:tcPr>
            <w:tcW w:w="2409" w:type="dxa"/>
            <w:shd w:val="clear" w:color="auto" w:fill="F0F0F0"/>
          </w:tcPr>
          <w:p w:rsidR="00BD4241" w:rsidRPr="00A256C2" w:rsidRDefault="00D72661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>Cod de identificare</w:t>
            </w:r>
            <w:r w:rsidR="009E4FD3">
              <w:rPr>
                <w:b/>
                <w:color w:val="0D5F78"/>
                <w:lang w:val="fr-FR"/>
              </w:rPr>
              <w:t xml:space="preserve"> </w:t>
            </w:r>
            <w:r w:rsidRPr="00A256C2">
              <w:rPr>
                <w:b/>
                <w:color w:val="0D5F78"/>
                <w:lang w:val="fr-FR"/>
              </w:rPr>
              <w:t>fiscală (CIF)</w:t>
            </w:r>
          </w:p>
          <w:p w:rsidR="00D91D12" w:rsidRPr="00F67A63" w:rsidRDefault="00D91D12" w:rsidP="00D91D12">
            <w:pPr>
              <w:keepNext/>
              <w:rPr>
                <w:b/>
                <w:lang w:val="fr-FR"/>
              </w:rPr>
            </w:pPr>
            <w:r w:rsidRPr="00F67A63">
              <w:rPr>
                <w:b/>
              </w:rPr>
              <w:t>2845664</w:t>
            </w:r>
          </w:p>
          <w:p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Adresa</w:t>
            </w:r>
            <w:r w:rsidR="009E4FD3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oficială</w:t>
            </w:r>
          </w:p>
          <w:p w:rsidR="00D91D12" w:rsidRPr="00C4131E" w:rsidRDefault="00D91D12" w:rsidP="00D91D12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</w:rPr>
              <w:t>SAT ALBESTI-PALEOLOGU, DN1B, NR. 451, COD POSTAL 107010,</w:t>
            </w:r>
            <w:r w:rsidRPr="00C4131E">
              <w:rPr>
                <w:rFonts w:cs="Times New Roman"/>
                <w:szCs w:val="15"/>
                <w:lang w:val="it-IT"/>
              </w:rPr>
              <w:t xml:space="preserve"> </w:t>
            </w:r>
            <w:r w:rsidRPr="00C4131E">
              <w:rPr>
                <w:rFonts w:cs="Times New Roman"/>
                <w:b/>
                <w:szCs w:val="15"/>
                <w:lang w:val="it-IT"/>
              </w:rPr>
              <w:t xml:space="preserve">TELEFON/FAX </w:t>
            </w:r>
            <w:r w:rsidRPr="00C4131E">
              <w:rPr>
                <w:rFonts w:eastAsia="Times New Roman" w:cs="Times New Roman"/>
                <w:b/>
                <w:szCs w:val="15"/>
                <w:lang w:val="it-IT"/>
              </w:rPr>
              <w:t>- 0244  /  232853</w:t>
            </w:r>
          </w:p>
          <w:p w:rsidR="00D91D12" w:rsidRPr="00C4131E" w:rsidRDefault="00D91D12" w:rsidP="00D91D12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  <w:lang w:val="it-IT"/>
              </w:rPr>
              <w:t xml:space="preserve">E-MAIL: </w:t>
            </w:r>
            <w:hyperlink r:id="rId9" w:history="1">
              <w:r w:rsidRPr="00C4131E">
                <w:rPr>
                  <w:rStyle w:val="Hyperlink"/>
                  <w:rFonts w:cs="Times New Roman"/>
                  <w:b/>
                  <w:szCs w:val="15"/>
                  <w:lang w:val="it-IT"/>
                </w:rPr>
                <w:t>office@albestipaleologu.ro</w:t>
              </w:r>
            </w:hyperlink>
          </w:p>
          <w:p w:rsidR="00D91D12" w:rsidRPr="00C4131E" w:rsidRDefault="005C7C1D" w:rsidP="00D91D12">
            <w:pPr>
              <w:keepNext/>
              <w:rPr>
                <w:rFonts w:cs="Times New Roman"/>
                <w:b/>
                <w:szCs w:val="15"/>
              </w:rPr>
            </w:pPr>
            <w:r>
              <w:rPr>
                <w:rFonts w:cs="Times New Roman"/>
                <w:b/>
                <w:szCs w:val="15"/>
              </w:rPr>
              <w:t>ADRESA WE</w:t>
            </w:r>
            <w:r w:rsidR="00D91D12" w:rsidRPr="00C4131E">
              <w:rPr>
                <w:rFonts w:cs="Times New Roman"/>
                <w:b/>
                <w:szCs w:val="15"/>
              </w:rPr>
              <w:t xml:space="preserve">B: </w:t>
            </w:r>
            <w:r w:rsidR="00D91D12" w:rsidRPr="00C4131E">
              <w:rPr>
                <w:rFonts w:eastAsia="Times New Roman" w:cs="Times New Roman"/>
                <w:b/>
                <w:color w:val="0000FF"/>
                <w:szCs w:val="15"/>
                <w:lang w:val="it-IT"/>
              </w:rPr>
              <w:t>http://primariaalbestipaleologu.ro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  <w:trHeight w:val="510"/>
        </w:trPr>
        <w:tc>
          <w:tcPr>
            <w:tcW w:w="1606" w:type="dxa"/>
            <w:vMerge/>
          </w:tcPr>
          <w:p w:rsidR="00BD4241" w:rsidRDefault="00BD4241"/>
        </w:tc>
        <w:tc>
          <w:tcPr>
            <w:tcW w:w="4818" w:type="dxa"/>
            <w:gridSpan w:val="2"/>
            <w:shd w:val="clear" w:color="auto" w:fill="F0F0F0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BD4241" w:rsidRDefault="00BD4241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BD4241" w:rsidRDefault="00BD4241">
            <w:pPr>
              <w:keepNext/>
            </w:pPr>
          </w:p>
        </w:tc>
      </w:tr>
      <w:tr w:rsidR="00BD4241" w:rsidRPr="00917520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BD4241" w:rsidRPr="00A256C2" w:rsidRDefault="00D91D12">
            <w:pPr>
              <w:rPr>
                <w:lang w:val="fr-FR"/>
              </w:rPr>
            </w:pPr>
            <w:r w:rsidRPr="00A256C2">
              <w:rPr>
                <w:i/>
                <w:color w:val="595959"/>
                <w:lang w:val="fr-FR"/>
              </w:rPr>
              <w:t>S</w:t>
            </w:r>
            <w:r w:rsidR="00D72661" w:rsidRPr="00A256C2">
              <w:rPr>
                <w:i/>
                <w:color w:val="595959"/>
                <w:lang w:val="fr-FR"/>
              </w:rPr>
              <w:t>e</w:t>
            </w:r>
            <w:r>
              <w:rPr>
                <w:i/>
                <w:color w:val="595959"/>
                <w:lang w:val="fr-FR"/>
              </w:rPr>
              <w:t xml:space="preserve"> </w:t>
            </w:r>
            <w:r w:rsidR="00D72661" w:rsidRPr="00A256C2">
              <w:rPr>
                <w:i/>
                <w:color w:val="595959"/>
                <w:lang w:val="fr-FR"/>
              </w:rPr>
              <w:t>completează de autoritate — solicitantul nu scrie</w:t>
            </w:r>
            <w:r>
              <w:rPr>
                <w:i/>
                <w:color w:val="595959"/>
                <w:lang w:val="fr-FR"/>
              </w:rPr>
              <w:t xml:space="preserve"> </w:t>
            </w:r>
            <w:r w:rsidR="00D72661" w:rsidRPr="00A256C2">
              <w:rPr>
                <w:i/>
                <w:color w:val="595959"/>
                <w:lang w:val="fr-FR"/>
              </w:rPr>
              <w:t>în</w:t>
            </w:r>
            <w:r>
              <w:rPr>
                <w:i/>
                <w:color w:val="595959"/>
                <w:lang w:val="fr-FR"/>
              </w:rPr>
              <w:t xml:space="preserve"> </w:t>
            </w:r>
            <w:r w:rsidR="00D72661" w:rsidRPr="00A256C2">
              <w:rPr>
                <w:i/>
                <w:color w:val="595959"/>
                <w:lang w:val="fr-FR"/>
              </w:rPr>
              <w:t>această</w:t>
            </w:r>
            <w:r>
              <w:rPr>
                <w:i/>
                <w:color w:val="595959"/>
                <w:lang w:val="fr-FR"/>
              </w:rPr>
              <w:t xml:space="preserve"> </w:t>
            </w:r>
            <w:r w:rsidR="00D72661" w:rsidRPr="00A256C2">
              <w:rPr>
                <w:i/>
                <w:color w:val="595959"/>
                <w:lang w:val="fr-FR"/>
              </w:rPr>
              <w:t>zonă</w:t>
            </w:r>
          </w:p>
        </w:tc>
      </w:tr>
    </w:tbl>
    <w:p w:rsidR="00BD4241" w:rsidRPr="00A256C2" w:rsidRDefault="00BD4241">
      <w:pPr>
        <w:spacing w:line="168" w:lineRule="auto"/>
        <w:rPr>
          <w:lang w:val="fr-FR"/>
        </w:rPr>
      </w:pPr>
    </w:p>
    <w:p w:rsidR="00BD4241" w:rsidRPr="00850B64" w:rsidRDefault="00D72661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:rsidR="00BD4241" w:rsidRDefault="00BD4241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D72661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>
        <w:trPr>
          <w:cantSplit/>
          <w:trHeight w:val="510"/>
        </w:trPr>
        <w:tc>
          <w:tcPr>
            <w:tcW w:w="9636" w:type="dxa"/>
          </w:tcPr>
          <w:p w:rsidR="00BD4241" w:rsidRDefault="00D72661">
            <w:pPr>
              <w:keepNext/>
              <w:rPr>
                <w:b/>
                <w:color w:val="0D5F78"/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>Instituția</w:t>
            </w:r>
          </w:p>
          <w:p w:rsidR="00D91D12" w:rsidRPr="00D91D12" w:rsidRDefault="00D91D12">
            <w:pPr>
              <w:keepNext/>
              <w:rPr>
                <w:b/>
                <w:lang w:val="fr-FR"/>
              </w:rPr>
            </w:pPr>
            <w:r w:rsidRPr="00D91D12">
              <w:rPr>
                <w:b/>
                <w:lang w:val="fr-FR"/>
              </w:rPr>
              <w:t>PRIMARIA COMUNEI ALBESTI-PALEOLOGU</w:t>
            </w:r>
          </w:p>
          <w:p w:rsidR="00BD4241" w:rsidRPr="00A256C2" w:rsidRDefault="00D72661">
            <w:pPr>
              <w:keepNext/>
              <w:rPr>
                <w:lang w:val="fr-FR"/>
              </w:rPr>
            </w:pPr>
            <w:r w:rsidRPr="00A256C2">
              <w:rPr>
                <w:i/>
                <w:color w:val="7A7A7A"/>
                <w:lang w:val="fr-FR"/>
              </w:rPr>
              <w:t>primăriamunicipiului / orașului / comunei · primăria de sector · consiliul</w:t>
            </w:r>
            <w:r w:rsidR="00D91D12">
              <w:rPr>
                <w:i/>
                <w:color w:val="7A7A7A"/>
                <w:lang w:val="fr-FR"/>
              </w:rPr>
              <w:t xml:space="preserve"> </w:t>
            </w:r>
            <w:r w:rsidRPr="00A256C2">
              <w:rPr>
                <w:i/>
                <w:color w:val="7A7A7A"/>
                <w:lang w:val="fr-FR"/>
              </w:rPr>
              <w:t>județean</w:t>
            </w:r>
          </w:p>
          <w:p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>
        <w:trPr>
          <w:cantSplit/>
        </w:trPr>
        <w:tc>
          <w:tcPr>
            <w:tcW w:w="9636" w:type="dxa"/>
            <w:shd w:val="clear" w:color="auto" w:fill="F4F4F4"/>
          </w:tcPr>
          <w:p w:rsidR="00BD4241" w:rsidRPr="00A256C2" w:rsidRDefault="00D72661">
            <w:pPr>
              <w:spacing w:line="228" w:lineRule="auto"/>
              <w:rPr>
                <w:lang w:val="fr-FR"/>
              </w:rPr>
            </w:pPr>
            <w:r w:rsidRPr="00A256C2">
              <w:rPr>
                <w:lang w:val="fr-FR"/>
              </w:rPr>
              <w:t>Cererea va fi transmisă</w:t>
            </w:r>
            <w:r w:rsidR="00D91D12">
              <w:rPr>
                <w:lang w:val="fr-FR"/>
              </w:rPr>
              <w:t xml:space="preserve"> </w:t>
            </w:r>
            <w:r w:rsidRPr="00A256C2">
              <w:rPr>
                <w:lang w:val="fr-FR"/>
              </w:rPr>
              <w:t>către</w:t>
            </w:r>
            <w:r w:rsidR="00D91D12">
              <w:rPr>
                <w:lang w:val="fr-FR"/>
              </w:rPr>
              <w:t xml:space="preserve"> </w:t>
            </w:r>
            <w:r w:rsidRPr="00A256C2">
              <w:rPr>
                <w:lang w:val="fr-FR"/>
              </w:rPr>
              <w:t>președintele</w:t>
            </w:r>
            <w:r w:rsidR="00D91D12">
              <w:rPr>
                <w:lang w:val="fr-FR"/>
              </w:rPr>
              <w:t xml:space="preserve"> </w:t>
            </w:r>
            <w:r w:rsidRPr="00A256C2">
              <w:rPr>
                <w:lang w:val="fr-FR"/>
              </w:rPr>
              <w:t>consiliului</w:t>
            </w:r>
            <w:r w:rsidR="00D91D12">
              <w:rPr>
                <w:lang w:val="fr-FR"/>
              </w:rPr>
              <w:t xml:space="preserve"> </w:t>
            </w:r>
            <w:r w:rsidRPr="00A256C2">
              <w:rPr>
                <w:lang w:val="fr-FR"/>
              </w:rPr>
              <w:t>județean, primarul</w:t>
            </w:r>
            <w:r w:rsidR="00D91D12">
              <w:rPr>
                <w:lang w:val="fr-FR"/>
              </w:rPr>
              <w:t xml:space="preserve"> </w:t>
            </w:r>
            <w:r w:rsidRPr="00A256C2">
              <w:rPr>
                <w:lang w:val="fr-FR"/>
              </w:rPr>
              <w:t>general, primarul de sector</w:t>
            </w:r>
            <w:r w:rsidR="00D91D12">
              <w:rPr>
                <w:lang w:val="fr-FR"/>
              </w:rPr>
              <w:t xml:space="preserve"> </w:t>
            </w:r>
            <w:r w:rsidRPr="00A256C2">
              <w:rPr>
                <w:lang w:val="fr-FR"/>
              </w:rPr>
              <w:t>sau</w:t>
            </w:r>
            <w:r w:rsidR="00D91D12">
              <w:rPr>
                <w:lang w:val="fr-FR"/>
              </w:rPr>
              <w:t xml:space="preserve"> </w:t>
            </w:r>
            <w:r w:rsidRPr="00A256C2">
              <w:rPr>
                <w:lang w:val="fr-FR"/>
              </w:rPr>
              <w:t>primarul</w:t>
            </w:r>
            <w:r w:rsidR="00D91D12">
              <w:rPr>
                <w:lang w:val="fr-FR"/>
              </w:rPr>
              <w:t xml:space="preserve"> </w:t>
            </w:r>
            <w:r w:rsidRPr="00A256C2">
              <w:rPr>
                <w:lang w:val="fr-FR"/>
              </w:rPr>
              <w:t>municipiului / orașului / comunei, după</w:t>
            </w:r>
            <w:r w:rsidR="00D91D12">
              <w:rPr>
                <w:lang w:val="fr-FR"/>
              </w:rPr>
              <w:t xml:space="preserve"> </w:t>
            </w:r>
            <w:r w:rsidRPr="00A256C2">
              <w:rPr>
                <w:lang w:val="fr-FR"/>
              </w:rPr>
              <w:t>caz.</w:t>
            </w:r>
          </w:p>
        </w:tc>
      </w:tr>
    </w:tbl>
    <w:p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Default="00D72661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>
        <w:trPr>
          <w:cantSplit/>
          <w:trHeight w:val="510"/>
        </w:trPr>
        <w:tc>
          <w:tcPr>
            <w:tcW w:w="5621" w:type="dxa"/>
            <w:gridSpan w:val="5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Default="00D72661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BD4241">
        <w:trPr>
          <w:cantSplit/>
          <w:trHeight w:val="510"/>
        </w:trPr>
        <w:tc>
          <w:tcPr>
            <w:tcW w:w="1606" w:type="dxa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BD4241" w:rsidRDefault="00BD4241">
            <w:pPr>
              <w:keepNext/>
            </w:pPr>
          </w:p>
        </w:tc>
        <w:tc>
          <w:tcPr>
            <w:tcW w:w="1606" w:type="dxa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BD4241" w:rsidRDefault="00BD4241">
            <w:pPr>
              <w:keepNext/>
            </w:pPr>
          </w:p>
        </w:tc>
        <w:tc>
          <w:tcPr>
            <w:tcW w:w="1606" w:type="dxa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Default="00D72661">
            <w:pPr>
              <w:keepNext/>
            </w:pPr>
            <w:r>
              <w:rPr>
                <w:sz w:val="16"/>
              </w:rPr>
              <w:t>Domiciliul</w:t>
            </w:r>
          </w:p>
        </w:tc>
      </w:tr>
      <w:tr w:rsidR="00BD4241">
        <w:trPr>
          <w:cantSplit/>
          <w:trHeight w:val="510"/>
        </w:trPr>
        <w:tc>
          <w:tcPr>
            <w:tcW w:w="3212" w:type="dxa"/>
            <w:gridSpan w:val="2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  <w:trHeight w:val="510"/>
        </w:trPr>
        <w:tc>
          <w:tcPr>
            <w:tcW w:w="3212" w:type="dxa"/>
            <w:gridSpan w:val="2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BD4241" w:rsidRDefault="00BD4241">
            <w:pPr>
              <w:keepNext/>
            </w:pPr>
          </w:p>
        </w:tc>
        <w:tc>
          <w:tcPr>
            <w:tcW w:w="803" w:type="dxa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BD4241" w:rsidRDefault="00BD4241">
            <w:pPr>
              <w:keepNext/>
            </w:pPr>
          </w:p>
        </w:tc>
        <w:tc>
          <w:tcPr>
            <w:tcW w:w="803" w:type="dxa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BD4241" w:rsidRDefault="00BD4241">
            <w:pPr>
              <w:keepNext/>
            </w:pPr>
          </w:p>
        </w:tc>
        <w:tc>
          <w:tcPr>
            <w:tcW w:w="803" w:type="dxa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BD4241" w:rsidRDefault="00BD4241">
            <w:pPr>
              <w:keepNext/>
            </w:pPr>
          </w:p>
        </w:tc>
        <w:tc>
          <w:tcPr>
            <w:tcW w:w="803" w:type="dxa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BD4241" w:rsidRDefault="00BD4241">
            <w:pPr>
              <w:keepNext/>
            </w:pPr>
          </w:p>
        </w:tc>
        <w:tc>
          <w:tcPr>
            <w:tcW w:w="1606" w:type="dxa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BD4241" w:rsidRDefault="00BD4241">
            <w:pPr>
              <w:keepNext/>
            </w:pPr>
          </w:p>
        </w:tc>
        <w:tc>
          <w:tcPr>
            <w:tcW w:w="1606" w:type="dxa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Default="00D72661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>
        <w:trPr>
          <w:cantSplit/>
          <w:trHeight w:val="510"/>
        </w:trPr>
        <w:tc>
          <w:tcPr>
            <w:tcW w:w="4015" w:type="dxa"/>
            <w:gridSpan w:val="3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Default="00D72661">
            <w:pPr>
              <w:keepNext/>
            </w:pPr>
            <w:r>
              <w:rPr>
                <w:sz w:val="16"/>
              </w:rPr>
              <w:t>Reprezentare</w:t>
            </w:r>
          </w:p>
        </w:tc>
      </w:tr>
      <w:tr w:rsidR="00BD4241">
        <w:trPr>
          <w:cantSplit/>
          <w:trHeight w:val="510"/>
        </w:trPr>
        <w:tc>
          <w:tcPr>
            <w:tcW w:w="6424" w:type="dxa"/>
            <w:gridSpan w:val="6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Încalitate de reprezentant al</w:t>
            </w:r>
          </w:p>
          <w:p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:rsidR="00BD4241" w:rsidRDefault="00BD4241">
            <w:pPr>
              <w:keepNext/>
            </w:pPr>
          </w:p>
        </w:tc>
      </w:tr>
      <w:tr w:rsidR="00BD4241" w:rsidRPr="00917520">
        <w:trPr>
          <w:cantSplit/>
        </w:trPr>
        <w:tc>
          <w:tcPr>
            <w:tcW w:w="9636" w:type="dxa"/>
            <w:gridSpan w:val="8"/>
          </w:tcPr>
          <w:p w:rsidR="00BD4241" w:rsidRPr="00A256C2" w:rsidRDefault="00D72661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:rsidR="00BD4241" w:rsidRPr="00A256C2" w:rsidRDefault="00BD4241">
      <w:pPr>
        <w:spacing w:line="168" w:lineRule="auto"/>
        <w:rPr>
          <w:lang w:val="fr-FR"/>
        </w:rPr>
      </w:pPr>
    </w:p>
    <w:p w:rsidR="00BD4241" w:rsidRPr="00232B9E" w:rsidRDefault="00D91D12">
      <w:pPr>
        <w:spacing w:before="80" w:after="60"/>
        <w:jc w:val="center"/>
        <w:rPr>
          <w:lang w:val="fr-FR"/>
        </w:rPr>
      </w:pPr>
      <w:r w:rsidRPr="00232B9E">
        <w:rPr>
          <w:sz w:val="18"/>
          <w:lang w:val="fr-FR"/>
        </w:rPr>
        <w:t>I</w:t>
      </w:r>
      <w:r w:rsidR="00D72661" w:rsidRPr="00232B9E">
        <w:rPr>
          <w:sz w:val="18"/>
          <w:lang w:val="fr-FR"/>
        </w:rPr>
        <w:t>n</w:t>
      </w:r>
      <w:r>
        <w:rPr>
          <w:sz w:val="18"/>
          <w:lang w:val="fr-FR"/>
        </w:rPr>
        <w:t xml:space="preserve"> </w:t>
      </w:r>
      <w:r w:rsidR="00D72661" w:rsidRPr="00232B9E">
        <w:rPr>
          <w:sz w:val="18"/>
          <w:lang w:val="fr-FR"/>
        </w:rPr>
        <w:t>conformitate</w:t>
      </w:r>
      <w:r>
        <w:rPr>
          <w:sz w:val="18"/>
          <w:lang w:val="fr-FR"/>
        </w:rPr>
        <w:t xml:space="preserve"> </w:t>
      </w:r>
      <w:r w:rsidR="00D72661" w:rsidRPr="00232B9E">
        <w:rPr>
          <w:sz w:val="18"/>
          <w:lang w:val="fr-FR"/>
        </w:rPr>
        <w:t>cu</w:t>
      </w:r>
      <w:r>
        <w:rPr>
          <w:sz w:val="18"/>
          <w:lang w:val="fr-FR"/>
        </w:rPr>
        <w:t xml:space="preserve"> </w:t>
      </w:r>
      <w:r w:rsidR="00D72661" w:rsidRPr="00232B9E">
        <w:rPr>
          <w:sz w:val="18"/>
          <w:lang w:val="fr-FR"/>
        </w:rPr>
        <w:t>prevederile</w:t>
      </w:r>
      <w:r>
        <w:rPr>
          <w:sz w:val="18"/>
          <w:lang w:val="fr-FR"/>
        </w:rPr>
        <w:t xml:space="preserve"> </w:t>
      </w:r>
      <w:r w:rsidR="00D72661" w:rsidRPr="00232B9E">
        <w:rPr>
          <w:sz w:val="18"/>
          <w:lang w:val="fr-FR"/>
        </w:rPr>
        <w:t>Legii nr. 169/2026 privind</w:t>
      </w:r>
      <w:r>
        <w:rPr>
          <w:sz w:val="18"/>
          <w:lang w:val="fr-FR"/>
        </w:rPr>
        <w:t xml:space="preserve"> </w:t>
      </w:r>
      <w:r w:rsidR="00D72661" w:rsidRPr="00232B9E">
        <w:rPr>
          <w:sz w:val="18"/>
          <w:lang w:val="fr-FR"/>
        </w:rPr>
        <w:t>Codul</w:t>
      </w:r>
      <w:r>
        <w:rPr>
          <w:sz w:val="18"/>
          <w:lang w:val="fr-FR"/>
        </w:rPr>
        <w:t xml:space="preserve"> </w:t>
      </w:r>
      <w:r w:rsidR="00D72661" w:rsidRPr="00232B9E">
        <w:rPr>
          <w:sz w:val="18"/>
          <w:lang w:val="fr-FR"/>
        </w:rPr>
        <w:t>amenajării</w:t>
      </w:r>
      <w:r>
        <w:rPr>
          <w:sz w:val="18"/>
          <w:lang w:val="fr-FR"/>
        </w:rPr>
        <w:t xml:space="preserve"> </w:t>
      </w:r>
      <w:r w:rsidR="00D72661" w:rsidRPr="00232B9E">
        <w:rPr>
          <w:sz w:val="18"/>
          <w:lang w:val="fr-FR"/>
        </w:rPr>
        <w:t>teritoriului, urbanismului</w:t>
      </w:r>
      <w:r>
        <w:rPr>
          <w:sz w:val="18"/>
          <w:lang w:val="fr-FR"/>
        </w:rPr>
        <w:t xml:space="preserve"> </w:t>
      </w:r>
      <w:r w:rsidR="00D72661" w:rsidRPr="00232B9E">
        <w:rPr>
          <w:sz w:val="18"/>
          <w:lang w:val="fr-FR"/>
        </w:rPr>
        <w:t>și</w:t>
      </w:r>
      <w:r>
        <w:rPr>
          <w:sz w:val="18"/>
          <w:lang w:val="fr-FR"/>
        </w:rPr>
        <w:t xml:space="preserve"> </w:t>
      </w:r>
      <w:r w:rsidR="00D72661" w:rsidRPr="00232B9E">
        <w:rPr>
          <w:sz w:val="18"/>
          <w:lang w:val="fr-FR"/>
        </w:rPr>
        <w:t>construcțiilor,</w:t>
      </w:r>
    </w:p>
    <w:p w:rsidR="00BD4241" w:rsidRPr="00232B9E" w:rsidRDefault="00D91D12">
      <w:pPr>
        <w:spacing w:before="80" w:after="60"/>
        <w:jc w:val="center"/>
        <w:rPr>
          <w:lang w:val="fr-FR"/>
        </w:rPr>
      </w:pPr>
      <w:r w:rsidRPr="00232B9E">
        <w:rPr>
          <w:sz w:val="18"/>
          <w:lang w:val="fr-FR"/>
        </w:rPr>
        <w:t>S</w:t>
      </w:r>
      <w:r w:rsidR="00D72661" w:rsidRPr="00232B9E">
        <w:rPr>
          <w:sz w:val="18"/>
          <w:lang w:val="fr-FR"/>
        </w:rPr>
        <w:t>olicit</w:t>
      </w:r>
      <w:r>
        <w:rPr>
          <w:sz w:val="18"/>
          <w:lang w:val="fr-FR"/>
        </w:rPr>
        <w:t xml:space="preserve"> </w:t>
      </w:r>
      <w:r w:rsidR="00D72661" w:rsidRPr="00232B9E">
        <w:rPr>
          <w:sz w:val="18"/>
          <w:lang w:val="fr-FR"/>
        </w:rPr>
        <w:t>emiterea</w:t>
      </w:r>
    </w:p>
    <w:p w:rsidR="00917520" w:rsidRDefault="00D72661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:rsidR="00BD4241" w:rsidRDefault="00D72661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>
        <w:rPr>
          <w:b/>
          <w:sz w:val="20"/>
          <w:lang w:val="fr-FR"/>
        </w:rPr>
        <w:t>DESFIINȚARE</w:t>
      </w:r>
    </w:p>
    <w:p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>pentru</w:t>
      </w:r>
      <w:r w:rsidR="00D91D12">
        <w:rPr>
          <w:sz w:val="16"/>
          <w:lang w:val="fr-FR"/>
        </w:rPr>
        <w:t xml:space="preserve"> </w:t>
      </w:r>
      <w:r w:rsidRPr="00232B9E">
        <w:rPr>
          <w:sz w:val="16"/>
          <w:lang w:val="fr-FR"/>
        </w:rPr>
        <w:t>clădiri</w:t>
      </w:r>
      <w:r w:rsidR="003F0BC9">
        <w:rPr>
          <w:sz w:val="16"/>
          <w:lang w:val="fr-FR"/>
        </w:rPr>
        <w:t xml:space="preserve"> </w:t>
      </w:r>
      <w:r w:rsidRPr="00232B9E">
        <w:rPr>
          <w:sz w:val="16"/>
          <w:lang w:val="fr-FR"/>
        </w:rPr>
        <w:t>și</w:t>
      </w:r>
      <w:r w:rsidR="003F0BC9">
        <w:rPr>
          <w:sz w:val="16"/>
          <w:lang w:val="fr-FR"/>
        </w:rPr>
        <w:t xml:space="preserve"> </w:t>
      </w:r>
      <w:r w:rsidRPr="00232B9E">
        <w:rPr>
          <w:sz w:val="16"/>
          <w:lang w:val="fr-FR"/>
        </w:rPr>
        <w:t>amenajări</w:t>
      </w:r>
      <w:r w:rsidR="00917520">
        <w:rPr>
          <w:sz w:val="16"/>
          <w:lang w:val="fr-FR"/>
        </w:rPr>
        <w:t>/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>
        <w:rPr>
          <w:sz w:val="16"/>
          <w:lang w:val="fr-FR"/>
        </w:rPr>
        <w:t>lucrări</w:t>
      </w:r>
      <w:r w:rsidR="00D91D12">
        <w:rPr>
          <w:sz w:val="16"/>
          <w:lang w:val="fr-FR"/>
        </w:rPr>
        <w:t xml:space="preserve"> </w:t>
      </w:r>
      <w:r w:rsidR="00462384">
        <w:rPr>
          <w:sz w:val="16"/>
          <w:lang w:val="fr-FR"/>
        </w:rPr>
        <w:t>inginerești</w:t>
      </w:r>
      <w:r w:rsidR="00917520">
        <w:rPr>
          <w:lang w:val="fr-FR"/>
        </w:rPr>
        <w:t>/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>pentru</w:t>
      </w:r>
      <w:r w:rsidR="00D91D12">
        <w:rPr>
          <w:sz w:val="16"/>
          <w:lang w:val="fr-FR"/>
        </w:rPr>
        <w:t xml:space="preserve"> </w:t>
      </w:r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r w:rsidR="00D91D12">
        <w:rPr>
          <w:sz w:val="16"/>
          <w:lang w:val="fr-FR"/>
        </w:rPr>
        <w:t xml:space="preserve"> </w:t>
      </w:r>
      <w:r w:rsidRPr="00232B9E">
        <w:rPr>
          <w:sz w:val="16"/>
          <w:lang w:val="fr-FR"/>
        </w:rPr>
        <w:t>cu</w:t>
      </w:r>
      <w:r w:rsidR="00D91D12">
        <w:rPr>
          <w:sz w:val="16"/>
          <w:lang w:val="fr-FR"/>
        </w:rPr>
        <w:t xml:space="preserve"> </w:t>
      </w:r>
      <w:r w:rsidRPr="00232B9E">
        <w:rPr>
          <w:sz w:val="16"/>
          <w:lang w:val="fr-FR"/>
        </w:rPr>
        <w:t>caracter</w:t>
      </w:r>
      <w:r w:rsidR="00D91D12">
        <w:rPr>
          <w:sz w:val="16"/>
          <w:lang w:val="fr-FR"/>
        </w:rPr>
        <w:t xml:space="preserve"> </w:t>
      </w:r>
      <w:r w:rsidRPr="00232B9E">
        <w:rPr>
          <w:sz w:val="16"/>
          <w:lang w:val="fr-FR"/>
        </w:rPr>
        <w:t>special</w:t>
      </w:r>
    </w:p>
    <w:p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D91D12">
            <w:pPr>
              <w:keepNext/>
            </w:pPr>
            <w:r>
              <w:rPr>
                <w:sz w:val="16"/>
              </w:rPr>
              <w:t>Î</w:t>
            </w:r>
            <w:r w:rsidR="00D72661">
              <w:rPr>
                <w:sz w:val="16"/>
              </w:rPr>
              <w:t>n</w:t>
            </w:r>
            <w:r>
              <w:rPr>
                <w:sz w:val="16"/>
              </w:rPr>
              <w:t xml:space="preserve"> </w:t>
            </w:r>
            <w:r w:rsidR="00A256C2">
              <w:rPr>
                <w:sz w:val="16"/>
              </w:rPr>
              <w:t>vederea</w:t>
            </w:r>
            <w:r>
              <w:rPr>
                <w:sz w:val="16"/>
              </w:rPr>
              <w:t xml:space="preserve"> </w:t>
            </w:r>
            <w:r w:rsidR="00A256C2">
              <w:rPr>
                <w:sz w:val="16"/>
              </w:rPr>
              <w:t>realizării</w:t>
            </w:r>
            <w:r>
              <w:rPr>
                <w:sz w:val="16"/>
              </w:rPr>
              <w:t xml:space="preserve"> </w:t>
            </w:r>
            <w:r w:rsidR="00A256C2">
              <w:rPr>
                <w:sz w:val="16"/>
              </w:rPr>
              <w:t>obiectivului de investiții</w:t>
            </w:r>
            <w:r w:rsidR="00D72661">
              <w:rPr>
                <w:sz w:val="16"/>
              </w:rPr>
              <w:t>:</w:t>
            </w:r>
          </w:p>
        </w:tc>
      </w:tr>
      <w:tr w:rsidR="00BD4241">
        <w:trPr>
          <w:cantSplit/>
        </w:trPr>
        <w:tc>
          <w:tcPr>
            <w:tcW w:w="9636" w:type="dxa"/>
          </w:tcPr>
          <w:p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:rsidR="00BD4241" w:rsidRDefault="00BD4241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:rsidR="00BD4241" w:rsidRDefault="00D72661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</w:t>
            </w:r>
            <w:r w:rsidR="003F0BC9">
              <w:rPr>
                <w:b/>
                <w:color w:val="000000"/>
                <w:sz w:val="18"/>
              </w:rPr>
              <w:t>IMOBIL</w:t>
            </w:r>
            <w:r>
              <w:rPr>
                <w:b/>
                <w:color w:val="000000"/>
                <w:sz w:val="18"/>
              </w:rPr>
              <w:t>ELE</w:t>
            </w:r>
          </w:p>
        </w:tc>
      </w:tr>
      <w:tr w:rsidR="00BD4241">
        <w:trPr>
          <w:cantSplit/>
        </w:trPr>
        <w:tc>
          <w:tcPr>
            <w:tcW w:w="9636" w:type="dxa"/>
            <w:gridSpan w:val="7"/>
          </w:tcPr>
          <w:p w:rsidR="00BD4241" w:rsidRDefault="00D72661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BD4241">
        <w:trPr>
          <w:cantSplit/>
          <w:trHeight w:val="510"/>
        </w:trPr>
        <w:tc>
          <w:tcPr>
            <w:tcW w:w="3212" w:type="dxa"/>
            <w:gridSpan w:val="2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  <w:trHeight w:val="510"/>
        </w:trPr>
        <w:tc>
          <w:tcPr>
            <w:tcW w:w="1606" w:type="dxa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BD4241" w:rsidRDefault="00BD4241">
            <w:pPr>
              <w:keepNext/>
            </w:pPr>
          </w:p>
        </w:tc>
        <w:tc>
          <w:tcPr>
            <w:tcW w:w="803" w:type="dxa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BD4241" w:rsidRDefault="00BD4241">
            <w:pPr>
              <w:keepNext/>
            </w:pPr>
          </w:p>
        </w:tc>
        <w:tc>
          <w:tcPr>
            <w:tcW w:w="2409" w:type="dxa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  <w:trHeight w:val="510"/>
        </w:trPr>
        <w:tc>
          <w:tcPr>
            <w:tcW w:w="5621" w:type="dxa"/>
            <w:gridSpan w:val="4"/>
          </w:tcPr>
          <w:p w:rsidR="00BD4241" w:rsidRPr="00A256C2" w:rsidRDefault="00D72661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>Număr cadastral/ele</w:t>
            </w:r>
          </w:p>
          <w:p w:rsidR="00BD4241" w:rsidRPr="00A256C2" w:rsidRDefault="00D72661">
            <w:pPr>
              <w:keepNext/>
              <w:rPr>
                <w:lang w:val="fr-FR"/>
              </w:rPr>
            </w:pPr>
            <w:r w:rsidRPr="00A256C2">
              <w:rPr>
                <w:i/>
                <w:color w:val="7A7A7A"/>
                <w:lang w:val="fr-FR"/>
              </w:rPr>
              <w:t>dacăimobilul e înscris</w:t>
            </w:r>
            <w:r w:rsidR="00D91D12">
              <w:rPr>
                <w:i/>
                <w:color w:val="7A7A7A"/>
                <w:lang w:val="fr-FR"/>
              </w:rPr>
              <w:t xml:space="preserve"> </w:t>
            </w:r>
            <w:r w:rsidRPr="00A256C2">
              <w:rPr>
                <w:i/>
                <w:color w:val="7A7A7A"/>
                <w:lang w:val="fr-FR"/>
              </w:rPr>
              <w:t>în e-Terra</w:t>
            </w:r>
          </w:p>
          <w:p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  <w:trHeight w:val="510"/>
        </w:trPr>
        <w:tc>
          <w:tcPr>
            <w:tcW w:w="4818" w:type="dxa"/>
            <w:gridSpan w:val="3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Suprafața</w:t>
            </w:r>
            <w:r w:rsidR="00D91D12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terenului (m²)</w:t>
            </w:r>
          </w:p>
          <w:p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:rsidR="00BD4241" w:rsidRDefault="00D72661">
            <w:pPr>
              <w:keepNext/>
            </w:pPr>
            <w:r>
              <w:rPr>
                <w:b/>
                <w:color w:val="0D5F78"/>
              </w:rPr>
              <w:t>Suprafața</w:t>
            </w:r>
            <w:r w:rsidR="00D91D12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construcției (m²)</w:t>
            </w:r>
          </w:p>
          <w:p w:rsidR="00BD4241" w:rsidRDefault="00BD4241">
            <w:pPr>
              <w:keepNext/>
            </w:pPr>
          </w:p>
        </w:tc>
      </w:tr>
    </w:tbl>
    <w:p w:rsidR="00BD4241" w:rsidRDefault="00BD4241">
      <w:pPr>
        <w:spacing w:line="168" w:lineRule="auto"/>
      </w:pPr>
    </w:p>
    <w:p w:rsidR="00BD4241" w:rsidRDefault="00D72661">
      <w: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D72661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>
        <w:trPr>
          <w:cantSplit/>
        </w:trPr>
        <w:tc>
          <w:tcPr>
            <w:tcW w:w="9636" w:type="dxa"/>
            <w:shd w:val="clear" w:color="auto" w:fill="F4F4F4"/>
          </w:tcPr>
          <w:p w:rsidR="00BD4241" w:rsidRPr="00917520" w:rsidRDefault="00D72661">
            <w:pPr>
              <w:keepNext/>
              <w:rPr>
                <w:b/>
                <w:bCs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>A · Lucrări de construcții</w:t>
            </w:r>
            <w:r w:rsidR="003F0BC9">
              <w:rPr>
                <w:b/>
                <w:bCs/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noi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A256C2" w:rsidRDefault="00D72661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clădiri civile     ☐ clădiri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industriale     ☐ clădiri agricole     ☐ construcții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cu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caracter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special</w:t>
            </w:r>
          </w:p>
        </w:tc>
      </w:tr>
      <w:tr w:rsidR="00BD4241" w:rsidRPr="00917520">
        <w:trPr>
          <w:cantSplit/>
        </w:trPr>
        <w:tc>
          <w:tcPr>
            <w:tcW w:w="9636" w:type="dxa"/>
            <w:shd w:val="clear" w:color="auto" w:fill="F4F4F4"/>
          </w:tcPr>
          <w:p w:rsidR="00BD4241" w:rsidRPr="00A256C2" w:rsidRDefault="00AE0AE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>R</w:t>
            </w:r>
            <w:r w:rsidR="00D72661" w:rsidRPr="00A256C2">
              <w:rPr>
                <w:sz w:val="16"/>
                <w:lang w:val="fr-FR"/>
              </w:rPr>
              <w:t>ealizate</w:t>
            </w:r>
            <w:r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>(se va bifa, în</w:t>
            </w:r>
            <w:r w:rsidR="007F4D0B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>masura</w:t>
            </w:r>
            <w:r w:rsidR="007F4D0B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 care sunt</w:t>
            </w:r>
            <w:r w:rsidR="007F4D0B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>cunoscute</w:t>
            </w:r>
            <w:r w:rsidR="007F4D0B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r w:rsidR="007F4D0B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>informațiile</w:t>
            </w:r>
            <w:r w:rsidR="007F4D0B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>cu</w:t>
            </w:r>
            <w:r w:rsidR="007F4D0B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>privire la amplasarea</w:t>
            </w:r>
            <w:r w:rsidR="003F0BC9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>în zona de protecție/protejată</w:t>
            </w:r>
            <w:r w:rsidR="00A256C2" w:rsidRPr="00A256C2">
              <w:rPr>
                <w:sz w:val="16"/>
                <w:lang w:val="fr-FR"/>
              </w:rPr>
              <w:t>)</w:t>
            </w:r>
            <w:r w:rsidR="00D72661"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A256C2" w:rsidRDefault="00D72661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în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afara</w:t>
            </w:r>
            <w:r w:rsidR="003F0BC9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zonei de protecție a monumentelor     ☐ în zona de protecție a monumentelor     ☐ în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afara</w:t>
            </w:r>
            <w:r w:rsidR="003F0BC9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zonelor construite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protejate</w:t>
            </w:r>
          </w:p>
          <w:p w:rsidR="00BD4241" w:rsidRPr="00A256C2" w:rsidRDefault="00A256C2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în zone construite protejate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>nu sunt</w:t>
            </w:r>
            <w:r w:rsidR="007F4D0B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>cunoscute</w:t>
            </w:r>
            <w:r w:rsidR="007F4D0B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>solicitantului</w:t>
            </w:r>
            <w:r w:rsidR="007F4D0B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>astfel de informații</w:t>
            </w:r>
          </w:p>
        </w:tc>
      </w:tr>
      <w:tr w:rsidR="00BD4241" w:rsidRPr="00917520">
        <w:trPr>
          <w:cantSplit/>
        </w:trPr>
        <w:tc>
          <w:tcPr>
            <w:tcW w:w="9636" w:type="dxa"/>
            <w:shd w:val="clear" w:color="auto" w:fill="F4F4F4"/>
          </w:tcPr>
          <w:p w:rsidR="00917520" w:rsidRDefault="00D72661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·Intervenții</w:t>
            </w:r>
            <w:r w:rsidR="007F4D0B">
              <w:rPr>
                <w:b/>
                <w:bCs/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asupra</w:t>
            </w:r>
            <w:r w:rsidR="007F4D0B">
              <w:rPr>
                <w:b/>
                <w:bCs/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r w:rsidR="007F4D0B">
              <w:rPr>
                <w:b/>
                <w:bCs/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existente</w:t>
            </w:r>
            <w:r w:rsidR="007F4D0B">
              <w:rPr>
                <w:b/>
                <w:bCs/>
                <w:sz w:val="16"/>
                <w:lang w:val="fr-FR"/>
              </w:rPr>
              <w:t xml:space="preserve"> </w:t>
            </w:r>
            <w:r w:rsidR="00917520">
              <w:rPr>
                <w:b/>
                <w:bCs/>
                <w:sz w:val="16"/>
                <w:lang w:val="fr-FR"/>
              </w:rPr>
              <w:t xml:space="preserve">realizate : </w:t>
            </w:r>
          </w:p>
          <w:p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917520">
              <w:rPr>
                <w:b/>
                <w:bCs/>
                <w:sz w:val="16"/>
                <w:lang w:val="fr-FR"/>
              </w:rPr>
              <w:t>B.1. la</w:t>
            </w:r>
            <w:r w:rsidR="007F4D0B">
              <w:rPr>
                <w:b/>
                <w:bCs/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alteclădiri</w:t>
            </w:r>
            <w:r w:rsidR="007F4D0B">
              <w:rPr>
                <w:b/>
                <w:bCs/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decât</w:t>
            </w:r>
            <w:r w:rsidR="007F4D0B">
              <w:rPr>
                <w:b/>
                <w:bCs/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cele</w:t>
            </w:r>
            <w:r w:rsidR="007F4D0B">
              <w:rPr>
                <w:b/>
                <w:bCs/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prevăzute la lit. B.2) și B.3)</w:t>
            </w:r>
          </w:p>
        </w:tc>
      </w:tr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Pr="00917520" w:rsidRDefault="00917520">
            <w:pPr>
              <w:keepNext/>
              <w:rPr>
                <w:b/>
                <w:bCs/>
                <w:sz w:val="16"/>
              </w:rPr>
            </w:pPr>
            <w:r w:rsidRPr="00A256C2">
              <w:rPr>
                <w:sz w:val="16"/>
                <w:lang w:val="fr-FR"/>
              </w:rPr>
              <w:t>☐</w:t>
            </w:r>
            <w:r w:rsidR="00D72661" w:rsidRPr="00917520">
              <w:rPr>
                <w:b/>
                <w:bCs/>
                <w:sz w:val="16"/>
              </w:rPr>
              <w:t xml:space="preserve">B.2 </w:t>
            </w:r>
            <w:r>
              <w:rPr>
                <w:b/>
                <w:bCs/>
                <w:sz w:val="16"/>
              </w:rPr>
              <w:t>.</w:t>
            </w:r>
            <w:r w:rsidR="00D72661" w:rsidRPr="00917520">
              <w:rPr>
                <w:b/>
                <w:bCs/>
                <w:sz w:val="16"/>
              </w:rPr>
              <w:t>·l</w:t>
            </w:r>
            <w:r w:rsidRPr="00917520">
              <w:rPr>
                <w:b/>
                <w:bCs/>
                <w:sz w:val="16"/>
              </w:rPr>
              <w:t>a construcții</w:t>
            </w:r>
            <w:r w:rsidR="00D72661" w:rsidRPr="00917520">
              <w:rPr>
                <w:b/>
                <w:bCs/>
                <w:sz w:val="16"/>
              </w:rPr>
              <w:t>:</w:t>
            </w:r>
          </w:p>
        </w:tc>
      </w:tr>
      <w:tr w:rsidR="00BD4241">
        <w:trPr>
          <w:cantSplit/>
        </w:trPr>
        <w:tc>
          <w:tcPr>
            <w:tcW w:w="9636" w:type="dxa"/>
          </w:tcPr>
          <w:p w:rsidR="00BD4241" w:rsidRDefault="00D72661">
            <w:pPr>
              <w:keepNext/>
            </w:pPr>
            <w:r>
              <w:rPr>
                <w:sz w:val="16"/>
              </w:rPr>
              <w:t>☐ monument</w:t>
            </w:r>
            <w:r w:rsidR="007F4D0B">
              <w:rPr>
                <w:sz w:val="16"/>
              </w:rPr>
              <w:t>e</w:t>
            </w:r>
            <w:r>
              <w:rPr>
                <w:sz w:val="16"/>
              </w:rPr>
              <w:t xml:space="preserve"> istoric</w:t>
            </w:r>
            <w:r w:rsidR="007F4D0B">
              <w:rPr>
                <w:sz w:val="16"/>
              </w:rPr>
              <w:t xml:space="preserve">e </w:t>
            </w:r>
            <w:r>
              <w:rPr>
                <w:sz w:val="16"/>
              </w:rPr>
              <w:t>stabilite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potrivitLegii nr. 422/2001 privind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protejarea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monumentelor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istorice, republicată, cu modificările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completările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ulterioare, inclusiv la anexele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acestora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identificate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același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imobil (teren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și/sau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construcții)</w:t>
            </w:r>
          </w:p>
        </w:tc>
      </w:tr>
      <w:tr w:rsidR="00BD4241">
        <w:trPr>
          <w:cantSplit/>
        </w:trPr>
        <w:tc>
          <w:tcPr>
            <w:tcW w:w="9636" w:type="dxa"/>
          </w:tcPr>
          <w:p w:rsidR="00BD4241" w:rsidRDefault="00D72661">
            <w:pPr>
              <w:keepNext/>
            </w:pPr>
            <w:r>
              <w:rPr>
                <w:sz w:val="16"/>
              </w:rPr>
              <w:t>☐ aflateîn zona de protecție a monumentelor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istorice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A256C2" w:rsidRDefault="00D72661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aflate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în zone construite protejate, stabilite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potrivit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legii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A256C2" w:rsidRDefault="00D72661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cu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valoare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arhitecturală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sau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istorică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deosebită, stabilite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prin</w:t>
            </w:r>
            <w:r w:rsidR="003F0BC9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documentații de urbanism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aprobate</w:t>
            </w:r>
          </w:p>
        </w:tc>
      </w:tr>
      <w:tr w:rsidR="00BD4241" w:rsidRPr="00917520">
        <w:trPr>
          <w:cantSplit/>
        </w:trPr>
        <w:tc>
          <w:tcPr>
            <w:tcW w:w="9636" w:type="dxa"/>
            <w:shd w:val="clear" w:color="auto" w:fill="F4F4F4"/>
          </w:tcPr>
          <w:p w:rsidR="00BD4241" w:rsidRPr="00917520" w:rsidRDefault="00917520">
            <w:pPr>
              <w:keepNext/>
              <w:rPr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>☐ B.3 · la</w:t>
            </w:r>
            <w:r w:rsidR="007F4D0B">
              <w:rPr>
                <w:b/>
                <w:bCs/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clădiri / construcții</w:t>
            </w:r>
            <w:r w:rsidR="007F4D0B">
              <w:rPr>
                <w:b/>
                <w:bCs/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cu</w:t>
            </w:r>
            <w:r w:rsidR="007F4D0B">
              <w:rPr>
                <w:b/>
                <w:bCs/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caracterspecial</w:t>
            </w:r>
            <w:r w:rsidR="007F4D0B">
              <w:rPr>
                <w:b/>
                <w:bCs/>
                <w:sz w:val="16"/>
                <w:lang w:val="fr-FR"/>
              </w:rPr>
              <w:t xml:space="preserve">  </w:t>
            </w:r>
            <w:r w:rsidRPr="00917520">
              <w:rPr>
                <w:sz w:val="16"/>
                <w:lang w:val="fr-FR"/>
              </w:rPr>
              <w:t>☐altele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917520">
              <w:rPr>
                <w:sz w:val="16"/>
                <w:lang w:val="fr-FR"/>
              </w:rPr>
              <w:t>decât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917520">
              <w:rPr>
                <w:sz w:val="16"/>
                <w:lang w:val="fr-FR"/>
              </w:rPr>
              <w:t>cele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917520">
              <w:rPr>
                <w:sz w:val="16"/>
                <w:lang w:val="fr-FR"/>
              </w:rPr>
              <w:t xml:space="preserve">stabilite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917520" w:rsidRDefault="00917520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>din</w:t>
            </w:r>
            <w:r w:rsidR="007F4D0B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>categoria</w:t>
            </w:r>
            <w:r w:rsidR="007F4D0B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>celor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917520">
              <w:rPr>
                <w:sz w:val="16"/>
                <w:lang w:val="fr-FR"/>
              </w:rPr>
              <w:t xml:space="preserve">stabilite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D72661">
            <w:pPr>
              <w:keepNext/>
            </w:pPr>
            <w:r>
              <w:rPr>
                <w:sz w:val="16"/>
              </w:rPr>
              <w:t>C · Amenajări</w:t>
            </w:r>
          </w:p>
        </w:tc>
      </w:tr>
      <w:tr w:rsidR="00BD4241">
        <w:trPr>
          <w:cantSplit/>
        </w:trPr>
        <w:tc>
          <w:tcPr>
            <w:tcW w:w="9636" w:type="dxa"/>
          </w:tcPr>
          <w:p w:rsidR="00BD4241" w:rsidRDefault="00D72661">
            <w:pPr>
              <w:keepNext/>
            </w:pPr>
            <w:r>
              <w:rPr>
                <w:sz w:val="16"/>
              </w:rPr>
              <w:t xml:space="preserve"> ☐ amenajări civile     ☐ amenajări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îmbunătățiri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funciare     ☐ construcții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provizorii / cu </w:t>
            </w:r>
            <w:r w:rsidR="007F4D0B">
              <w:rPr>
                <w:sz w:val="16"/>
              </w:rPr>
              <w:t xml:space="preserve">character </w:t>
            </w:r>
            <w:r>
              <w:rPr>
                <w:sz w:val="16"/>
              </w:rPr>
              <w:t>temporar     ☐ cercetarea / prospectarea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terenurilor, foraje, excavări     ☐ cercetări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zăcăminte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naturale     ☐ spații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verzi, plantate     ☐ spații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publice     ☐ organizare de șantier</w:t>
            </w:r>
          </w:p>
        </w:tc>
      </w:tr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D72661">
            <w:pPr>
              <w:keepNext/>
            </w:pPr>
            <w:r>
              <w:rPr>
                <w:sz w:val="16"/>
              </w:rPr>
              <w:t xml:space="preserve"> D · Lucrări</w:t>
            </w:r>
            <w:r w:rsidR="007F4D0B">
              <w:rPr>
                <w:sz w:val="16"/>
              </w:rPr>
              <w:t xml:space="preserve"> </w:t>
            </w:r>
            <w:r>
              <w:rPr>
                <w:sz w:val="16"/>
              </w:rPr>
              <w:t>inginerești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A256C2" w:rsidRDefault="00D72661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infrastructură de transport</w:t>
            </w:r>
          </w:p>
          <w:p w:rsidR="00BD4241" w:rsidRPr="00A256C2" w:rsidRDefault="00D72661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infrastructură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energetică</w:t>
            </w:r>
          </w:p>
          <w:p w:rsidR="00BD4241" w:rsidRPr="00A256C2" w:rsidRDefault="00D72661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rețele de comunicații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electronice</w:t>
            </w:r>
          </w:p>
          <w:p w:rsidR="00BD4241" w:rsidRPr="00A256C2" w:rsidRDefault="00D72661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gospodărirea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apelor</w:t>
            </w:r>
          </w:p>
          <w:p w:rsidR="00BD4241" w:rsidRPr="00A256C2" w:rsidRDefault="00D72661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hidrotehnice</w:t>
            </w:r>
          </w:p>
          <w:p w:rsidR="00BD4241" w:rsidRPr="00A256C2" w:rsidRDefault="00D72661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miniere</w:t>
            </w:r>
          </w:p>
          <w:p w:rsidR="00BD4241" w:rsidRPr="00A256C2" w:rsidRDefault="00D72661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alte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lucrări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inginerești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necesare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realizării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unor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obiective de interes public</w:t>
            </w:r>
          </w:p>
        </w:tc>
      </w:tr>
    </w:tbl>
    <w:p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D72661">
            <w:pPr>
              <w:keepNext/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200AB0" w:rsidRDefault="00D72661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funciară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actualizat</w:t>
            </w:r>
          </w:p>
          <w:p w:rsidR="00A256C2" w:rsidRPr="00A256C2" w:rsidRDefault="00200AB0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>☐ plan de situație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propus, cu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amprentala sol a corpurilor</w:t>
            </w:r>
            <w:r w:rsidR="007F4D0B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>de clădire</w:t>
            </w:r>
            <w:r w:rsidR="007F4D0B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>propuse</w:t>
            </w:r>
            <w:r w:rsidR="007F4D0B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>spre construire /desființare / extindere</w:t>
            </w:r>
          </w:p>
          <w:p w:rsidR="00BD4241" w:rsidRPr="00232B9E" w:rsidRDefault="00A256C2">
            <w:pPr>
              <w:rPr>
                <w:lang w:val="fr-FR"/>
              </w:rPr>
            </w:pPr>
            <w:r w:rsidRPr="00232B9E">
              <w:rPr>
                <w:sz w:val="16"/>
                <w:lang w:val="fr-FR"/>
              </w:rPr>
              <w:t>☐ plan de încadrare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>în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>zonă</w:t>
            </w:r>
            <w:r w:rsidR="007F4D0B">
              <w:rPr>
                <w:sz w:val="16"/>
                <w:lang w:val="fr-FR"/>
              </w:rPr>
              <w:t xml:space="preserve"> </w:t>
            </w:r>
            <w:r w:rsidR="00745F29">
              <w:rPr>
                <w:sz w:val="16"/>
                <w:lang w:val="fr-FR"/>
              </w:rPr>
              <w:t>în</w:t>
            </w:r>
            <w:r w:rsidR="007F4D0B">
              <w:rPr>
                <w:sz w:val="16"/>
                <w:lang w:val="fr-FR"/>
              </w:rPr>
              <w:t xml:space="preserve"> </w:t>
            </w:r>
            <w:r w:rsidR="00745F29">
              <w:rPr>
                <w:sz w:val="16"/>
                <w:lang w:val="fr-FR"/>
              </w:rPr>
              <w:t>sistemStereo 70</w:t>
            </w:r>
            <w:r w:rsidRPr="00232B9E">
              <w:rPr>
                <w:sz w:val="16"/>
                <w:lang w:val="fr-FR"/>
              </w:rPr>
              <w:t xml:space="preserve">     ☐ descrierea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>succintă a investiției     ☐ împuternicirea, dacă este cazul</w:t>
            </w:r>
          </w:p>
        </w:tc>
      </w:tr>
    </w:tbl>
    <w:p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D72661">
            <w:pPr>
              <w:keepNext/>
            </w:pP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A256C2" w:rsidRDefault="00D72661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în format scris, prin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poștă     ☐ în format digital, la adresa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de e-mail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indicată     ☐ ridicare de la sediul</w:t>
            </w:r>
            <w:r w:rsidR="007F4D0B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autorității</w:t>
            </w:r>
          </w:p>
        </w:tc>
      </w:tr>
    </w:tbl>
    <w:p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BD4241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BD4241" w:rsidRDefault="00D72661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>
        <w:trPr>
          <w:cantSplit/>
          <w:trHeight w:val="510"/>
        </w:trPr>
        <w:tc>
          <w:tcPr>
            <w:tcW w:w="1606" w:type="dxa"/>
          </w:tcPr>
          <w:p w:rsidR="00BD4241" w:rsidRDefault="00D72661">
            <w:r>
              <w:rPr>
                <w:b/>
                <w:color w:val="0D5F78"/>
              </w:rPr>
              <w:t>Data</w:t>
            </w:r>
          </w:p>
          <w:p w:rsidR="00BD4241" w:rsidRDefault="00BD4241"/>
        </w:tc>
        <w:tc>
          <w:tcPr>
            <w:tcW w:w="4818" w:type="dxa"/>
          </w:tcPr>
          <w:p w:rsidR="00BD4241" w:rsidRDefault="00D72661">
            <w:r>
              <w:rPr>
                <w:b/>
                <w:color w:val="0D5F78"/>
              </w:rPr>
              <w:t>Solicitantul</w:t>
            </w:r>
          </w:p>
          <w:p w:rsidR="00BD4241" w:rsidRDefault="00BD4241"/>
        </w:tc>
        <w:tc>
          <w:tcPr>
            <w:tcW w:w="3212" w:type="dxa"/>
          </w:tcPr>
          <w:p w:rsidR="00BD4241" w:rsidRDefault="00D72661">
            <w:r>
              <w:rPr>
                <w:b/>
                <w:color w:val="0D5F78"/>
              </w:rPr>
              <w:t>Semnătura</w:t>
            </w:r>
          </w:p>
          <w:p w:rsidR="00BD4241" w:rsidRDefault="00BD4241"/>
        </w:tc>
      </w:tr>
    </w:tbl>
    <w:p w:rsidR="00BD4241" w:rsidRDefault="00BD4241">
      <w:pPr>
        <w:spacing w:line="168" w:lineRule="auto"/>
      </w:pPr>
    </w:p>
    <w:sectPr w:rsidR="00BD4241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6116" w:rsidRDefault="008A6116">
      <w:r>
        <w:separator/>
      </w:r>
    </w:p>
  </w:endnote>
  <w:endnote w:type="continuationSeparator" w:id="1">
    <w:p w:rsidR="008A6116" w:rsidRDefault="008A61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41" w:rsidRDefault="00D72661">
    <w:pPr>
      <w:pStyle w:val="Footer"/>
      <w:tabs>
        <w:tab w:val="right" w:pos="9639"/>
      </w:tabs>
    </w:pPr>
    <w:r>
      <w:rPr>
        <w:color w:val="595959"/>
      </w:rPr>
      <w:t>F_CU_04 · versiunea 1.0</w:t>
    </w:r>
    <w:r>
      <w:rPr>
        <w:color w:val="595959"/>
      </w:rPr>
      <w:tab/>
      <w:t>pagina</w:t>
    </w:r>
    <w:r w:rsidR="006D2812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6D2812">
      <w:rPr>
        <w:color w:val="595959"/>
      </w:rPr>
      <w:fldChar w:fldCharType="separate"/>
    </w:r>
    <w:r w:rsidR="005C7C1D">
      <w:rPr>
        <w:noProof/>
        <w:color w:val="595959"/>
      </w:rPr>
      <w:t>1</w:t>
    </w:r>
    <w:r w:rsidR="006D2812">
      <w:rPr>
        <w:color w:val="595959"/>
      </w:rPr>
      <w:fldChar w:fldCharType="end"/>
    </w:r>
    <w:r>
      <w:rPr>
        <w:color w:val="595959"/>
      </w:rPr>
      <w:t xml:space="preserve"> din </w:t>
    </w:r>
    <w:r w:rsidR="006D2812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6D2812">
      <w:rPr>
        <w:color w:val="595959"/>
      </w:rPr>
      <w:fldChar w:fldCharType="separate"/>
    </w:r>
    <w:r w:rsidR="005C7C1D">
      <w:rPr>
        <w:noProof/>
        <w:color w:val="595959"/>
      </w:rPr>
      <w:t>2</w:t>
    </w:r>
    <w:r w:rsidR="006D2812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6116" w:rsidRDefault="008A6116">
      <w:r>
        <w:separator/>
      </w:r>
    </w:p>
  </w:footnote>
  <w:footnote w:type="continuationSeparator" w:id="1">
    <w:p w:rsidR="008A6116" w:rsidRDefault="008A61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1444F"/>
    <w:rsid w:val="0015074B"/>
    <w:rsid w:val="00200AB0"/>
    <w:rsid w:val="00232B9E"/>
    <w:rsid w:val="00240E5F"/>
    <w:rsid w:val="0029639D"/>
    <w:rsid w:val="00326F90"/>
    <w:rsid w:val="003F0BC9"/>
    <w:rsid w:val="004232B2"/>
    <w:rsid w:val="004408E8"/>
    <w:rsid w:val="00462384"/>
    <w:rsid w:val="004A6DA8"/>
    <w:rsid w:val="005C7C1D"/>
    <w:rsid w:val="006C103E"/>
    <w:rsid w:val="006D2812"/>
    <w:rsid w:val="00745F29"/>
    <w:rsid w:val="007F4D0B"/>
    <w:rsid w:val="00850B64"/>
    <w:rsid w:val="008A6116"/>
    <w:rsid w:val="00917520"/>
    <w:rsid w:val="009511F8"/>
    <w:rsid w:val="009E4FD3"/>
    <w:rsid w:val="00A256C2"/>
    <w:rsid w:val="00AA1D8D"/>
    <w:rsid w:val="00AE0AE2"/>
    <w:rsid w:val="00B47730"/>
    <w:rsid w:val="00BD4241"/>
    <w:rsid w:val="00C61DBC"/>
    <w:rsid w:val="00CB0664"/>
    <w:rsid w:val="00D50DD0"/>
    <w:rsid w:val="00D72661"/>
    <w:rsid w:val="00D91D12"/>
    <w:rsid w:val="00FA4CBB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91D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ffice@albestipaleologu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622</Words>
  <Characters>3547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dumitrescu valentin</dc:creator>
  <cp:lastModifiedBy>dumitrescu valentin</cp:lastModifiedBy>
  <cp:revision>8</cp:revision>
  <dcterms:created xsi:type="dcterms:W3CDTF">2026-09-07T05:48:00Z</dcterms:created>
  <dcterms:modified xsi:type="dcterms:W3CDTF">2026-09-09T13:17:00Z</dcterms:modified>
</cp:coreProperties>
</file>