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D7531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D7531B" w:rsidRDefault="00D7531B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158115</wp:posOffset>
                  </wp:positionV>
                  <wp:extent cx="768350" cy="1092200"/>
                  <wp:effectExtent l="19050" t="0" r="0" b="0"/>
                  <wp:wrapNone/>
                  <wp:docPr id="1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color w:val="595959"/>
              </w:rPr>
              <w:t>siglă / stemă</w:t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D7531B" w:rsidRDefault="00D7531B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D7531B" w:rsidRPr="00F67A63" w:rsidRDefault="00D7531B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D7531B" w:rsidRDefault="00D7531B" w:rsidP="00B4442D">
            <w:pPr>
              <w:keepNext/>
            </w:pPr>
          </w:p>
        </w:tc>
      </w:tr>
      <w:tr w:rsidR="00D7531B">
        <w:trPr>
          <w:cantSplit/>
          <w:trHeight w:val="510"/>
        </w:trPr>
        <w:tc>
          <w:tcPr>
            <w:tcW w:w="1606" w:type="dxa"/>
            <w:vMerge/>
          </w:tcPr>
          <w:p w:rsidR="00D7531B" w:rsidRDefault="00D7531B"/>
        </w:tc>
        <w:tc>
          <w:tcPr>
            <w:tcW w:w="8030" w:type="dxa"/>
            <w:gridSpan w:val="3"/>
            <w:shd w:val="clear" w:color="auto" w:fill="F0F0F0"/>
          </w:tcPr>
          <w:p w:rsidR="00D7531B" w:rsidRDefault="00D7531B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D7531B" w:rsidRPr="00F67A63" w:rsidRDefault="00D7531B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D7531B" w:rsidRDefault="00D7531B" w:rsidP="00B4442D">
            <w:pPr>
              <w:keepNext/>
            </w:pPr>
          </w:p>
        </w:tc>
      </w:tr>
      <w:tr w:rsidR="00D7531B">
        <w:trPr>
          <w:cantSplit/>
          <w:trHeight w:val="510"/>
        </w:trPr>
        <w:tc>
          <w:tcPr>
            <w:tcW w:w="1606" w:type="dxa"/>
            <w:vMerge/>
          </w:tcPr>
          <w:p w:rsidR="00D7531B" w:rsidRDefault="00D7531B"/>
        </w:tc>
        <w:tc>
          <w:tcPr>
            <w:tcW w:w="2409" w:type="dxa"/>
            <w:shd w:val="clear" w:color="auto" w:fill="F0F0F0"/>
          </w:tcPr>
          <w:p w:rsidR="00D7531B" w:rsidRDefault="00D7531B" w:rsidP="00B4442D">
            <w:pPr>
              <w:keepNext/>
              <w:rPr>
                <w:b/>
                <w:color w:val="0D5F78"/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Cod de identificare fiscală (CIF)</w:t>
            </w:r>
          </w:p>
          <w:p w:rsidR="00D7531B" w:rsidRPr="00F67A63" w:rsidRDefault="00D7531B" w:rsidP="00B4442D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D7531B" w:rsidRPr="005B29C5" w:rsidRDefault="00D7531B" w:rsidP="00B4442D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DC3AE9" w:rsidRDefault="00DC3AE9" w:rsidP="00DC3AE9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:rsidR="00DC3AE9" w:rsidRPr="00C4131E" w:rsidRDefault="00DC3AE9" w:rsidP="00DC3AE9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DC3AE9" w:rsidRPr="00C4131E" w:rsidRDefault="00DC3AE9" w:rsidP="00DC3AE9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DC3AE9" w:rsidRPr="00C4131E" w:rsidRDefault="00DC3AE9" w:rsidP="00DC3AE9">
            <w:pPr>
              <w:keepNext/>
              <w:rPr>
                <w:rFonts w:cs="Times New Roman"/>
                <w:b/>
                <w:szCs w:val="15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Pr="00C4131E">
              <w:rPr>
                <w:rFonts w:cs="Times New Roman"/>
                <w:b/>
                <w:szCs w:val="15"/>
              </w:rPr>
              <w:t xml:space="preserve">B: </w:t>
            </w:r>
            <w:r w:rsidRPr="00C4131E"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  <w:t>http://primariaalbestipaleologu.ro</w:t>
            </w:r>
          </w:p>
          <w:p w:rsidR="00D7531B" w:rsidRPr="005B29C5" w:rsidRDefault="00D7531B" w:rsidP="00B4442D">
            <w:pPr>
              <w:keepNext/>
              <w:rPr>
                <w:lang w:val="fr-FR"/>
              </w:rPr>
            </w:pPr>
          </w:p>
        </w:tc>
      </w:tr>
      <w:tr w:rsidR="00945CC5">
        <w:trPr>
          <w:cantSplit/>
          <w:trHeight w:val="510"/>
        </w:trPr>
        <w:tc>
          <w:tcPr>
            <w:tcW w:w="1606" w:type="dxa"/>
            <w:vMerge/>
          </w:tcPr>
          <w:p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945CC5" w:rsidRDefault="00945CC5">
            <w:pPr>
              <w:keepNext/>
            </w:pPr>
          </w:p>
        </w:tc>
      </w:tr>
      <w:tr w:rsidR="00945CC5" w:rsidRPr="004E6AFA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>secompletează de autoritate — solicitantul nu scrieînaceastăzonă</w:t>
            </w:r>
          </w:p>
        </w:tc>
      </w:tr>
    </w:tbl>
    <w:p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45CC5">
        <w:trPr>
          <w:cantSplit/>
        </w:trPr>
        <w:tc>
          <w:tcPr>
            <w:tcW w:w="9636" w:type="dxa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>
        <w:trPr>
          <w:cantSplit/>
          <w:trHeight w:val="510"/>
        </w:trPr>
        <w:tc>
          <w:tcPr>
            <w:tcW w:w="9636" w:type="dxa"/>
          </w:tcPr>
          <w:p w:rsidR="00945CC5" w:rsidRDefault="00FA7758">
            <w:pPr>
              <w:keepNext/>
              <w:rPr>
                <w:b/>
                <w:color w:val="0D5F78"/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>Instituția</w:t>
            </w:r>
          </w:p>
          <w:p w:rsidR="00515C72" w:rsidRPr="00C4131E" w:rsidRDefault="00515C72" w:rsidP="00515C72">
            <w:pPr>
              <w:keepNext/>
              <w:rPr>
                <w:lang w:val="fr-FR"/>
              </w:rPr>
            </w:pPr>
            <w:r w:rsidRPr="00C4131E">
              <w:rPr>
                <w:b/>
                <w:lang w:val="fr-FR"/>
              </w:rPr>
              <w:t>PRIMARIA COMUNEI ALBESTI – PALEOLOGU</w:t>
            </w:r>
          </w:p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i/>
                <w:color w:val="7A7A7A"/>
                <w:lang w:val="fr-FR"/>
              </w:rPr>
              <w:t>primăriamunicipiului / orașului / comunei · primăria de sector · consiliuljudețean</w:t>
            </w:r>
          </w:p>
          <w:p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>
        <w:trPr>
          <w:cantSplit/>
        </w:trPr>
        <w:tc>
          <w:tcPr>
            <w:tcW w:w="9636" w:type="dxa"/>
            <w:shd w:val="clear" w:color="auto" w:fill="F4F4F4"/>
          </w:tcPr>
          <w:p w:rsidR="00945CC5" w:rsidRPr="003E706D" w:rsidRDefault="00FA7758">
            <w:pPr>
              <w:spacing w:line="228" w:lineRule="auto"/>
              <w:rPr>
                <w:lang w:val="fr-FR"/>
              </w:rPr>
            </w:pPr>
            <w:r w:rsidRPr="003E706D">
              <w:rPr>
                <w:lang w:val="fr-FR"/>
              </w:rPr>
              <w:t>Cererea va fi transmisă</w:t>
            </w:r>
            <w:r w:rsidR="009A0CF5">
              <w:rPr>
                <w:lang w:val="fr-FR"/>
              </w:rPr>
              <w:t xml:space="preserve"> </w:t>
            </w:r>
            <w:r w:rsidRPr="003E706D">
              <w:rPr>
                <w:lang w:val="fr-FR"/>
              </w:rPr>
              <w:t>către</w:t>
            </w:r>
            <w:r w:rsidR="009A0CF5">
              <w:rPr>
                <w:lang w:val="fr-FR"/>
              </w:rPr>
              <w:t xml:space="preserve"> </w:t>
            </w:r>
            <w:r w:rsidRPr="003E706D">
              <w:rPr>
                <w:lang w:val="fr-FR"/>
              </w:rPr>
              <w:t>președintele</w:t>
            </w:r>
            <w:r w:rsidR="009A0CF5">
              <w:rPr>
                <w:lang w:val="fr-FR"/>
              </w:rPr>
              <w:t xml:space="preserve"> </w:t>
            </w:r>
            <w:r w:rsidRPr="003E706D">
              <w:rPr>
                <w:lang w:val="fr-FR"/>
              </w:rPr>
              <w:t>consiliului</w:t>
            </w:r>
            <w:r w:rsidR="009A0CF5">
              <w:rPr>
                <w:lang w:val="fr-FR"/>
              </w:rPr>
              <w:t xml:space="preserve"> </w:t>
            </w:r>
            <w:r w:rsidRPr="003E706D">
              <w:rPr>
                <w:lang w:val="fr-FR"/>
              </w:rPr>
              <w:t>județean, primarul</w:t>
            </w:r>
            <w:r w:rsidR="009A0CF5">
              <w:rPr>
                <w:lang w:val="fr-FR"/>
              </w:rPr>
              <w:t xml:space="preserve"> </w:t>
            </w:r>
            <w:r w:rsidRPr="003E706D">
              <w:rPr>
                <w:lang w:val="fr-FR"/>
              </w:rPr>
              <w:t>general, primarul de sector</w:t>
            </w:r>
            <w:r w:rsidR="009A0CF5">
              <w:rPr>
                <w:lang w:val="fr-FR"/>
              </w:rPr>
              <w:t xml:space="preserve"> </w:t>
            </w:r>
            <w:r w:rsidRPr="003E706D">
              <w:rPr>
                <w:lang w:val="fr-FR"/>
              </w:rPr>
              <w:t>sau</w:t>
            </w:r>
            <w:r w:rsidR="009A0CF5">
              <w:rPr>
                <w:lang w:val="fr-FR"/>
              </w:rPr>
              <w:t xml:space="preserve"> </w:t>
            </w:r>
            <w:r w:rsidRPr="003E706D">
              <w:rPr>
                <w:lang w:val="fr-FR"/>
              </w:rPr>
              <w:t>primarul</w:t>
            </w:r>
            <w:r w:rsidR="009A0CF5">
              <w:rPr>
                <w:lang w:val="fr-FR"/>
              </w:rPr>
              <w:t xml:space="preserve"> </w:t>
            </w:r>
            <w:r w:rsidRPr="003E706D">
              <w:rPr>
                <w:lang w:val="fr-FR"/>
              </w:rPr>
              <w:t>municipiului / orașului / comunei, după</w:t>
            </w:r>
            <w:r w:rsidR="009A0CF5">
              <w:rPr>
                <w:lang w:val="fr-FR"/>
              </w:rPr>
              <w:t xml:space="preserve"> </w:t>
            </w:r>
            <w:r w:rsidRPr="003E706D">
              <w:rPr>
                <w:lang w:val="fr-FR"/>
              </w:rPr>
              <w:t>caz.</w:t>
            </w:r>
          </w:p>
        </w:tc>
      </w:tr>
    </w:tbl>
    <w:p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>
        <w:trPr>
          <w:cantSplit/>
          <w:trHeight w:val="510"/>
        </w:trPr>
        <w:tc>
          <w:tcPr>
            <w:tcW w:w="5621" w:type="dxa"/>
            <w:gridSpan w:val="5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sz w:val="16"/>
              </w:rPr>
              <w:t>Domiciliul</w:t>
            </w:r>
          </w:p>
        </w:tc>
      </w:tr>
      <w:tr w:rsidR="00945CC5">
        <w:trPr>
          <w:cantSplit/>
          <w:trHeight w:val="510"/>
        </w:trPr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945CC5" w:rsidRDefault="00945CC5">
            <w:pPr>
              <w:keepNext/>
            </w:pPr>
          </w:p>
        </w:tc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>
        <w:trPr>
          <w:cantSplit/>
          <w:trHeight w:val="510"/>
        </w:trPr>
        <w:tc>
          <w:tcPr>
            <w:tcW w:w="4015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945CC5" w:rsidRDefault="00FA7758">
            <w:pPr>
              <w:keepNext/>
            </w:pPr>
            <w:r>
              <w:rPr>
                <w:sz w:val="16"/>
              </w:rPr>
              <w:t>Reprezentare</w:t>
            </w:r>
          </w:p>
        </w:tc>
      </w:tr>
      <w:tr w:rsidR="00945CC5">
        <w:trPr>
          <w:cantSplit/>
          <w:trHeight w:val="510"/>
        </w:trPr>
        <w:tc>
          <w:tcPr>
            <w:tcW w:w="6424" w:type="dxa"/>
            <w:gridSpan w:val="6"/>
          </w:tcPr>
          <w:p w:rsidR="00945CC5" w:rsidRDefault="00FA7758">
            <w:r>
              <w:rPr>
                <w:b/>
                <w:color w:val="0D5F78"/>
              </w:rPr>
              <w:t>Încalitate de reprezentant al</w:t>
            </w:r>
          </w:p>
          <w:p w:rsidR="00945CC5" w:rsidRDefault="00945CC5"/>
        </w:tc>
        <w:tc>
          <w:tcPr>
            <w:tcW w:w="3212" w:type="dxa"/>
            <w:gridSpan w:val="2"/>
          </w:tcPr>
          <w:p w:rsidR="00945CC5" w:rsidRDefault="00FA7758">
            <w:r>
              <w:rPr>
                <w:b/>
                <w:color w:val="0D5F78"/>
              </w:rPr>
              <w:t>CUI / CIF</w:t>
            </w:r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4015"/>
      </w:tblGrid>
      <w:tr w:rsidR="00945CC5" w:rsidRPr="004E6AFA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Nr.</w:t>
            </w:r>
          </w:p>
          <w:p w:rsidR="00945CC5" w:rsidRDefault="00945CC5"/>
        </w:tc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Din data</w:t>
            </w:r>
          </w:p>
          <w:p w:rsidR="00945CC5" w:rsidRDefault="00945CC5"/>
        </w:tc>
        <w:tc>
          <w:tcPr>
            <w:tcW w:w="2409" w:type="dxa"/>
          </w:tcPr>
          <w:p w:rsidR="00945CC5" w:rsidRDefault="00FA7758">
            <w:r>
              <w:rPr>
                <w:b/>
                <w:color w:val="0D5F78"/>
              </w:rPr>
              <w:t>Termen de valabilitate</w:t>
            </w:r>
          </w:p>
          <w:p w:rsidR="00945CC5" w:rsidRDefault="00945CC5"/>
        </w:tc>
        <w:tc>
          <w:tcPr>
            <w:tcW w:w="4015" w:type="dxa"/>
          </w:tcPr>
          <w:p w:rsidR="00945CC5" w:rsidRDefault="00FA7758">
            <w:r>
              <w:rPr>
                <w:b/>
                <w:color w:val="0D5F78"/>
              </w:rPr>
              <w:t>Emisă de</w:t>
            </w:r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945CC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>
        <w:trPr>
          <w:cantSplit/>
        </w:trPr>
        <w:tc>
          <w:tcPr>
            <w:tcW w:w="9636" w:type="dxa"/>
            <w:gridSpan w:val="6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945CC5">
        <w:trPr>
          <w:cantSplit/>
          <w:trHeight w:val="510"/>
        </w:trPr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945CC5" w:rsidRDefault="00945CC5">
            <w:pPr>
              <w:keepNext/>
            </w:pPr>
          </w:p>
        </w:tc>
        <w:tc>
          <w:tcPr>
            <w:tcW w:w="803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945CC5" w:rsidRDefault="00945CC5">
            <w:pPr>
              <w:keepNext/>
            </w:pPr>
          </w:p>
        </w:tc>
        <w:tc>
          <w:tcPr>
            <w:tcW w:w="2409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  <w:gridSpan w:val="3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>Număr cadastral</w:t>
            </w:r>
          </w:p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i/>
                <w:color w:val="7A7A7A"/>
                <w:lang w:val="fr-FR"/>
              </w:rPr>
              <w:t>dacăimobilul e înscrisîn e-Terra</w:t>
            </w:r>
          </w:p>
          <w:p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</w:trPr>
        <w:tc>
          <w:tcPr>
            <w:tcW w:w="9636" w:type="dxa"/>
            <w:gridSpan w:val="6"/>
          </w:tcPr>
          <w:p w:rsidR="00945CC5" w:rsidRDefault="00FA7758">
            <w:r>
              <w:rPr>
                <w:sz w:val="16"/>
              </w:rPr>
              <w:t xml:space="preserve"> ☐ extras de carte funciară</w:t>
            </w:r>
            <w:r w:rsidR="009A0CF5">
              <w:rPr>
                <w:sz w:val="16"/>
              </w:rPr>
              <w:t xml:space="preserve"> </w:t>
            </w:r>
            <w:r>
              <w:rPr>
                <w:sz w:val="16"/>
              </w:rPr>
              <w:t>actualizat, anexat     ☐ plan de încadrare</w:t>
            </w:r>
            <w:r w:rsidR="009A0CF5">
              <w:rPr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 w:rsidR="009A0CF5">
              <w:rPr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 w:rsidR="009A0CF5">
              <w:rPr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 w:rsidR="009A0CF5">
              <w:rPr>
                <w:sz w:val="16"/>
              </w:rPr>
              <w:t xml:space="preserve"> </w:t>
            </w:r>
            <w:r>
              <w:rPr>
                <w:sz w:val="16"/>
              </w:rPr>
              <w:t>sistem Stereo 70, anexat</w:t>
            </w:r>
          </w:p>
        </w:tc>
      </w:tr>
    </w:tbl>
    <w:p w:rsidR="00945CC5" w:rsidRDefault="009A0CF5" w:rsidP="003E706D">
      <w:pPr>
        <w:spacing w:before="80" w:after="60"/>
        <w:jc w:val="center"/>
      </w:pPr>
      <w:r>
        <w:rPr>
          <w:sz w:val="18"/>
        </w:rPr>
        <w:t>Î</w:t>
      </w:r>
      <w:r w:rsidR="00FA7758">
        <w:rPr>
          <w:sz w:val="18"/>
        </w:rPr>
        <w:t>n</w:t>
      </w:r>
      <w:r>
        <w:rPr>
          <w:sz w:val="18"/>
        </w:rPr>
        <w:t xml:space="preserve"> </w:t>
      </w:r>
      <w:r w:rsidR="00FA7758">
        <w:rPr>
          <w:sz w:val="18"/>
        </w:rPr>
        <w:t>conformitate cu prevederile art. 293 din Legea nr. 169/2026 privind</w:t>
      </w:r>
      <w:r>
        <w:rPr>
          <w:sz w:val="18"/>
        </w:rPr>
        <w:t xml:space="preserve"> </w:t>
      </w:r>
      <w:r w:rsidR="00FA7758">
        <w:rPr>
          <w:sz w:val="18"/>
        </w:rPr>
        <w:t>Codul</w:t>
      </w:r>
      <w:r>
        <w:rPr>
          <w:sz w:val="18"/>
        </w:rPr>
        <w:t xml:space="preserve"> </w:t>
      </w:r>
      <w:r w:rsidR="00FA7758">
        <w:rPr>
          <w:sz w:val="18"/>
        </w:rPr>
        <w:t>amenajării</w:t>
      </w:r>
      <w:r>
        <w:rPr>
          <w:sz w:val="18"/>
        </w:rPr>
        <w:t xml:space="preserve"> </w:t>
      </w:r>
      <w:r w:rsidR="00FA7758">
        <w:rPr>
          <w:sz w:val="18"/>
        </w:rPr>
        <w:t>teritoriului, urbanismului și construcțiilor, solicit emiterea</w:t>
      </w:r>
    </w:p>
    <w:p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:rsidR="00945CC5" w:rsidRDefault="009A0CF5">
      <w:pPr>
        <w:spacing w:after="120"/>
        <w:jc w:val="center"/>
      </w:pPr>
      <w:r>
        <w:rPr>
          <w:sz w:val="19"/>
        </w:rPr>
        <w:t>Î</w:t>
      </w:r>
      <w:r w:rsidR="00FA7758">
        <w:rPr>
          <w:sz w:val="19"/>
        </w:rPr>
        <w:t>n</w:t>
      </w:r>
      <w:r>
        <w:rPr>
          <w:sz w:val="19"/>
        </w:rPr>
        <w:t xml:space="preserve"> </w:t>
      </w:r>
      <w:r w:rsidR="00FA7758">
        <w:rPr>
          <w:sz w:val="19"/>
        </w:rPr>
        <w:t>vederea</w:t>
      </w:r>
      <w:r>
        <w:rPr>
          <w:sz w:val="19"/>
        </w:rPr>
        <w:t xml:space="preserve"> </w:t>
      </w:r>
      <w:r w:rsidR="00FA7758">
        <w:rPr>
          <w:sz w:val="19"/>
        </w:rPr>
        <w:t>realizării</w:t>
      </w:r>
      <w:r>
        <w:rPr>
          <w:sz w:val="19"/>
        </w:rPr>
        <w:t xml:space="preserve"> </w:t>
      </w:r>
      <w:r w:rsidR="00FA7758">
        <w:rPr>
          <w:sz w:val="19"/>
        </w:rPr>
        <w:t>lucrărilor</w:t>
      </w:r>
      <w:r>
        <w:rPr>
          <w:sz w:val="19"/>
        </w:rPr>
        <w:t xml:space="preserve"> </w:t>
      </w:r>
      <w:r w:rsidR="00FA7758">
        <w:rPr>
          <w:sz w:val="19"/>
        </w:rPr>
        <w:t>corespunzătoare</w:t>
      </w:r>
      <w:r>
        <w:rPr>
          <w:sz w:val="19"/>
        </w:rPr>
        <w:t xml:space="preserve"> </w:t>
      </w:r>
      <w:r w:rsidR="00FA7758">
        <w:rPr>
          <w:sz w:val="19"/>
        </w:rPr>
        <w:t>modificărilor de temă</w:t>
      </w:r>
    </w:p>
    <w:p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45CC5">
        <w:trPr>
          <w:cantSplit/>
        </w:trPr>
        <w:tc>
          <w:tcPr>
            <w:tcW w:w="9636" w:type="dxa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>
        <w:trPr>
          <w:cantSplit/>
        </w:trPr>
        <w:tc>
          <w:tcPr>
            <w:tcW w:w="9636" w:type="dxa"/>
          </w:tcPr>
          <w:p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3212"/>
        <w:gridCol w:w="803"/>
        <w:gridCol w:w="1606"/>
        <w:gridCol w:w="4015"/>
      </w:tblGrid>
      <w:tr w:rsidR="00945CC5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>
        <w:trPr>
          <w:cantSplit/>
        </w:trPr>
        <w:tc>
          <w:tcPr>
            <w:tcW w:w="9636" w:type="dxa"/>
            <w:gridSpan w:val="4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roiectpentruautorizareaconstruirii</w:t>
            </w:r>
            <w:r w:rsidR="003E706D">
              <w:rPr>
                <w:sz w:val="16"/>
              </w:rPr>
              <w:t>actualizat</w:t>
            </w:r>
          </w:p>
        </w:tc>
      </w:tr>
      <w:tr w:rsidR="00945CC5">
        <w:trPr>
          <w:cantSplit/>
          <w:trHeight w:val="510"/>
        </w:trPr>
        <w:tc>
          <w:tcPr>
            <w:tcW w:w="3212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Nr. / data proiectului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actualizat</w:t>
            </w:r>
          </w:p>
          <w:p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Elaborator (denumire + sediu)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4015" w:type="dxa"/>
            <w:gridSpan w:val="2"/>
          </w:tcPr>
          <w:p w:rsidR="00945CC5" w:rsidRDefault="00FA7758">
            <w:r>
              <w:rPr>
                <w:b/>
                <w:color w:val="0D5F78"/>
              </w:rPr>
              <w:t>Proiectant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autor — arhitect / conductor arhitect / arhitect de interior</w:t>
            </w:r>
          </w:p>
          <w:p w:rsidR="00945CC5" w:rsidRDefault="00945CC5"/>
        </w:tc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Nr. TNA</w:t>
            </w:r>
          </w:p>
          <w:p w:rsidR="00945CC5" w:rsidRDefault="00945CC5"/>
        </w:tc>
        <w:tc>
          <w:tcPr>
            <w:tcW w:w="4015" w:type="dxa"/>
          </w:tcPr>
          <w:p w:rsidR="00945CC5" w:rsidRDefault="00FA7758">
            <w:r>
              <w:rPr>
                <w:b/>
                <w:color w:val="0D5F78"/>
              </w:rPr>
              <w:t>Ingineri, pe specialități</w:t>
            </w:r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5621"/>
        <w:gridCol w:w="4015"/>
      </w:tblGrid>
      <w:tr w:rsidR="00945CC5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>
        <w:trPr>
          <w:cantSplit/>
        </w:trPr>
        <w:tc>
          <w:tcPr>
            <w:tcW w:w="9636" w:type="dxa"/>
            <w:gridSpan w:val="2"/>
          </w:tcPr>
          <w:p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rezistență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mecanică și stabilitate — nume și prenume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verificator / nr. atestat</w:t>
            </w:r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securitate la incendiu — nume și prenume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verificator / nr. atestat</w:t>
            </w:r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igienă, sănătate și mediu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înconjurător — nume și prenume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verificator / nr. atestat</w:t>
            </w:r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siguranță și accesibilitate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în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exploatare — nume și prenume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verificator / nr. atestat</w:t>
            </w:r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protecție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împotriva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zgomotului — nume și prenume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verificator / nr. atestat</w:t>
            </w:r>
          </w:p>
          <w:p w:rsidR="00945CC5" w:rsidRDefault="00945CC5">
            <w:pPr>
              <w:keepNext/>
            </w:pPr>
          </w:p>
        </w:tc>
        <w:tc>
          <w:tcPr>
            <w:tcW w:w="4015" w:type="dxa"/>
          </w:tcPr>
          <w:p w:rsidR="00945CC5" w:rsidRDefault="00FA7758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:rsidR="00945CC5" w:rsidRDefault="00945CC5">
            <w:pPr>
              <w:keepNext/>
            </w:pPr>
          </w:p>
        </w:tc>
      </w:tr>
      <w:tr w:rsidR="00945CC5">
        <w:trPr>
          <w:cantSplit/>
          <w:trHeight w:val="510"/>
        </w:trPr>
        <w:tc>
          <w:tcPr>
            <w:tcW w:w="5621" w:type="dxa"/>
          </w:tcPr>
          <w:p w:rsidR="00945CC5" w:rsidRDefault="00FA7758">
            <w:r>
              <w:rPr>
                <w:b/>
                <w:color w:val="0D5F78"/>
              </w:rPr>
              <w:t>economie de energie și izolare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termică — nume și prenume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verificator / nr. atestat</w:t>
            </w:r>
          </w:p>
          <w:p w:rsidR="00945CC5" w:rsidRDefault="00945CC5"/>
        </w:tc>
        <w:tc>
          <w:tcPr>
            <w:tcW w:w="4015" w:type="dxa"/>
          </w:tcPr>
          <w:p w:rsidR="00945CC5" w:rsidRDefault="00FA7758">
            <w:r>
              <w:rPr>
                <w:b/>
                <w:color w:val="0D5F78"/>
              </w:rPr>
              <w:t>Referat nr. / data</w:t>
            </w:r>
          </w:p>
          <w:p w:rsidR="00945CC5" w:rsidRDefault="00945CC5"/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4015"/>
        <w:gridCol w:w="3212"/>
        <w:gridCol w:w="2409"/>
      </w:tblGrid>
      <w:tr w:rsidR="00945CC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>
        <w:trPr>
          <w:cantSplit/>
          <w:trHeight w:val="510"/>
        </w:trPr>
        <w:tc>
          <w:tcPr>
            <w:tcW w:w="4015" w:type="dxa"/>
          </w:tcPr>
          <w:p w:rsidR="00945CC5" w:rsidRDefault="00FA7758">
            <w:r>
              <w:rPr>
                <w:b/>
                <w:color w:val="0D5F78"/>
              </w:rPr>
              <w:t>Valoarea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lucrărilor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supuse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autorizării (lei)</w:t>
            </w:r>
          </w:p>
          <w:p w:rsidR="00945CC5" w:rsidRDefault="00945CC5"/>
        </w:tc>
        <w:tc>
          <w:tcPr>
            <w:tcW w:w="3212" w:type="dxa"/>
          </w:tcPr>
          <w:p w:rsidR="00945CC5" w:rsidRDefault="00FA7758">
            <w:r>
              <w:rPr>
                <w:b/>
                <w:color w:val="0D5F78"/>
              </w:rPr>
              <w:t>Valoarea</w:t>
            </w:r>
            <w:r w:rsidR="009A0CF5">
              <w:rPr>
                <w:b/>
                <w:color w:val="0D5F78"/>
              </w:rPr>
              <w:t xml:space="preserve"> </w:t>
            </w:r>
            <w:r>
              <w:rPr>
                <w:b/>
                <w:color w:val="0D5F78"/>
              </w:rPr>
              <w:t>obiectivului (lei)</w:t>
            </w:r>
          </w:p>
          <w:p w:rsidR="00945CC5" w:rsidRDefault="00945CC5"/>
        </w:tc>
        <w:tc>
          <w:tcPr>
            <w:tcW w:w="2409" w:type="dxa"/>
          </w:tcPr>
          <w:p w:rsidR="00945CC5" w:rsidRPr="003E706D" w:rsidRDefault="00FA7758">
            <w:pPr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>Durata</w:t>
            </w:r>
            <w:r w:rsidR="009A0CF5">
              <w:rPr>
                <w:b/>
                <w:color w:val="0D5F78"/>
                <w:lang w:val="fr-FR"/>
              </w:rPr>
              <w:t xml:space="preserve"> </w:t>
            </w:r>
            <w:r w:rsidRPr="003E706D">
              <w:rPr>
                <w:b/>
                <w:color w:val="0D5F78"/>
                <w:lang w:val="fr-FR"/>
              </w:rPr>
              <w:t>estimată de execuție (luni)</w:t>
            </w:r>
          </w:p>
          <w:p w:rsidR="00945CC5" w:rsidRPr="003E706D" w:rsidRDefault="00945CC5">
            <w:pPr>
              <w:rPr>
                <w:lang w:val="fr-FR"/>
              </w:rPr>
            </w:pPr>
          </w:p>
        </w:tc>
      </w:tr>
    </w:tbl>
    <w:p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45CC5">
        <w:trPr>
          <w:cantSplit/>
        </w:trPr>
        <w:tc>
          <w:tcPr>
            <w:tcW w:w="9636" w:type="dxa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4E6AFA" w:rsidRDefault="00FA7758">
            <w:pPr>
              <w:keepNext/>
            </w:pPr>
            <w:r w:rsidRPr="004E6AFA">
              <w:rPr>
                <w:sz w:val="16"/>
              </w:rPr>
              <w:t>☐ a) proiectul</w:t>
            </w:r>
            <w:r w:rsidR="009A0CF5">
              <w:rPr>
                <w:sz w:val="16"/>
              </w:rPr>
              <w:t xml:space="preserve"> </w:t>
            </w:r>
            <w:r w:rsidRPr="004E6AFA">
              <w:rPr>
                <w:sz w:val="16"/>
              </w:rPr>
              <w:t>pentru</w:t>
            </w:r>
            <w:r w:rsidR="009A0CF5">
              <w:rPr>
                <w:sz w:val="16"/>
              </w:rPr>
              <w:t xml:space="preserve"> </w:t>
            </w:r>
            <w:r w:rsidRPr="004E6AFA">
              <w:rPr>
                <w:sz w:val="16"/>
              </w:rPr>
              <w:t>autorizarea</w:t>
            </w:r>
            <w:r w:rsidR="009A0CF5">
              <w:rPr>
                <w:sz w:val="16"/>
              </w:rPr>
              <w:t xml:space="preserve"> </w:t>
            </w:r>
            <w:r w:rsidRPr="004E6AFA">
              <w:rPr>
                <w:sz w:val="16"/>
              </w:rPr>
              <w:t>construirii</w:t>
            </w:r>
            <w:r w:rsidR="009A0CF5">
              <w:rPr>
                <w:sz w:val="16"/>
              </w:rPr>
              <w:t xml:space="preserve"> </w:t>
            </w:r>
            <w:r w:rsidRPr="004E6AFA">
              <w:rPr>
                <w:sz w:val="16"/>
              </w:rPr>
              <w:t>actualizat, cuprinzând</w:t>
            </w:r>
            <w:r w:rsidR="009A0CF5">
              <w:rPr>
                <w:sz w:val="16"/>
              </w:rPr>
              <w:t xml:space="preserve"> </w:t>
            </w:r>
            <w:r w:rsidRPr="004E6AFA">
              <w:rPr>
                <w:sz w:val="16"/>
              </w:rPr>
              <w:t>modificările de temă (2 exemplare</w:t>
            </w:r>
            <w:r w:rsidR="009A0CF5">
              <w:rPr>
                <w:sz w:val="16"/>
              </w:rPr>
              <w:t xml:space="preserve"> </w:t>
            </w:r>
            <w:r w:rsidRPr="004E6AFA">
              <w:rPr>
                <w:sz w:val="16"/>
              </w:rPr>
              <w:t>originale</w:t>
            </w:r>
            <w:r w:rsidR="009A0CF5">
              <w:rPr>
                <w:sz w:val="16"/>
              </w:rPr>
              <w:t xml:space="preserve"> </w:t>
            </w:r>
            <w:r w:rsidR="004E6AFA" w:rsidRPr="004E6AFA">
              <w:rPr>
                <w:sz w:val="16"/>
              </w:rPr>
              <w:t>sau 1 exemplar original, în format letric, acolo</w:t>
            </w:r>
            <w:r w:rsidR="009A0CF5">
              <w:rPr>
                <w:sz w:val="16"/>
              </w:rPr>
              <w:t xml:space="preserve"> </w:t>
            </w:r>
            <w:r w:rsidR="004E6AFA" w:rsidRPr="004E6AFA">
              <w:rPr>
                <w:sz w:val="16"/>
              </w:rPr>
              <w:t>unde</w:t>
            </w:r>
            <w:r w:rsidR="009A0CF5">
              <w:rPr>
                <w:sz w:val="16"/>
              </w:rPr>
              <w:t xml:space="preserve"> </w:t>
            </w:r>
            <w:r w:rsidR="004E6AFA" w:rsidRPr="004E6AFA">
              <w:rPr>
                <w:sz w:val="16"/>
              </w:rPr>
              <w:t>autoritatea are posibilitatea de a</w:t>
            </w:r>
            <w:r w:rsidR="009A0CF5">
              <w:rPr>
                <w:sz w:val="16"/>
              </w:rPr>
              <w:t xml:space="preserve"> </w:t>
            </w:r>
            <w:r w:rsidR="004E6AFA" w:rsidRPr="004E6AFA">
              <w:rPr>
                <w:sz w:val="16"/>
              </w:rPr>
              <w:t>arhiva</w:t>
            </w:r>
            <w:r w:rsidR="009A0CF5">
              <w:rPr>
                <w:sz w:val="16"/>
              </w:rPr>
              <w:t xml:space="preserve"> </w:t>
            </w:r>
            <w:r w:rsidR="004E6AFA" w:rsidRPr="004E6AFA">
              <w:rPr>
                <w:sz w:val="16"/>
              </w:rPr>
              <w:t>în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 b) referatele de verificare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ale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proiectului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actualizat, corespunzător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clasei de consecințe a obiectivului (câte 1 exemplar copie)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 c) documente emise de către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emitenții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avizelor / acordurilor, din care rezultă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că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modificările de temă se încadrează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în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limitele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avizelor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emise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inițial (câte 1 exemplar copie):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 d) autorizația de construire / desființare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inițială și proiectul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vizat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spre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neschimbare (copie)</w:t>
            </w:r>
          </w:p>
        </w:tc>
      </w:tr>
      <w:tr w:rsidR="00945CC5" w:rsidRPr="004E6AFA">
        <w:trPr>
          <w:cantSplit/>
        </w:trPr>
        <w:tc>
          <w:tcPr>
            <w:tcW w:w="9636" w:type="dxa"/>
          </w:tcPr>
          <w:p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>☐ e) rapoartele de expertiză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tehnică, dacă este cazul</w:t>
            </w:r>
          </w:p>
          <w:p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 f) documentele de plată a taxelor</w:t>
            </w:r>
            <w:r w:rsidR="009A0CF5">
              <w:rPr>
                <w:sz w:val="16"/>
                <w:lang w:val="fr-FR"/>
              </w:rPr>
              <w:t xml:space="preserve"> </w:t>
            </w:r>
            <w:r w:rsidRPr="003E706D">
              <w:rPr>
                <w:sz w:val="16"/>
                <w:lang w:val="fr-FR"/>
              </w:rPr>
              <w:t>legale (copie)     ☐ g) împuternicirea, dacă este cazul</w:t>
            </w:r>
          </w:p>
        </w:tc>
      </w:tr>
    </w:tbl>
    <w:p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945CC5">
        <w:trPr>
          <w:cantSplit/>
        </w:trPr>
        <w:tc>
          <w:tcPr>
            <w:tcW w:w="9636" w:type="dxa"/>
          </w:tcPr>
          <w:p w:rsidR="00945CC5" w:rsidRDefault="00FA7758">
            <w:pPr>
              <w:spacing w:line="228" w:lineRule="auto"/>
            </w:pPr>
            <w:r w:rsidRPr="003E706D">
              <w:rPr>
                <w:i/>
                <w:sz w:val="17"/>
                <w:lang w:val="fr-FR"/>
              </w:rPr>
              <w:t>Declar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pe propria răspundere, sub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sancțiunea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Codului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penal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privind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infracțiunea de fals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în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declarații, că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datele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menționate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în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prezenta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cerere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sunt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reale și exacte și că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am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formulat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prezenta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cerere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anterior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începerii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lucrărilor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asupra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elementelor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>supuse</w:t>
            </w:r>
            <w:r w:rsidR="009A0CF5">
              <w:rPr>
                <w:i/>
                <w:sz w:val="17"/>
                <w:lang w:val="fr-FR"/>
              </w:rPr>
              <w:t xml:space="preserve"> </w:t>
            </w:r>
            <w:r w:rsidRPr="003E706D">
              <w:rPr>
                <w:i/>
                <w:sz w:val="17"/>
                <w:lang w:val="fr-FR"/>
              </w:rPr>
              <w:t xml:space="preserve">modificării, astfel cum stabilește art. 293 alin. </w:t>
            </w:r>
            <w:r>
              <w:rPr>
                <w:i/>
                <w:sz w:val="17"/>
              </w:rPr>
              <w:t>(2) din Lege</w:t>
            </w:r>
            <w:r w:rsidR="00A71320">
              <w:rPr>
                <w:i/>
                <w:sz w:val="17"/>
              </w:rPr>
              <w:t>a</w:t>
            </w:r>
            <w:r w:rsidR="009A0CF5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bookmarkStart w:id="0" w:name="_GoBack"/>
            <w:bookmarkEnd w:id="0"/>
            <w:r>
              <w:rPr>
                <w:i/>
                <w:sz w:val="17"/>
              </w:rPr>
              <w:t>.</w:t>
            </w:r>
          </w:p>
        </w:tc>
      </w:tr>
    </w:tbl>
    <w:p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945CC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>
        <w:trPr>
          <w:cantSplit/>
          <w:trHeight w:val="510"/>
        </w:trPr>
        <w:tc>
          <w:tcPr>
            <w:tcW w:w="1606" w:type="dxa"/>
          </w:tcPr>
          <w:p w:rsidR="00945CC5" w:rsidRDefault="00FA7758">
            <w:r>
              <w:rPr>
                <w:b/>
                <w:color w:val="0D5F78"/>
              </w:rPr>
              <w:t>Data</w:t>
            </w:r>
          </w:p>
          <w:p w:rsidR="00945CC5" w:rsidRDefault="00945CC5"/>
        </w:tc>
        <w:tc>
          <w:tcPr>
            <w:tcW w:w="4818" w:type="dxa"/>
          </w:tcPr>
          <w:p w:rsidR="00945CC5" w:rsidRDefault="00FA7758">
            <w:r>
              <w:rPr>
                <w:b/>
                <w:color w:val="0D5F78"/>
              </w:rPr>
              <w:t>Titularulautorizației</w:t>
            </w:r>
          </w:p>
          <w:p w:rsidR="00945CC5" w:rsidRDefault="00945CC5"/>
        </w:tc>
        <w:tc>
          <w:tcPr>
            <w:tcW w:w="3212" w:type="dxa"/>
          </w:tcPr>
          <w:p w:rsidR="00945CC5" w:rsidRDefault="00FA7758">
            <w:r>
              <w:rPr>
                <w:b/>
                <w:color w:val="0D5F78"/>
              </w:rPr>
              <w:t>Semnătura</w:t>
            </w:r>
          </w:p>
          <w:p w:rsidR="00945CC5" w:rsidRDefault="00945CC5"/>
        </w:tc>
      </w:tr>
    </w:tbl>
    <w:p w:rsidR="00945CC5" w:rsidRDefault="00945CC5">
      <w:pPr>
        <w:spacing w:line="168" w:lineRule="auto"/>
      </w:pPr>
    </w:p>
    <w:sectPr w:rsidR="00945CC5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340" w:rsidRDefault="00797340">
      <w:r>
        <w:separator/>
      </w:r>
    </w:p>
  </w:endnote>
  <w:endnote w:type="continuationSeparator" w:id="1">
    <w:p w:rsidR="00797340" w:rsidRDefault="007973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>1 · versiunea 1.0</w:t>
    </w:r>
    <w:r>
      <w:rPr>
        <w:color w:val="595959"/>
      </w:rPr>
      <w:tab/>
      <w:t>pagina</w:t>
    </w:r>
    <w:r w:rsidR="00F837DE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F837DE">
      <w:rPr>
        <w:color w:val="595959"/>
      </w:rPr>
      <w:fldChar w:fldCharType="separate"/>
    </w:r>
    <w:r w:rsidR="00DC3AE9">
      <w:rPr>
        <w:noProof/>
        <w:color w:val="595959"/>
      </w:rPr>
      <w:t>1</w:t>
    </w:r>
    <w:r w:rsidR="00F837DE">
      <w:rPr>
        <w:color w:val="595959"/>
      </w:rPr>
      <w:fldChar w:fldCharType="end"/>
    </w:r>
    <w:r>
      <w:rPr>
        <w:color w:val="595959"/>
      </w:rPr>
      <w:t xml:space="preserve"> din </w:t>
    </w:r>
    <w:r w:rsidR="00F837DE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F837DE">
      <w:rPr>
        <w:color w:val="595959"/>
      </w:rPr>
      <w:fldChar w:fldCharType="separate"/>
    </w:r>
    <w:r w:rsidR="00DC3AE9">
      <w:rPr>
        <w:noProof/>
        <w:color w:val="595959"/>
      </w:rPr>
      <w:t>2</w:t>
    </w:r>
    <w:r w:rsidR="00F837DE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340" w:rsidRDefault="00797340">
      <w:r>
        <w:separator/>
      </w:r>
    </w:p>
  </w:footnote>
  <w:footnote w:type="continuationSeparator" w:id="1">
    <w:p w:rsidR="00797340" w:rsidRDefault="007973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80D57"/>
    <w:rsid w:val="0029639D"/>
    <w:rsid w:val="002F7EE8"/>
    <w:rsid w:val="00326F90"/>
    <w:rsid w:val="003E706D"/>
    <w:rsid w:val="004E6AFA"/>
    <w:rsid w:val="00515C72"/>
    <w:rsid w:val="006C103E"/>
    <w:rsid w:val="0071103F"/>
    <w:rsid w:val="00797340"/>
    <w:rsid w:val="008C1A5B"/>
    <w:rsid w:val="00945CC5"/>
    <w:rsid w:val="009A0CF5"/>
    <w:rsid w:val="00A71320"/>
    <w:rsid w:val="00AA1D8D"/>
    <w:rsid w:val="00AE6C5E"/>
    <w:rsid w:val="00B47730"/>
    <w:rsid w:val="00CB0664"/>
    <w:rsid w:val="00D7531B"/>
    <w:rsid w:val="00DC3AE9"/>
    <w:rsid w:val="00DD7E5F"/>
    <w:rsid w:val="00E61A6B"/>
    <w:rsid w:val="00E731D6"/>
    <w:rsid w:val="00F837DE"/>
    <w:rsid w:val="00FA775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C3A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6</cp:revision>
  <dcterms:created xsi:type="dcterms:W3CDTF">2026-09-07T07:05:00Z</dcterms:created>
  <dcterms:modified xsi:type="dcterms:W3CDTF">2026-09-09T13:13:00Z</dcterms:modified>
</cp:coreProperties>
</file>