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3C7CA3">
        <w:trPr>
          <w:cantSplit/>
          <w:trHeight w:val="510"/>
        </w:trPr>
        <w:tc>
          <w:tcPr>
            <w:tcW w:w="1606" w:type="dxa"/>
            <w:vMerge w:val="restart"/>
            <w:vAlign w:val="center"/>
          </w:tcPr>
          <w:p w:rsidR="003C7CA3" w:rsidRDefault="00F67A63">
            <w:pPr>
              <w:keepNext/>
              <w:jc w:val="center"/>
            </w:pPr>
            <w:r>
              <w:rPr>
                <w:i/>
                <w:noProof/>
                <w:color w:val="595959"/>
              </w:rPr>
              <w:drawing>
                <wp:anchor distT="0" distB="0" distL="114300" distR="114300" simplePos="0" relativeHeight="251658240" behindDoc="0" locked="0" layoutInCell="1" allowOverlap="1">
                  <wp:simplePos x="0" y="0"/>
                  <wp:positionH relativeFrom="column">
                    <wp:posOffset>79375</wp:posOffset>
                  </wp:positionH>
                  <wp:positionV relativeFrom="paragraph">
                    <wp:posOffset>-45085</wp:posOffset>
                  </wp:positionV>
                  <wp:extent cx="765175" cy="1091565"/>
                  <wp:effectExtent l="19050" t="0" r="0" b="0"/>
                  <wp:wrapNone/>
                  <wp:docPr id="2" name="Picture 2" descr="stema ALBESTI PALEOLO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ALBESTI PALEOLOGU"/>
                          <pic:cNvPicPr>
                            <a:picLocks noChangeAspect="1" noChangeArrowheads="1"/>
                          </pic:cNvPicPr>
                        </pic:nvPicPr>
                        <pic:blipFill>
                          <a:blip r:embed="rId8">
                            <a:lum bright="12000"/>
                          </a:blip>
                          <a:srcRect/>
                          <a:stretch>
                            <a:fillRect/>
                          </a:stretch>
                        </pic:blipFill>
                        <pic:spPr bwMode="auto">
                          <a:xfrm>
                            <a:off x="0" y="0"/>
                            <a:ext cx="765175" cy="1091565"/>
                          </a:xfrm>
                          <a:prstGeom prst="rect">
                            <a:avLst/>
                          </a:prstGeom>
                          <a:noFill/>
                          <a:ln w="9525">
                            <a:noFill/>
                            <a:miter lim="800000"/>
                            <a:headEnd/>
                            <a:tailEnd/>
                          </a:ln>
                        </pic:spPr>
                      </pic:pic>
                    </a:graphicData>
                  </a:graphic>
                </wp:anchor>
              </w:drawing>
            </w:r>
            <w:r w:rsidR="003454F7">
              <w:rPr>
                <w:i/>
                <w:color w:val="595959"/>
              </w:rPr>
              <w:t>siglă / stemă</w:t>
            </w:r>
          </w:p>
        </w:tc>
        <w:tc>
          <w:tcPr>
            <w:tcW w:w="8030" w:type="dxa"/>
            <w:gridSpan w:val="3"/>
            <w:shd w:val="clear" w:color="auto" w:fill="F0F0F0"/>
          </w:tcPr>
          <w:p w:rsidR="003C7CA3" w:rsidRDefault="003454F7">
            <w:pPr>
              <w:keepNext/>
              <w:rPr>
                <w:b/>
                <w:color w:val="0D5F78"/>
              </w:rPr>
            </w:pPr>
            <w:r>
              <w:rPr>
                <w:b/>
                <w:color w:val="0D5F78"/>
              </w:rPr>
              <w:t>Județul</w:t>
            </w:r>
            <w:r w:rsidR="00F67A63">
              <w:rPr>
                <w:b/>
                <w:color w:val="0D5F78"/>
              </w:rPr>
              <w:t xml:space="preserve"> </w:t>
            </w:r>
          </w:p>
          <w:p w:rsidR="00F67A63" w:rsidRPr="00F67A63" w:rsidRDefault="00F67A63">
            <w:pPr>
              <w:keepNext/>
            </w:pPr>
            <w:r w:rsidRPr="00F67A63">
              <w:rPr>
                <w:b/>
              </w:rPr>
              <w:t>PRAHOVA</w:t>
            </w:r>
          </w:p>
          <w:p w:rsidR="003C7CA3" w:rsidRDefault="003C7CA3">
            <w:pPr>
              <w:keepNext/>
            </w:pPr>
          </w:p>
        </w:tc>
      </w:tr>
      <w:tr w:rsidR="003C7CA3">
        <w:trPr>
          <w:cantSplit/>
          <w:trHeight w:val="510"/>
        </w:trPr>
        <w:tc>
          <w:tcPr>
            <w:tcW w:w="1606" w:type="dxa"/>
            <w:vMerge/>
          </w:tcPr>
          <w:p w:rsidR="003C7CA3" w:rsidRDefault="003C7CA3"/>
        </w:tc>
        <w:tc>
          <w:tcPr>
            <w:tcW w:w="8030" w:type="dxa"/>
            <w:gridSpan w:val="3"/>
            <w:shd w:val="clear" w:color="auto" w:fill="F0F0F0"/>
          </w:tcPr>
          <w:p w:rsidR="003C7CA3" w:rsidRDefault="003454F7">
            <w:pPr>
              <w:keepNext/>
              <w:rPr>
                <w:b/>
                <w:color w:val="0D5F78"/>
              </w:rPr>
            </w:pPr>
            <w:r>
              <w:rPr>
                <w:b/>
                <w:color w:val="0D5F78"/>
              </w:rPr>
              <w:t>Autoritatea administrației publice</w:t>
            </w:r>
          </w:p>
          <w:p w:rsidR="00F67A63" w:rsidRPr="00F67A63" w:rsidRDefault="00F67A63">
            <w:pPr>
              <w:keepNext/>
            </w:pPr>
            <w:r w:rsidRPr="00F67A63">
              <w:rPr>
                <w:b/>
              </w:rPr>
              <w:t>COMUNA ALBESTI - PALEOLOGU</w:t>
            </w:r>
          </w:p>
          <w:p w:rsidR="003C7CA3" w:rsidRDefault="003C7CA3">
            <w:pPr>
              <w:keepNext/>
            </w:pPr>
          </w:p>
        </w:tc>
      </w:tr>
      <w:tr w:rsidR="003C7CA3">
        <w:trPr>
          <w:cantSplit/>
          <w:trHeight w:val="510"/>
        </w:trPr>
        <w:tc>
          <w:tcPr>
            <w:tcW w:w="1606" w:type="dxa"/>
            <w:vMerge/>
          </w:tcPr>
          <w:p w:rsidR="003C7CA3" w:rsidRDefault="003C7CA3"/>
        </w:tc>
        <w:tc>
          <w:tcPr>
            <w:tcW w:w="2409" w:type="dxa"/>
            <w:shd w:val="clear" w:color="auto" w:fill="F0F0F0"/>
          </w:tcPr>
          <w:p w:rsidR="003C7CA3" w:rsidRDefault="003454F7">
            <w:pPr>
              <w:keepNext/>
              <w:rPr>
                <w:b/>
                <w:color w:val="0D5F78"/>
                <w:lang w:val="fr-FR"/>
              </w:rPr>
            </w:pPr>
            <w:r w:rsidRPr="005B29C5">
              <w:rPr>
                <w:b/>
                <w:color w:val="0D5F78"/>
                <w:lang w:val="fr-FR"/>
              </w:rPr>
              <w:t>Cod de identificare fiscală (CIF)</w:t>
            </w:r>
          </w:p>
          <w:p w:rsidR="00F67A63" w:rsidRPr="00F67A63" w:rsidRDefault="00F67A63">
            <w:pPr>
              <w:keepNext/>
              <w:rPr>
                <w:b/>
                <w:lang w:val="fr-FR"/>
              </w:rPr>
            </w:pPr>
            <w:r w:rsidRPr="00F67A63">
              <w:rPr>
                <w:b/>
              </w:rPr>
              <w:t>2845664</w:t>
            </w:r>
          </w:p>
          <w:p w:rsidR="003C7CA3" w:rsidRPr="005B29C5" w:rsidRDefault="003C7CA3">
            <w:pPr>
              <w:keepNext/>
              <w:rPr>
                <w:lang w:val="fr-FR"/>
              </w:rPr>
            </w:pPr>
          </w:p>
        </w:tc>
        <w:tc>
          <w:tcPr>
            <w:tcW w:w="5621" w:type="dxa"/>
            <w:gridSpan w:val="2"/>
            <w:shd w:val="clear" w:color="auto" w:fill="F0F0F0"/>
          </w:tcPr>
          <w:p w:rsidR="003C7CA3" w:rsidRDefault="003454F7">
            <w:pPr>
              <w:keepNext/>
            </w:pPr>
            <w:r>
              <w:rPr>
                <w:b/>
                <w:color w:val="0D5F78"/>
              </w:rPr>
              <w:t>Adresa oficială</w:t>
            </w:r>
          </w:p>
          <w:p w:rsidR="00F67A63" w:rsidRPr="00C4131E" w:rsidRDefault="00F67A63">
            <w:pPr>
              <w:keepNext/>
              <w:rPr>
                <w:rFonts w:cs="Times New Roman"/>
                <w:b/>
                <w:szCs w:val="15"/>
                <w:lang w:val="it-IT"/>
              </w:rPr>
            </w:pPr>
            <w:r w:rsidRPr="00C4131E">
              <w:rPr>
                <w:rFonts w:cs="Times New Roman"/>
                <w:b/>
                <w:szCs w:val="15"/>
              </w:rPr>
              <w:t>SAT ALBESTI-PALEOLOGU, DN1B, NR. 451, COD POSTAL 107010,</w:t>
            </w:r>
            <w:r w:rsidRPr="00C4131E">
              <w:rPr>
                <w:rFonts w:cs="Times New Roman"/>
                <w:szCs w:val="15"/>
                <w:lang w:val="it-IT"/>
              </w:rPr>
              <w:t xml:space="preserve"> </w:t>
            </w:r>
            <w:r w:rsidRPr="00C4131E">
              <w:rPr>
                <w:rFonts w:cs="Times New Roman"/>
                <w:b/>
                <w:szCs w:val="15"/>
                <w:lang w:val="it-IT"/>
              </w:rPr>
              <w:t xml:space="preserve">TELEFON/FAX </w:t>
            </w:r>
            <w:r w:rsidRPr="00C4131E">
              <w:rPr>
                <w:rFonts w:eastAsia="Times New Roman" w:cs="Times New Roman"/>
                <w:b/>
                <w:szCs w:val="15"/>
                <w:lang w:val="it-IT"/>
              </w:rPr>
              <w:t>- 0244  /  232853</w:t>
            </w:r>
          </w:p>
          <w:p w:rsidR="00F67A63" w:rsidRPr="00C4131E" w:rsidRDefault="00F67A63">
            <w:pPr>
              <w:keepNext/>
              <w:rPr>
                <w:rFonts w:cs="Times New Roman"/>
                <w:b/>
                <w:szCs w:val="15"/>
                <w:lang w:val="it-IT"/>
              </w:rPr>
            </w:pPr>
            <w:r w:rsidRPr="00C4131E">
              <w:rPr>
                <w:rFonts w:cs="Times New Roman"/>
                <w:b/>
                <w:szCs w:val="15"/>
                <w:lang w:val="it-IT"/>
              </w:rPr>
              <w:t xml:space="preserve">E-MAIL: </w:t>
            </w:r>
            <w:hyperlink r:id="rId9" w:history="1">
              <w:r w:rsidRPr="00C4131E">
                <w:rPr>
                  <w:rStyle w:val="Hyperlink"/>
                  <w:rFonts w:cs="Times New Roman"/>
                  <w:b/>
                  <w:szCs w:val="15"/>
                  <w:lang w:val="it-IT"/>
                </w:rPr>
                <w:t>office@albestipaleologu.ro</w:t>
              </w:r>
            </w:hyperlink>
          </w:p>
          <w:p w:rsidR="00F67A63" w:rsidRPr="00C4131E" w:rsidRDefault="00845644">
            <w:pPr>
              <w:keepNext/>
              <w:rPr>
                <w:rFonts w:cs="Times New Roman"/>
                <w:b/>
                <w:szCs w:val="15"/>
              </w:rPr>
            </w:pPr>
            <w:r>
              <w:rPr>
                <w:rFonts w:cs="Times New Roman"/>
                <w:b/>
                <w:szCs w:val="15"/>
              </w:rPr>
              <w:t>ADRESA WE</w:t>
            </w:r>
            <w:r w:rsidR="00F67A63" w:rsidRPr="00C4131E">
              <w:rPr>
                <w:rFonts w:cs="Times New Roman"/>
                <w:b/>
                <w:szCs w:val="15"/>
              </w:rPr>
              <w:t xml:space="preserve">B: </w:t>
            </w:r>
            <w:r w:rsidR="00F67A63" w:rsidRPr="00C4131E">
              <w:rPr>
                <w:rFonts w:eastAsia="Times New Roman" w:cs="Times New Roman"/>
                <w:b/>
                <w:color w:val="0000FF"/>
                <w:szCs w:val="15"/>
                <w:lang w:val="it-IT"/>
              </w:rPr>
              <w:t>http://primariaalbestipaleologu.ro</w:t>
            </w:r>
          </w:p>
          <w:p w:rsidR="003C7CA3" w:rsidRDefault="003C7CA3">
            <w:pPr>
              <w:keepNext/>
            </w:pPr>
          </w:p>
        </w:tc>
      </w:tr>
      <w:tr w:rsidR="003C7CA3">
        <w:trPr>
          <w:cantSplit/>
          <w:trHeight w:val="510"/>
        </w:trPr>
        <w:tc>
          <w:tcPr>
            <w:tcW w:w="1606" w:type="dxa"/>
            <w:vMerge/>
          </w:tcPr>
          <w:p w:rsidR="003C7CA3" w:rsidRDefault="003C7CA3"/>
        </w:tc>
        <w:tc>
          <w:tcPr>
            <w:tcW w:w="4818" w:type="dxa"/>
            <w:gridSpan w:val="2"/>
            <w:shd w:val="clear" w:color="auto" w:fill="F0F0F0"/>
          </w:tcPr>
          <w:p w:rsidR="003C7CA3" w:rsidRDefault="003454F7">
            <w:pPr>
              <w:keepNext/>
            </w:pPr>
            <w:r>
              <w:rPr>
                <w:b/>
                <w:color w:val="0D5F78"/>
              </w:rPr>
              <w:t>Număr de înregistrare</w:t>
            </w:r>
          </w:p>
          <w:p w:rsidR="003C7CA3" w:rsidRDefault="003C7CA3">
            <w:pPr>
              <w:keepNext/>
            </w:pPr>
          </w:p>
        </w:tc>
        <w:tc>
          <w:tcPr>
            <w:tcW w:w="3212" w:type="dxa"/>
            <w:shd w:val="clear" w:color="auto" w:fill="F0F0F0"/>
          </w:tcPr>
          <w:p w:rsidR="003C7CA3" w:rsidRDefault="003454F7">
            <w:pPr>
              <w:keepNext/>
            </w:pPr>
            <w:r>
              <w:rPr>
                <w:b/>
                <w:color w:val="0D5F78"/>
              </w:rPr>
              <w:t>Data</w:t>
            </w:r>
          </w:p>
          <w:p w:rsidR="003C7CA3" w:rsidRDefault="003C7CA3">
            <w:pPr>
              <w:keepNext/>
            </w:pPr>
          </w:p>
        </w:tc>
      </w:tr>
      <w:tr w:rsidR="003C7CA3" w:rsidRPr="00F61A70">
        <w:trPr>
          <w:cantSplit/>
        </w:trPr>
        <w:tc>
          <w:tcPr>
            <w:tcW w:w="9636" w:type="dxa"/>
            <w:gridSpan w:val="4"/>
            <w:shd w:val="clear" w:color="auto" w:fill="F0F0F0"/>
          </w:tcPr>
          <w:p w:rsidR="003C7CA3" w:rsidRPr="005B29C5" w:rsidRDefault="003454F7">
            <w:pPr>
              <w:rPr>
                <w:lang w:val="fr-FR"/>
              </w:rPr>
            </w:pPr>
            <w:r w:rsidRPr="005B29C5">
              <w:rPr>
                <w:i/>
                <w:color w:val="595959"/>
                <w:lang w:val="fr-FR"/>
              </w:rPr>
              <w:t>se completează de autoritate — solicitantul nu scrie în această zonă</w:t>
            </w:r>
          </w:p>
        </w:tc>
      </w:tr>
    </w:tbl>
    <w:p w:rsidR="003C7CA3" w:rsidRPr="001531A5" w:rsidRDefault="003454F7" w:rsidP="00C32AB5">
      <w:pPr>
        <w:spacing w:before="140" w:after="40"/>
        <w:jc w:val="center"/>
        <w:rPr>
          <w:sz w:val="28"/>
          <w:szCs w:val="28"/>
          <w:lang w:val="fr-FR"/>
        </w:rPr>
      </w:pPr>
      <w:r w:rsidRPr="001531A5">
        <w:rPr>
          <w:b/>
          <w:sz w:val="28"/>
          <w:szCs w:val="28"/>
          <w:lang w:val="fr-FR"/>
        </w:rPr>
        <w:t>CERERE</w:t>
      </w:r>
    </w:p>
    <w:p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Pr>
                <w:b/>
                <w:sz w:val="16"/>
              </w:rPr>
              <w:t xml:space="preserve"> 1. </w:t>
            </w:r>
            <w:r>
              <w:rPr>
                <w:b/>
                <w:color w:val="000000"/>
                <w:sz w:val="18"/>
              </w:rPr>
              <w:t>CĂTRE</w:t>
            </w:r>
          </w:p>
        </w:tc>
      </w:tr>
      <w:tr w:rsidR="003C7CA3" w:rsidRPr="00F61A70">
        <w:trPr>
          <w:cantSplit/>
          <w:trHeight w:val="510"/>
        </w:trPr>
        <w:tc>
          <w:tcPr>
            <w:tcW w:w="9636" w:type="dxa"/>
          </w:tcPr>
          <w:p w:rsidR="003C7CA3" w:rsidRDefault="003454F7">
            <w:pPr>
              <w:keepNext/>
              <w:rPr>
                <w:b/>
                <w:color w:val="0D5F78"/>
                <w:lang w:val="fr-FR"/>
              </w:rPr>
            </w:pPr>
            <w:r w:rsidRPr="005B29C5">
              <w:rPr>
                <w:b/>
                <w:color w:val="0D5F78"/>
                <w:lang w:val="fr-FR"/>
              </w:rPr>
              <w:t>Instituția</w:t>
            </w:r>
          </w:p>
          <w:p w:rsidR="00C4131E" w:rsidRPr="00C4131E" w:rsidRDefault="00C4131E">
            <w:pPr>
              <w:keepNext/>
              <w:rPr>
                <w:lang w:val="fr-FR"/>
              </w:rPr>
            </w:pPr>
            <w:r w:rsidRPr="00C4131E">
              <w:rPr>
                <w:b/>
                <w:lang w:val="fr-FR"/>
              </w:rPr>
              <w:t>PRIMARIA COMUNEI ALBESTI – PALEOLOGU</w:t>
            </w:r>
          </w:p>
          <w:p w:rsidR="003C7CA3" w:rsidRPr="005B29C5" w:rsidRDefault="003454F7">
            <w:pPr>
              <w:keepNext/>
              <w:rPr>
                <w:lang w:val="fr-FR"/>
              </w:rPr>
            </w:pPr>
            <w:r w:rsidRPr="005B29C5">
              <w:rPr>
                <w:i/>
                <w:color w:val="7A7A7A"/>
                <w:lang w:val="fr-FR"/>
              </w:rPr>
              <w:t>primăria municipiului / orașului / comunei · primăria de sector · consiliul județean</w:t>
            </w:r>
          </w:p>
          <w:p w:rsidR="003C7CA3" w:rsidRPr="005B29C5" w:rsidRDefault="003C7CA3">
            <w:pPr>
              <w:keepNext/>
              <w:rPr>
                <w:lang w:val="fr-FR"/>
              </w:rPr>
            </w:pPr>
          </w:p>
        </w:tc>
      </w:tr>
      <w:tr w:rsidR="003C7CA3" w:rsidRPr="00F61A70">
        <w:trPr>
          <w:cantSplit/>
        </w:trPr>
        <w:tc>
          <w:tcPr>
            <w:tcW w:w="9636" w:type="dxa"/>
            <w:shd w:val="clear" w:color="auto" w:fill="F4F4F4"/>
          </w:tcPr>
          <w:p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3C7CA3">
        <w:trPr>
          <w:cantSplit/>
        </w:trPr>
        <w:tc>
          <w:tcPr>
            <w:tcW w:w="9636" w:type="dxa"/>
            <w:gridSpan w:val="8"/>
            <w:shd w:val="clear" w:color="auto" w:fill="F4F4F4"/>
          </w:tcPr>
          <w:p w:rsidR="003C7CA3" w:rsidRDefault="003454F7">
            <w:pPr>
              <w:keepNext/>
            </w:pPr>
            <w:r>
              <w:rPr>
                <w:b/>
                <w:sz w:val="16"/>
              </w:rPr>
              <w:t xml:space="preserve">2. </w:t>
            </w:r>
            <w:r>
              <w:rPr>
                <w:b/>
                <w:color w:val="000000"/>
                <w:sz w:val="18"/>
              </w:rPr>
              <w:t>SOLICITANTUL</w:t>
            </w:r>
          </w:p>
        </w:tc>
      </w:tr>
      <w:tr w:rsidR="003C7CA3">
        <w:trPr>
          <w:cantSplit/>
          <w:trHeight w:val="510"/>
        </w:trPr>
        <w:tc>
          <w:tcPr>
            <w:tcW w:w="5621" w:type="dxa"/>
            <w:gridSpan w:val="5"/>
          </w:tcPr>
          <w:p w:rsidR="003C7CA3" w:rsidRDefault="003454F7">
            <w:pPr>
              <w:keepNext/>
            </w:pPr>
            <w:r>
              <w:rPr>
                <w:b/>
                <w:color w:val="0D5F78"/>
              </w:rPr>
              <w:t>Nume și prenume</w:t>
            </w:r>
          </w:p>
          <w:p w:rsidR="003C7CA3" w:rsidRDefault="003C7CA3">
            <w:pPr>
              <w:keepNext/>
            </w:pPr>
          </w:p>
        </w:tc>
        <w:tc>
          <w:tcPr>
            <w:tcW w:w="4015" w:type="dxa"/>
            <w:gridSpan w:val="3"/>
          </w:tcPr>
          <w:p w:rsidR="003C7CA3" w:rsidRDefault="003454F7">
            <w:pPr>
              <w:keepNext/>
            </w:pPr>
            <w:r>
              <w:rPr>
                <w:b/>
                <w:color w:val="0D5F78"/>
              </w:rPr>
              <w:t>CNP</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Act de identitate</w:t>
            </w:r>
          </w:p>
        </w:tc>
      </w:tr>
      <w:tr w:rsidR="003C7CA3">
        <w:trPr>
          <w:cantSplit/>
          <w:trHeight w:val="510"/>
        </w:trPr>
        <w:tc>
          <w:tcPr>
            <w:tcW w:w="1606" w:type="dxa"/>
          </w:tcPr>
          <w:p w:rsidR="003C7CA3" w:rsidRDefault="003454F7">
            <w:pPr>
              <w:keepNext/>
            </w:pPr>
            <w:r>
              <w:rPr>
                <w:b/>
                <w:color w:val="0D5F78"/>
              </w:rPr>
              <w:t>Seria</w:t>
            </w:r>
          </w:p>
          <w:p w:rsidR="003C7CA3" w:rsidRDefault="003C7CA3">
            <w:pPr>
              <w:keepNext/>
            </w:pPr>
          </w:p>
        </w:tc>
        <w:tc>
          <w:tcPr>
            <w:tcW w:w="1606" w:type="dxa"/>
          </w:tcPr>
          <w:p w:rsidR="003C7CA3" w:rsidRDefault="003454F7">
            <w:pPr>
              <w:keepNext/>
            </w:pPr>
            <w:r>
              <w:rPr>
                <w:b/>
                <w:color w:val="0D5F78"/>
              </w:rPr>
              <w:t>Numărul</w:t>
            </w:r>
          </w:p>
          <w:p w:rsidR="003C7CA3" w:rsidRDefault="003C7CA3">
            <w:pPr>
              <w:keepNext/>
            </w:pPr>
          </w:p>
        </w:tc>
        <w:tc>
          <w:tcPr>
            <w:tcW w:w="4818" w:type="dxa"/>
            <w:gridSpan w:val="5"/>
          </w:tcPr>
          <w:p w:rsidR="003C7CA3" w:rsidRDefault="003454F7">
            <w:pPr>
              <w:keepNext/>
            </w:pPr>
            <w:r>
              <w:rPr>
                <w:b/>
                <w:color w:val="0D5F78"/>
              </w:rPr>
              <w:t>Eliberat de</w:t>
            </w:r>
          </w:p>
          <w:p w:rsidR="003C7CA3" w:rsidRDefault="003C7CA3">
            <w:pPr>
              <w:keepNext/>
            </w:pPr>
          </w:p>
        </w:tc>
        <w:tc>
          <w:tcPr>
            <w:tcW w:w="1606" w:type="dxa"/>
          </w:tcPr>
          <w:p w:rsidR="003C7CA3" w:rsidRDefault="003454F7">
            <w:pPr>
              <w:keepNext/>
            </w:pPr>
            <w:r>
              <w:rPr>
                <w:b/>
                <w:color w:val="0D5F78"/>
              </w:rPr>
              <w:t>La data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Domiciliul</w:t>
            </w:r>
          </w:p>
        </w:tc>
      </w:tr>
      <w:tr w:rsidR="003C7CA3">
        <w:trPr>
          <w:cantSplit/>
          <w:trHeight w:val="510"/>
        </w:trPr>
        <w:tc>
          <w:tcPr>
            <w:tcW w:w="3212" w:type="dxa"/>
            <w:gridSpan w:val="2"/>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gridSpan w:val="2"/>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Date de contact</w:t>
            </w:r>
          </w:p>
        </w:tc>
      </w:tr>
      <w:tr w:rsidR="003C7CA3">
        <w:trPr>
          <w:cantSplit/>
          <w:trHeight w:val="510"/>
        </w:trPr>
        <w:tc>
          <w:tcPr>
            <w:tcW w:w="4015" w:type="dxa"/>
            <w:gridSpan w:val="3"/>
          </w:tcPr>
          <w:p w:rsidR="003C7CA3" w:rsidRDefault="003454F7">
            <w:pPr>
              <w:keepNext/>
            </w:pPr>
            <w:r>
              <w:rPr>
                <w:b/>
                <w:color w:val="0D5F78"/>
              </w:rPr>
              <w:t>Telefon / fax</w:t>
            </w:r>
          </w:p>
          <w:p w:rsidR="003C7CA3" w:rsidRDefault="003C7CA3">
            <w:pPr>
              <w:keepNext/>
            </w:pPr>
          </w:p>
        </w:tc>
        <w:tc>
          <w:tcPr>
            <w:tcW w:w="5621" w:type="dxa"/>
            <w:gridSpan w:val="5"/>
          </w:tcPr>
          <w:p w:rsidR="003C7CA3" w:rsidRDefault="003454F7">
            <w:pPr>
              <w:keepNext/>
            </w:pPr>
            <w:r>
              <w:rPr>
                <w:b/>
                <w:color w:val="0D5F78"/>
              </w:rPr>
              <w:t>E-mail</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Reprezentare</w:t>
            </w:r>
          </w:p>
        </w:tc>
      </w:tr>
      <w:tr w:rsidR="003C7CA3">
        <w:trPr>
          <w:cantSplit/>
          <w:trHeight w:val="510"/>
        </w:trPr>
        <w:tc>
          <w:tcPr>
            <w:tcW w:w="6424" w:type="dxa"/>
            <w:gridSpan w:val="6"/>
          </w:tcPr>
          <w:p w:rsidR="003C7CA3" w:rsidRDefault="003454F7">
            <w:r>
              <w:rPr>
                <w:b/>
                <w:color w:val="0D5F78"/>
              </w:rPr>
              <w:t>În calitate de reprezentant al</w:t>
            </w:r>
          </w:p>
          <w:p w:rsidR="003C7CA3" w:rsidRDefault="003C7CA3"/>
        </w:tc>
        <w:tc>
          <w:tcPr>
            <w:tcW w:w="3212" w:type="dxa"/>
            <w:gridSpan w:val="2"/>
          </w:tcPr>
          <w:p w:rsidR="003C7CA3" w:rsidRDefault="003454F7">
            <w:r>
              <w:rPr>
                <w:b/>
                <w:color w:val="0D5F78"/>
              </w:rPr>
              <w:t>CUI / CIF</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Pr>
                <w:b/>
                <w:sz w:val="16"/>
              </w:rPr>
              <w:t xml:space="preserve"> 3. </w:t>
            </w:r>
            <w:r>
              <w:rPr>
                <w:b/>
                <w:color w:val="000000"/>
                <w:sz w:val="18"/>
              </w:rPr>
              <w:t>TITULAR AL</w:t>
            </w:r>
          </w:p>
        </w:tc>
      </w:tr>
      <w:tr w:rsidR="003C7CA3">
        <w:trPr>
          <w:cantSplit/>
        </w:trPr>
        <w:tc>
          <w:tcPr>
            <w:tcW w:w="9636" w:type="dxa"/>
          </w:tcPr>
          <w:p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5B29C5" w:rsidTr="007D7B90">
        <w:trPr>
          <w:cantSplit/>
        </w:trPr>
        <w:tc>
          <w:tcPr>
            <w:tcW w:w="9636" w:type="dxa"/>
            <w:gridSpan w:val="2"/>
            <w:shd w:val="clear" w:color="auto" w:fill="F4F4F4"/>
          </w:tcPr>
          <w:p w:rsidR="005B29C5" w:rsidRDefault="005B29C5" w:rsidP="007D7B90">
            <w:pPr>
              <w:keepNext/>
            </w:pPr>
            <w:r>
              <w:rPr>
                <w:b/>
                <w:sz w:val="16"/>
              </w:rPr>
              <w:t xml:space="preserve">4. </w:t>
            </w:r>
            <w:r>
              <w:rPr>
                <w:b/>
                <w:color w:val="000000"/>
                <w:sz w:val="18"/>
              </w:rPr>
              <w:t>TITULAR AL</w:t>
            </w:r>
          </w:p>
        </w:tc>
      </w:tr>
      <w:tr w:rsidR="005B29C5" w:rsidTr="007D7B90">
        <w:trPr>
          <w:cantSplit/>
        </w:trPr>
        <w:tc>
          <w:tcPr>
            <w:tcW w:w="4818" w:type="dxa"/>
          </w:tcPr>
          <w:p w:rsidR="005B29C5" w:rsidRPr="005B29C5" w:rsidRDefault="005B29C5" w:rsidP="005B29C5">
            <w:pPr>
              <w:rPr>
                <w:lang w:val="fr-FR"/>
              </w:rPr>
            </w:pPr>
            <w:r>
              <w:rPr>
                <w:b/>
                <w:color w:val="0D5F78"/>
                <w:lang w:val="fr-FR"/>
              </w:rPr>
              <w:t>C</w:t>
            </w:r>
            <w:r w:rsidRPr="005B29C5">
              <w:rPr>
                <w:b/>
                <w:color w:val="0D5F78"/>
                <w:lang w:val="fr-FR"/>
              </w:rPr>
              <w:t>ertificatului de urbanism nr. / data</w:t>
            </w:r>
          </w:p>
          <w:p w:rsidR="005B29C5" w:rsidRDefault="005B29C5" w:rsidP="005B29C5"/>
        </w:tc>
        <w:tc>
          <w:tcPr>
            <w:tcW w:w="4818" w:type="dxa"/>
          </w:tcPr>
          <w:p w:rsidR="005B29C5" w:rsidRDefault="005B29C5" w:rsidP="005B29C5">
            <w:r>
              <w:rPr>
                <w:b/>
                <w:color w:val="0D5F78"/>
              </w:rPr>
              <w:t>emis de</w:t>
            </w:r>
          </w:p>
          <w:p w:rsidR="005B29C5" w:rsidRDefault="005B29C5" w:rsidP="005B29C5"/>
        </w:tc>
      </w:tr>
    </w:tbl>
    <w:p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rsidR="00C32AB5" w:rsidRPr="00C32AB5" w:rsidRDefault="00C32AB5" w:rsidP="00C32AB5">
      <w:pPr>
        <w:spacing w:before="80" w:after="60"/>
        <w:jc w:val="center"/>
        <w:rPr>
          <w:sz w:val="18"/>
        </w:rPr>
      </w:pPr>
      <w:r>
        <w:rPr>
          <w:sz w:val="18"/>
        </w:rPr>
        <w:t>solicit emiterea</w:t>
      </w:r>
    </w:p>
    <w:p w:rsidR="001531A5" w:rsidRDefault="00C32AB5" w:rsidP="00C32AB5">
      <w:pPr>
        <w:spacing w:after="160"/>
        <w:jc w:val="center"/>
        <w:rPr>
          <w:b/>
          <w:sz w:val="20"/>
        </w:rPr>
      </w:pPr>
      <w:r>
        <w:rPr>
          <w:b/>
          <w:sz w:val="20"/>
        </w:rPr>
        <w:t xml:space="preserve">Autorizației de ☐ construire / ☐ desființare </w:t>
      </w:r>
    </w:p>
    <w:p w:rsidR="00C32AB5" w:rsidRPr="00C32AB5" w:rsidRDefault="00C32AB5" w:rsidP="00C32AB5">
      <w:pPr>
        <w:spacing w:after="160"/>
        <w:jc w:val="center"/>
        <w:rPr>
          <w:b/>
          <w:sz w:val="20"/>
        </w:rPr>
      </w:pPr>
      <w:r>
        <w:rPr>
          <w:b/>
          <w:sz w:val="20"/>
        </w:rPr>
        <w:t>☐ clădiri și amenjări / ☐ lucrări inginerești / ☐ construcții speciale</w:t>
      </w:r>
    </w:p>
    <w:p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C32AB5" w:rsidRPr="00F61A70" w:rsidTr="007D7B90">
        <w:trPr>
          <w:cantSplit/>
        </w:trPr>
        <w:tc>
          <w:tcPr>
            <w:tcW w:w="9636" w:type="dxa"/>
            <w:shd w:val="clear" w:color="auto" w:fill="F4F4F4"/>
          </w:tcPr>
          <w:p w:rsidR="00C32AB5" w:rsidRPr="005B29C5" w:rsidRDefault="00C32AB5" w:rsidP="007D7B90">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007D7B90">
              <w:rPr>
                <w:b/>
                <w:sz w:val="18"/>
                <w:szCs w:val="18"/>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/OBIECTULUI  DE INVESTIȚII</w:t>
            </w:r>
          </w:p>
        </w:tc>
      </w:tr>
      <w:tr w:rsidR="00C32AB5" w:rsidTr="007D7B90">
        <w:trPr>
          <w:cantSplit/>
        </w:trPr>
        <w:tc>
          <w:tcPr>
            <w:tcW w:w="9636" w:type="dxa"/>
            <w:shd w:val="clear" w:color="auto" w:fill="F4F4F4"/>
          </w:tcPr>
          <w:p w:rsidR="00C32AB5" w:rsidRDefault="00C32AB5" w:rsidP="007D7B90">
            <w:pPr>
              <w:keepNext/>
              <w:spacing w:line="228" w:lineRule="auto"/>
            </w:pPr>
            <w:r>
              <w:t xml:space="preserve">include </w:t>
            </w:r>
            <w:r w:rsidR="001531A5">
              <w:t xml:space="preserve">cel puțin </w:t>
            </w:r>
            <w:r>
              <w:t>funcțiunea principală și secundare</w:t>
            </w:r>
          </w:p>
        </w:tc>
      </w:tr>
      <w:tr w:rsidR="00C32AB5" w:rsidTr="007D7B90">
        <w:trPr>
          <w:cantSplit/>
        </w:trPr>
        <w:tc>
          <w:tcPr>
            <w:tcW w:w="9636" w:type="dxa"/>
          </w:tcPr>
          <w:p w:rsidR="00C32AB5" w:rsidRDefault="00C32AB5" w:rsidP="007D7B90">
            <w:pPr>
              <w:keepNext/>
              <w:pBdr>
                <w:bottom w:val="dotted" w:sz="6" w:space="0" w:color="999999"/>
              </w:pBdr>
              <w:spacing w:after="80"/>
            </w:pPr>
          </w:p>
          <w:p w:rsidR="00C32AB5" w:rsidRDefault="00C32AB5" w:rsidP="007D7B90">
            <w:pPr>
              <w:keepNext/>
              <w:pBdr>
                <w:bottom w:val="dotted" w:sz="6" w:space="0" w:color="999999"/>
              </w:pBdr>
              <w:spacing w:after="80"/>
            </w:pPr>
          </w:p>
        </w:tc>
      </w:tr>
    </w:tbl>
    <w:p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C32AB5">
            <w:pPr>
              <w:keepNext/>
            </w:pPr>
            <w:r>
              <w:rPr>
                <w:b/>
                <w:sz w:val="16"/>
              </w:rPr>
              <w:lastRenderedPageBreak/>
              <w:t>6</w:t>
            </w:r>
            <w:r w:rsidR="003454F7">
              <w:rPr>
                <w:b/>
                <w:sz w:val="16"/>
              </w:rPr>
              <w:t xml:space="preserve">. </w:t>
            </w:r>
            <w:r w:rsidR="003454F7">
              <w:rPr>
                <w:b/>
                <w:color w:val="000000"/>
                <w:sz w:val="18"/>
              </w:rPr>
              <w:t>IMOBIL / IMOBILE</w:t>
            </w:r>
          </w:p>
        </w:tc>
      </w:tr>
      <w:tr w:rsidR="003C7CA3" w:rsidRPr="00F61A70">
        <w:trPr>
          <w:cantSplit/>
        </w:trPr>
        <w:tc>
          <w:tcPr>
            <w:tcW w:w="9636" w:type="dxa"/>
            <w:gridSpan w:val="7"/>
            <w:shd w:val="clear" w:color="auto" w:fill="F4F4F4"/>
          </w:tcPr>
          <w:p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trPr>
          <w:cantSplit/>
        </w:trPr>
        <w:tc>
          <w:tcPr>
            <w:tcW w:w="9636" w:type="dxa"/>
            <w:gridSpan w:val="7"/>
            <w:shd w:val="clear" w:color="auto" w:fill="F4F4F4"/>
          </w:tcPr>
          <w:p w:rsidR="003C7CA3" w:rsidRDefault="003454F7">
            <w:pPr>
              <w:keepNext/>
            </w:pPr>
            <w:r>
              <w:rPr>
                <w:sz w:val="16"/>
              </w:rPr>
              <w:t>Imobil 1</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1606"/>
        <w:gridCol w:w="4015"/>
      </w:tblGrid>
      <w:tr w:rsidR="003C7CA3" w:rsidRPr="00F61A70">
        <w:trPr>
          <w:cantSplit/>
        </w:trPr>
        <w:tc>
          <w:tcPr>
            <w:tcW w:w="9636" w:type="dxa"/>
            <w:gridSpan w:val="4"/>
            <w:shd w:val="clear" w:color="auto" w:fill="F4F4F4"/>
          </w:tcPr>
          <w:p w:rsidR="003C7CA3" w:rsidRPr="005B29C5" w:rsidRDefault="005B29C5">
            <w:pPr>
              <w:keepNext/>
              <w:rPr>
                <w:lang w:val="fr-FR"/>
              </w:rPr>
            </w:pPr>
            <w:r>
              <w:rPr>
                <w:b/>
                <w:sz w:val="16"/>
                <w:lang w:val="fr-FR"/>
              </w:rPr>
              <w:t>7</w:t>
            </w:r>
            <w:r w:rsidR="003454F7" w:rsidRPr="005B29C5">
              <w:rPr>
                <w:b/>
                <w:sz w:val="16"/>
                <w:lang w:val="fr-FR"/>
              </w:rPr>
              <w:t xml:space="preserve">. </w:t>
            </w:r>
            <w:r w:rsidR="003454F7" w:rsidRPr="005B29C5">
              <w:rPr>
                <w:b/>
                <w:color w:val="000000"/>
                <w:sz w:val="18"/>
                <w:lang w:val="fr-FR"/>
              </w:rPr>
              <w:t>PROIECTUL ATAȘAT ȘI ECHIPA DE PROIECTARE</w:t>
            </w:r>
          </w:p>
        </w:tc>
      </w:tr>
      <w:tr w:rsidR="003C7CA3" w:rsidRPr="005B29C5">
        <w:trPr>
          <w:cantSplit/>
        </w:trPr>
        <w:tc>
          <w:tcPr>
            <w:tcW w:w="9636" w:type="dxa"/>
            <w:gridSpan w:val="4"/>
          </w:tcPr>
          <w:p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rsidR="003C7CA3" w:rsidRPr="005B29C5" w:rsidRDefault="005B29C5">
            <w:pPr>
              <w:keepNext/>
              <w:rPr>
                <w:lang w:val="fr-FR"/>
              </w:rPr>
            </w:pPr>
            <w:r w:rsidRPr="005B29C5">
              <w:rPr>
                <w:sz w:val="16"/>
                <w:lang w:val="fr-FR"/>
              </w:rPr>
              <w:t xml:space="preserve">☐ </w:t>
            </w:r>
            <w:r>
              <w:rPr>
                <w:sz w:val="16"/>
                <w:lang w:val="fr-FR"/>
              </w:rPr>
              <w:t>P</w:t>
            </w:r>
            <w:r w:rsidRPr="005B29C5">
              <w:rPr>
                <w:sz w:val="16"/>
                <w:lang w:val="fr-FR"/>
              </w:rPr>
              <w:t>roiect pentru autorizarea amenajării</w:t>
            </w:r>
          </w:p>
        </w:tc>
      </w:tr>
      <w:tr w:rsidR="003C7CA3">
        <w:trPr>
          <w:cantSplit/>
          <w:trHeight w:val="510"/>
        </w:trPr>
        <w:tc>
          <w:tcPr>
            <w:tcW w:w="3212" w:type="dxa"/>
          </w:tcPr>
          <w:p w:rsidR="003C7CA3" w:rsidRDefault="003454F7">
            <w:pPr>
              <w:keepNext/>
            </w:pPr>
            <w:r>
              <w:rPr>
                <w:b/>
                <w:color w:val="0D5F78"/>
              </w:rPr>
              <w:t>Nr. / data proiectului</w:t>
            </w:r>
          </w:p>
          <w:p w:rsidR="003C7CA3" w:rsidRDefault="003C7CA3">
            <w:pPr>
              <w:keepNext/>
            </w:pPr>
          </w:p>
        </w:tc>
        <w:tc>
          <w:tcPr>
            <w:tcW w:w="6424" w:type="dxa"/>
            <w:gridSpan w:val="3"/>
          </w:tcPr>
          <w:p w:rsidR="003C7CA3" w:rsidRDefault="003454F7">
            <w:pPr>
              <w:keepNext/>
            </w:pPr>
            <w:r>
              <w:rPr>
                <w:b/>
                <w:color w:val="0D5F78"/>
              </w:rPr>
              <w:t>Elaborator (denumire + sediu)</w:t>
            </w:r>
          </w:p>
          <w:p w:rsidR="003C7CA3" w:rsidRDefault="003C7CA3">
            <w:pPr>
              <w:keepNext/>
            </w:pPr>
          </w:p>
        </w:tc>
      </w:tr>
      <w:tr w:rsidR="003C7CA3">
        <w:trPr>
          <w:cantSplit/>
          <w:trHeight w:val="510"/>
        </w:trPr>
        <w:tc>
          <w:tcPr>
            <w:tcW w:w="4015" w:type="dxa"/>
            <w:gridSpan w:val="2"/>
          </w:tcPr>
          <w:p w:rsidR="003C7CA3" w:rsidRDefault="003454F7">
            <w:r>
              <w:rPr>
                <w:b/>
                <w:color w:val="0D5F78"/>
              </w:rPr>
              <w:t>Proiectant autor — arhitect / arhitect conductor / arhitect de interior</w:t>
            </w:r>
          </w:p>
          <w:p w:rsidR="003C7CA3" w:rsidRDefault="003C7CA3"/>
        </w:tc>
        <w:tc>
          <w:tcPr>
            <w:tcW w:w="1606" w:type="dxa"/>
          </w:tcPr>
          <w:p w:rsidR="003C7CA3" w:rsidRDefault="003454F7">
            <w:r>
              <w:rPr>
                <w:b/>
                <w:color w:val="0D5F78"/>
              </w:rPr>
              <w:t>Nr. TNA</w:t>
            </w:r>
          </w:p>
          <w:p w:rsidR="003C7CA3" w:rsidRDefault="003C7CA3"/>
        </w:tc>
        <w:tc>
          <w:tcPr>
            <w:tcW w:w="4015" w:type="dxa"/>
          </w:tcPr>
          <w:p w:rsidR="003C7CA3" w:rsidRDefault="003454F7">
            <w:r>
              <w:rPr>
                <w:b/>
                <w:color w:val="0D5F78"/>
              </w:rPr>
              <w:t>Ingineri, pe specialități</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5621"/>
        <w:gridCol w:w="4015"/>
      </w:tblGrid>
      <w:tr w:rsidR="003C7CA3" w:rsidRPr="00F61A70">
        <w:trPr>
          <w:cantSplit/>
        </w:trPr>
        <w:tc>
          <w:tcPr>
            <w:tcW w:w="9636" w:type="dxa"/>
            <w:gridSpan w:val="2"/>
            <w:shd w:val="clear" w:color="auto" w:fill="F4F4F4"/>
          </w:tcPr>
          <w:p w:rsidR="003C7CA3" w:rsidRPr="005B29C5" w:rsidRDefault="005B29C5">
            <w:pPr>
              <w:keepNext/>
              <w:rPr>
                <w:lang w:val="fr-FR"/>
              </w:rPr>
            </w:pPr>
            <w:r w:rsidRPr="005B29C5">
              <w:rPr>
                <w:b/>
                <w:sz w:val="16"/>
                <w:lang w:val="fr-FR"/>
              </w:rPr>
              <w:t>8</w:t>
            </w:r>
            <w:r w:rsidR="003454F7" w:rsidRPr="005B29C5">
              <w:rPr>
                <w:b/>
                <w:sz w:val="16"/>
                <w:lang w:val="fr-FR"/>
              </w:rPr>
              <w:t xml:space="preserve">. </w:t>
            </w:r>
            <w:r w:rsidRPr="005B29C5">
              <w:rPr>
                <w:b/>
                <w:sz w:val="18"/>
                <w:szCs w:val="18"/>
                <w:lang w:val="fr-FR"/>
              </w:rPr>
              <w:t>CLASA DE CONSECINȚE</w:t>
            </w:r>
            <w:r w:rsidRPr="005B29C5">
              <w:rPr>
                <w:b/>
                <w:sz w:val="16"/>
                <w:lang w:val="fr-FR"/>
              </w:rPr>
              <w:t xml:space="preserve"> / </w:t>
            </w:r>
            <w:r w:rsidR="003454F7" w:rsidRPr="005B29C5">
              <w:rPr>
                <w:b/>
                <w:color w:val="000000"/>
                <w:sz w:val="18"/>
                <w:lang w:val="fr-FR"/>
              </w:rPr>
              <w:t>VERIFICAREA TEHNICĂ</w:t>
            </w:r>
          </w:p>
        </w:tc>
      </w:tr>
      <w:tr w:rsidR="003C7CA3" w:rsidRPr="00F61A70">
        <w:trPr>
          <w:cantSplit/>
        </w:trPr>
        <w:tc>
          <w:tcPr>
            <w:tcW w:w="9636" w:type="dxa"/>
            <w:gridSpan w:val="2"/>
          </w:tcPr>
          <w:p w:rsidR="003C7CA3" w:rsidRPr="003F6F31" w:rsidRDefault="003454F7">
            <w:pPr>
              <w:keepNext/>
              <w:rPr>
                <w:lang w:val="fr-FR"/>
              </w:rPr>
            </w:pPr>
            <w:r w:rsidRPr="003F6F31">
              <w:rPr>
                <w:sz w:val="16"/>
                <w:lang w:val="fr-FR"/>
              </w:rPr>
              <w:t>☐ CC 1 / NVP 1     ☐ CC 2 / NVP 2     ☐ CC 3 / NVP 3     ☐ CC 4 / NVP 4</w:t>
            </w:r>
          </w:p>
        </w:tc>
      </w:tr>
      <w:tr w:rsidR="003C7CA3">
        <w:trPr>
          <w:cantSplit/>
          <w:trHeight w:val="510"/>
        </w:trPr>
        <w:tc>
          <w:tcPr>
            <w:tcW w:w="5621" w:type="dxa"/>
          </w:tcPr>
          <w:p w:rsidR="003C7CA3" w:rsidRDefault="003454F7">
            <w:pPr>
              <w:keepNext/>
            </w:pPr>
            <w:r>
              <w:rPr>
                <w:b/>
                <w:color w:val="0D5F78"/>
              </w:rPr>
              <w:t>rezistență mecanică și stabilitate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securitate la incendiu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igienă, sănătate și mediu înconjurător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siguranță și accesibilitate în exploatare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protecție împotriva zgomotului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r>
              <w:rPr>
                <w:b/>
                <w:color w:val="0D5F78"/>
              </w:rPr>
              <w:t>economie de energie și izolare termică — nume și prenume verificator / nr. atestat</w:t>
            </w:r>
          </w:p>
          <w:p w:rsidR="003C7CA3" w:rsidRDefault="003C7CA3"/>
        </w:tc>
        <w:tc>
          <w:tcPr>
            <w:tcW w:w="4015" w:type="dxa"/>
          </w:tcPr>
          <w:p w:rsidR="003C7CA3" w:rsidRDefault="003454F7">
            <w:r>
              <w:rPr>
                <w:b/>
                <w:color w:val="0D5F78"/>
              </w:rPr>
              <w:t>Referat nr. / data</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015"/>
        <w:gridCol w:w="3212"/>
        <w:gridCol w:w="2409"/>
      </w:tblGrid>
      <w:tr w:rsidR="003C7CA3">
        <w:trPr>
          <w:cantSplit/>
        </w:trPr>
        <w:tc>
          <w:tcPr>
            <w:tcW w:w="9636" w:type="dxa"/>
            <w:gridSpan w:val="3"/>
            <w:shd w:val="clear" w:color="auto" w:fill="F4F4F4"/>
          </w:tcPr>
          <w:p w:rsidR="003C7CA3" w:rsidRDefault="005B29C5">
            <w:pPr>
              <w:keepNext/>
            </w:pPr>
            <w:r>
              <w:rPr>
                <w:b/>
                <w:sz w:val="16"/>
              </w:rPr>
              <w:t>9</w:t>
            </w:r>
            <w:r w:rsidR="003454F7">
              <w:rPr>
                <w:b/>
                <w:sz w:val="16"/>
              </w:rPr>
              <w:t xml:space="preserve">. </w:t>
            </w:r>
            <w:r w:rsidR="003454F7">
              <w:rPr>
                <w:b/>
                <w:color w:val="000000"/>
                <w:sz w:val="18"/>
              </w:rPr>
              <w:t>VALORI ȘI DURATĂ</w:t>
            </w:r>
          </w:p>
        </w:tc>
      </w:tr>
      <w:tr w:rsidR="003C7CA3" w:rsidRPr="00F61A70">
        <w:trPr>
          <w:cantSplit/>
          <w:trHeight w:val="510"/>
        </w:trPr>
        <w:tc>
          <w:tcPr>
            <w:tcW w:w="4015" w:type="dxa"/>
          </w:tcPr>
          <w:p w:rsidR="003C7CA3" w:rsidRDefault="003454F7">
            <w:r>
              <w:rPr>
                <w:b/>
                <w:color w:val="0D5F78"/>
              </w:rPr>
              <w:t>Valoarea lucrărilor supuse autorizării (lei)</w:t>
            </w:r>
          </w:p>
          <w:p w:rsidR="003C7CA3" w:rsidRDefault="003C7CA3"/>
        </w:tc>
        <w:tc>
          <w:tcPr>
            <w:tcW w:w="3212" w:type="dxa"/>
          </w:tcPr>
          <w:p w:rsidR="003C7CA3" w:rsidRDefault="003454F7">
            <w:r>
              <w:rPr>
                <w:b/>
                <w:color w:val="0D5F78"/>
              </w:rPr>
              <w:t>Valoarea obiectivului (lei)</w:t>
            </w:r>
          </w:p>
          <w:p w:rsidR="003C7CA3" w:rsidRDefault="003C7CA3"/>
        </w:tc>
        <w:tc>
          <w:tcPr>
            <w:tcW w:w="2409" w:type="dxa"/>
          </w:tcPr>
          <w:p w:rsidR="003C7CA3" w:rsidRPr="005B29C5" w:rsidRDefault="003454F7">
            <w:pPr>
              <w:rPr>
                <w:lang w:val="fr-FR"/>
              </w:rPr>
            </w:pPr>
            <w:r w:rsidRPr="005B29C5">
              <w:rPr>
                <w:b/>
                <w:color w:val="0D5F78"/>
                <w:lang w:val="fr-FR"/>
              </w:rPr>
              <w:t>Durata estimată de execuție (luni)</w:t>
            </w:r>
          </w:p>
          <w:p w:rsidR="003C7CA3" w:rsidRPr="005B29C5" w:rsidRDefault="003C7CA3">
            <w:pPr>
              <w:rPr>
                <w:lang w:val="fr-FR"/>
              </w:rPr>
            </w:pPr>
          </w:p>
        </w:tc>
      </w:tr>
    </w:tbl>
    <w:p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5B29C5">
            <w:pPr>
              <w:keepNext/>
            </w:pPr>
            <w:r>
              <w:rPr>
                <w:b/>
                <w:sz w:val="16"/>
              </w:rPr>
              <w:t>10</w:t>
            </w:r>
            <w:r w:rsidR="003454F7">
              <w:rPr>
                <w:b/>
                <w:sz w:val="16"/>
              </w:rPr>
              <w:t xml:space="preserve">. </w:t>
            </w:r>
            <w:r w:rsidR="003454F7">
              <w:rPr>
                <w:b/>
                <w:color w:val="000000"/>
                <w:sz w:val="18"/>
              </w:rPr>
              <w:t>ANEXEZ LA PREZENTA CERERE</w:t>
            </w:r>
          </w:p>
        </w:tc>
      </w:tr>
      <w:tr w:rsidR="003C7CA3" w:rsidRPr="00F61A70">
        <w:trPr>
          <w:cantSplit/>
        </w:trPr>
        <w:tc>
          <w:tcPr>
            <w:tcW w:w="9636" w:type="dxa"/>
          </w:tcPr>
          <w:p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trPr>
          <w:cantSplit/>
        </w:trPr>
        <w:tc>
          <w:tcPr>
            <w:tcW w:w="9636" w:type="dxa"/>
          </w:tcPr>
          <w:p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trPr>
          <w:cantSplit/>
        </w:trPr>
        <w:tc>
          <w:tcPr>
            <w:tcW w:w="9636" w:type="dxa"/>
          </w:tcPr>
          <w:p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trPr>
          <w:cantSplit/>
        </w:trPr>
        <w:tc>
          <w:tcPr>
            <w:tcW w:w="9636" w:type="dxa"/>
          </w:tcPr>
          <w:p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trPr>
          <w:cantSplit/>
        </w:trPr>
        <w:tc>
          <w:tcPr>
            <w:tcW w:w="9636" w:type="dxa"/>
          </w:tcPr>
          <w:p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trPr>
          <w:cantSplit/>
        </w:trPr>
        <w:tc>
          <w:tcPr>
            <w:tcW w:w="9636" w:type="dxa"/>
          </w:tcPr>
          <w:p w:rsidR="003C7CA3" w:rsidRDefault="003454F7">
            <w:pPr>
              <w:keepNext/>
              <w:pBdr>
                <w:bottom w:val="dotted" w:sz="6" w:space="0" w:color="999999"/>
              </w:pBdr>
              <w:spacing w:after="80"/>
            </w:pPr>
            <w:r>
              <w:rPr>
                <w:i/>
                <w:color w:val="7A7A7A"/>
              </w:rPr>
              <w:t xml:space="preserve">avizele și acordurile anexate — enumerare  </w:t>
            </w: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tc>
      </w:tr>
      <w:tr w:rsidR="003C7CA3">
        <w:trPr>
          <w:cantSplit/>
        </w:trPr>
        <w:tc>
          <w:tcPr>
            <w:tcW w:w="9636" w:type="dxa"/>
          </w:tcPr>
          <w:p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trPr>
          <w:cantSplit/>
        </w:trPr>
        <w:tc>
          <w:tcPr>
            <w:tcW w:w="9636" w:type="dxa"/>
          </w:tcPr>
          <w:p w:rsidR="003C7CA3" w:rsidRDefault="003454F7">
            <w:pPr>
              <w:keepNext/>
            </w:pPr>
            <w:r>
              <w:rPr>
                <w:sz w:val="16"/>
              </w:rPr>
              <w:t>☐ g) declarația pe propria răspundere în cazul în care pentru anumite avize / acorduri se invocă acordarea tacită (original)</w:t>
            </w:r>
          </w:p>
        </w:tc>
      </w:tr>
      <w:tr w:rsidR="003C7CA3" w:rsidRPr="00F61A70">
        <w:trPr>
          <w:cantSplit/>
        </w:trPr>
        <w:tc>
          <w:tcPr>
            <w:tcW w:w="9636" w:type="dxa"/>
          </w:tcPr>
          <w:p w:rsidR="003C7CA3" w:rsidRPr="005B29C5" w:rsidRDefault="003454F7">
            <w:pPr>
              <w:keepNext/>
              <w:rPr>
                <w:lang w:val="fr-FR"/>
              </w:rPr>
            </w:pPr>
            <w:r w:rsidRPr="005B29C5">
              <w:rPr>
                <w:sz w:val="16"/>
                <w:lang w:val="fr-FR"/>
              </w:rPr>
              <w:t>☐ h) acordul vecinilor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☐i) raportul de expertiză tehnică preliminară privind influența asupra vecinătăților, pentru cerința fundamentală rezistență mecanică și stabilitate,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trPr>
          <w:cantSplit/>
        </w:trPr>
        <w:tc>
          <w:tcPr>
            <w:tcW w:w="9636" w:type="dxa"/>
          </w:tcPr>
          <w:p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o) devizul general al obiectivului de investiții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trPr>
          <w:cantSplit/>
        </w:trPr>
        <w:tc>
          <w:tcPr>
            <w:tcW w:w="9636" w:type="dxa"/>
          </w:tcPr>
          <w:p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tcPr>
          <w:p w:rsidR="003C7CA3" w:rsidRDefault="003454F7">
            <w:pPr>
              <w:spacing w:line="228" w:lineRule="auto"/>
            </w:pPr>
            <w:r w:rsidRPr="005B29C5">
              <w:rPr>
                <w:i/>
                <w:sz w:val="17"/>
                <w:lang w:val="fr-FR"/>
              </w:rPr>
              <w:lastRenderedPageBreak/>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bookmarkStart w:id="0" w:name="_GoBack"/>
            <w:bookmarkEnd w:id="0"/>
          </w:p>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3C7CA3">
        <w:trPr>
          <w:cantSplit/>
        </w:trPr>
        <w:tc>
          <w:tcPr>
            <w:tcW w:w="9636" w:type="dxa"/>
            <w:gridSpan w:val="3"/>
            <w:shd w:val="clear" w:color="auto" w:fill="F4F4F4"/>
          </w:tcPr>
          <w:p w:rsidR="003C7CA3" w:rsidRDefault="003454F7">
            <w:pPr>
              <w:keepNext/>
            </w:pPr>
            <w:r>
              <w:rPr>
                <w:b/>
                <w:sz w:val="16"/>
              </w:rPr>
              <w:t xml:space="preserve"> 10. </w:t>
            </w:r>
            <w:r>
              <w:rPr>
                <w:b/>
                <w:color w:val="000000"/>
                <w:sz w:val="18"/>
              </w:rPr>
              <w:t>DATA ȘI SEMNĂTURA</w:t>
            </w:r>
          </w:p>
        </w:tc>
      </w:tr>
      <w:tr w:rsidR="003C7CA3">
        <w:trPr>
          <w:cantSplit/>
          <w:trHeight w:val="510"/>
        </w:trPr>
        <w:tc>
          <w:tcPr>
            <w:tcW w:w="1606" w:type="dxa"/>
          </w:tcPr>
          <w:p w:rsidR="003C7CA3" w:rsidRDefault="003454F7">
            <w:r>
              <w:rPr>
                <w:b/>
                <w:color w:val="0D5F78"/>
              </w:rPr>
              <w:t>Data</w:t>
            </w:r>
          </w:p>
          <w:p w:rsidR="003C7CA3" w:rsidRDefault="003C7CA3"/>
        </w:tc>
        <w:tc>
          <w:tcPr>
            <w:tcW w:w="4818" w:type="dxa"/>
          </w:tcPr>
          <w:p w:rsidR="003C7CA3" w:rsidRDefault="003454F7">
            <w:r>
              <w:rPr>
                <w:b/>
                <w:color w:val="0D5F78"/>
              </w:rPr>
              <w:t>Solicitantul</w:t>
            </w:r>
          </w:p>
          <w:p w:rsidR="003C7CA3" w:rsidRDefault="003C7CA3"/>
        </w:tc>
        <w:tc>
          <w:tcPr>
            <w:tcW w:w="3212" w:type="dxa"/>
          </w:tcPr>
          <w:p w:rsidR="003C7CA3" w:rsidRDefault="003454F7">
            <w:r>
              <w:rPr>
                <w:b/>
                <w:color w:val="0D5F78"/>
              </w:rPr>
              <w:t>Semnătura</w:t>
            </w:r>
          </w:p>
          <w:p w:rsidR="003C7CA3" w:rsidRDefault="003C7CA3"/>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ANEXA IMOBILE</w:t>
      </w:r>
    </w:p>
    <w:p w:rsidR="003C7CA3" w:rsidRPr="005B29C5" w:rsidRDefault="003454F7">
      <w:pPr>
        <w:spacing w:after="120"/>
        <w:jc w:val="center"/>
        <w:rPr>
          <w:lang w:val="fr-FR"/>
        </w:rPr>
      </w:pPr>
      <w:r w:rsidRPr="005B29C5">
        <w:rPr>
          <w:sz w:val="19"/>
          <w:lang w:val="fr-FR"/>
        </w:rPr>
        <w:t>la cererea pentru emiterea autorizației de construire / desființare</w:t>
      </w:r>
    </w:p>
    <w:p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3454F7">
            <w:pPr>
              <w:keepNext/>
            </w:pPr>
            <w:r>
              <w:rPr>
                <w:b/>
                <w:sz w:val="16"/>
              </w:rPr>
              <w:t xml:space="preserve">I1. </w:t>
            </w:r>
            <w:r>
              <w:rPr>
                <w:b/>
                <w:color w:val="000000"/>
                <w:sz w:val="18"/>
              </w:rPr>
              <w:t>IMOBILELE LA CARE SE REFERĂ CEREREA</w:t>
            </w:r>
          </w:p>
        </w:tc>
      </w:tr>
      <w:tr w:rsidR="003C7CA3">
        <w:trPr>
          <w:cantSplit/>
        </w:trPr>
        <w:tc>
          <w:tcPr>
            <w:tcW w:w="9636" w:type="dxa"/>
            <w:gridSpan w:val="7"/>
            <w:shd w:val="clear" w:color="auto" w:fill="F4F4F4"/>
          </w:tcPr>
          <w:p w:rsidR="003C7CA3" w:rsidRDefault="003454F7">
            <w:pPr>
              <w:keepNext/>
            </w:pPr>
            <w:r>
              <w:rPr>
                <w:sz w:val="16"/>
              </w:rPr>
              <w:t xml:space="preserve"> Imobil 2</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3</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4</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5</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6</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7</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 xml:space="preserve">ANEXA TEHNICĂ </w:t>
      </w:r>
    </w:p>
    <w:p w:rsidR="003C7CA3" w:rsidRPr="005B29C5" w:rsidRDefault="003454F7">
      <w:pPr>
        <w:spacing w:after="120"/>
        <w:jc w:val="center"/>
        <w:rPr>
          <w:lang w:val="fr-FR"/>
        </w:rPr>
      </w:pPr>
      <w:r w:rsidRPr="005B29C5">
        <w:rPr>
          <w:sz w:val="19"/>
          <w:lang w:val="fr-FR"/>
        </w:rPr>
        <w:t>la cererea pentru emiterea autorizației de construire / desființare</w:t>
      </w:r>
    </w:p>
    <w:p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rsidRPr="00F61A70">
        <w:trPr>
          <w:cantSplit/>
        </w:trPr>
        <w:tc>
          <w:tcPr>
            <w:tcW w:w="9636" w:type="dxa"/>
            <w:shd w:val="clear" w:color="auto" w:fill="F4F4F4"/>
          </w:tcPr>
          <w:p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p>
          <w:p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trPr>
          <w:cantSplit/>
        </w:trPr>
        <w:tc>
          <w:tcPr>
            <w:tcW w:w="9636" w:type="dxa"/>
            <w:shd w:val="clear" w:color="auto" w:fill="F4F4F4"/>
          </w:tcPr>
          <w:p w:rsidR="003C7CA3" w:rsidRPr="00F61A70" w:rsidRDefault="003454F7">
            <w:pPr>
              <w:keepNext/>
              <w:rPr>
                <w:b/>
                <w:bCs/>
                <w:lang w:val="fr-FR"/>
              </w:rPr>
            </w:pP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trPr>
          <w:cantSplit/>
        </w:trPr>
        <w:tc>
          <w:tcPr>
            <w:tcW w:w="9636" w:type="dxa"/>
          </w:tcPr>
          <w:p w:rsidR="003C7CA3" w:rsidRPr="005B29C5" w:rsidRDefault="003454F7">
            <w:pPr>
              <w:keepNext/>
              <w:rPr>
                <w:lang w:val="fr-FR"/>
              </w:rPr>
            </w:pP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trPr>
          <w:cantSplit/>
        </w:trPr>
        <w:tc>
          <w:tcPr>
            <w:tcW w:w="9636" w:type="dxa"/>
          </w:tcPr>
          <w:p w:rsidR="003C7CA3" w:rsidRPr="005B29C5" w:rsidRDefault="003454F7">
            <w:pPr>
              <w:keepNext/>
              <w:rPr>
                <w:lang w:val="fr-FR"/>
              </w:rPr>
            </w:pPr>
            <w:r w:rsidRPr="00F61A70">
              <w:rPr>
                <w:b/>
                <w:bCs/>
                <w:sz w:val="16"/>
                <w:lang w:val="fr-FR"/>
              </w:rPr>
              <w:t>☐ A.2 · clădiri industriale</w:t>
            </w:r>
            <w:r w:rsidRPr="005B29C5">
              <w:rPr>
                <w:sz w:val="16"/>
                <w:lang w:val="fr-FR"/>
              </w:rPr>
              <w:t>:     ☐ pentru producție     ☐ pentru depozitare</w:t>
            </w:r>
          </w:p>
        </w:tc>
      </w:tr>
      <w:tr w:rsidR="003C7CA3" w:rsidRPr="00F61A70">
        <w:trPr>
          <w:cantSplit/>
        </w:trPr>
        <w:tc>
          <w:tcPr>
            <w:tcW w:w="9636" w:type="dxa"/>
          </w:tcPr>
          <w:p w:rsidR="00F61A70" w:rsidRDefault="003454F7">
            <w:pPr>
              <w:keepNext/>
              <w:rPr>
                <w:sz w:val="16"/>
                <w:lang w:val="fr-FR"/>
              </w:rPr>
            </w:pPr>
            <w:r w:rsidRPr="00F61A70">
              <w:rPr>
                <w:b/>
                <w:bCs/>
                <w:sz w:val="16"/>
                <w:lang w:val="fr-FR"/>
              </w:rPr>
              <w:t>☐ A.3 · clădiri agricole</w:t>
            </w:r>
            <w:r w:rsidR="00F61A70">
              <w:rPr>
                <w:b/>
                <w:bCs/>
                <w:sz w:val="16"/>
                <w:lang w:val="fr-FR"/>
              </w:rPr>
              <w:t>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rsidR="003C7CA3" w:rsidRPr="00F61A70" w:rsidRDefault="00F61A70">
            <w:pPr>
              <w:keepNext/>
              <w:rPr>
                <w:b/>
                <w:bCs/>
                <w:lang w:val="fr-FR"/>
              </w:rPr>
            </w:pPr>
            <w:r w:rsidRPr="00F61A70">
              <w:rPr>
                <w:b/>
                <w:bCs/>
                <w:sz w:val="16"/>
                <w:lang w:val="fr-FR"/>
              </w:rPr>
              <w:t>☐ A.4 · clădiri / construcții cu caracter special</w:t>
            </w:r>
          </w:p>
        </w:tc>
      </w:tr>
      <w:tr w:rsidR="003C7CA3" w:rsidRPr="00F61A70">
        <w:trPr>
          <w:cantSplit/>
        </w:trPr>
        <w:tc>
          <w:tcPr>
            <w:tcW w:w="9636" w:type="dxa"/>
            <w:shd w:val="clear" w:color="auto" w:fill="F4F4F4"/>
          </w:tcPr>
          <w:p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rsidR="00F61A70" w:rsidRDefault="00F61A70">
            <w:pPr>
              <w:keepNext/>
              <w:rPr>
                <w:sz w:val="16"/>
                <w:lang w:val="fr-FR"/>
              </w:rPr>
            </w:pP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rsidR="00F61A70" w:rsidRDefault="00F61A70">
            <w:pPr>
              <w:keepNext/>
              <w:rPr>
                <w:sz w:val="16"/>
                <w:lang w:val="fr-FR"/>
              </w:rPr>
            </w:pP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rsidR="00F61A70" w:rsidRDefault="00F61A70">
            <w:pPr>
              <w:keepNext/>
              <w:rPr>
                <w:sz w:val="16"/>
                <w:lang w:val="fr-FR"/>
              </w:rPr>
            </w:pP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p>
          <w:p w:rsidR="00F61A70" w:rsidRPr="005B29C5" w:rsidRDefault="00F61A70">
            <w:pPr>
              <w:keepNext/>
              <w:rPr>
                <w:lang w:val="fr-FR"/>
              </w:rPr>
            </w:pP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B.1 · realizate la alte construcții decât cele de la B.2 și B.3:</w:t>
            </w:r>
          </w:p>
        </w:tc>
      </w:tr>
      <w:tr w:rsidR="003C7CA3">
        <w:trPr>
          <w:cantSplit/>
        </w:trPr>
        <w:tc>
          <w:tcPr>
            <w:tcW w:w="9636" w:type="dxa"/>
          </w:tcPr>
          <w:p w:rsidR="003C7CA3" w:rsidRPr="00F61A70" w:rsidRDefault="003454F7">
            <w:pPr>
              <w:keepNext/>
              <w:rPr>
                <w:b/>
                <w:bCs/>
              </w:rPr>
            </w:pPr>
            <w:r w:rsidRPr="00F61A70">
              <w:rPr>
                <w:b/>
                <w:bCs/>
                <w:sz w:val="16"/>
              </w:rPr>
              <w:t>☐ B.2 · realizate la:</w:t>
            </w:r>
          </w:p>
        </w:tc>
      </w:tr>
      <w:tr w:rsidR="003C7CA3" w:rsidRPr="00F61A70">
        <w:trPr>
          <w:cantSplit/>
        </w:trPr>
        <w:tc>
          <w:tcPr>
            <w:tcW w:w="9636" w:type="dxa"/>
          </w:tcPr>
          <w:p w:rsidR="003C7CA3" w:rsidRDefault="003454F7">
            <w:pPr>
              <w:keepNext/>
            </w:pPr>
            <w:r>
              <w:rPr>
                <w:sz w:val="16"/>
              </w:rPr>
              <w:t>☐ construcții monument istoric (Legea nr. 422/2001), inclusiv anexele din același imobil</w:t>
            </w:r>
          </w:p>
          <w:p w:rsidR="003C7CA3" w:rsidRPr="005B29C5" w:rsidRDefault="003454F7">
            <w:pPr>
              <w:keepNext/>
              <w:rPr>
                <w:lang w:val="fr-FR"/>
              </w:rPr>
            </w:pPr>
            <w:r w:rsidRPr="005B29C5">
              <w:rPr>
                <w:sz w:val="16"/>
                <w:lang w:val="fr-FR"/>
              </w:rPr>
              <w:t>☐ construcții în zona de protecție a monumentelor istorice</w:t>
            </w:r>
          </w:p>
          <w:p w:rsidR="003C7CA3" w:rsidRPr="005B29C5" w:rsidRDefault="003454F7">
            <w:pPr>
              <w:keepNext/>
              <w:rPr>
                <w:lang w:val="fr-FR"/>
              </w:rPr>
            </w:pPr>
            <w:r w:rsidRPr="005B29C5">
              <w:rPr>
                <w:sz w:val="16"/>
                <w:lang w:val="fr-FR"/>
              </w:rPr>
              <w:t>☐ construcții în zone construite protejate</w:t>
            </w:r>
          </w:p>
          <w:p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rsidR="003C7CA3" w:rsidRPr="005B29C5" w:rsidRDefault="003454F7">
            <w:pPr>
              <w:keepNext/>
              <w:rPr>
                <w:lang w:val="fr-FR"/>
              </w:rPr>
            </w:pPr>
            <w:r w:rsidRPr="005B29C5">
              <w:rPr>
                <w:sz w:val="16"/>
                <w:lang w:val="fr-FR"/>
              </w:rPr>
              <w:t>☐ nu se încadrează</w:t>
            </w:r>
            <w:r w:rsidR="00F61A70" w:rsidRPr="005B29C5">
              <w:rPr>
                <w:sz w:val="16"/>
                <w:lang w:val="fr-FR"/>
              </w:rPr>
              <w:t>în categoriile de la B.2</w:t>
            </w:r>
          </w:p>
          <w:p w:rsidR="003C7CA3" w:rsidRPr="005B29C5" w:rsidRDefault="003454F7">
            <w:pPr>
              <w:keepNext/>
              <w:rPr>
                <w:lang w:val="fr-FR"/>
              </w:rPr>
            </w:pPr>
            <w:r w:rsidRPr="005B29C5">
              <w:rPr>
                <w:sz w:val="16"/>
                <w:lang w:val="fr-FR"/>
              </w:rPr>
              <w:t>☐ se încadrează în categoriile de la B.2</w:t>
            </w:r>
          </w:p>
        </w:tc>
      </w:tr>
      <w:tr w:rsidR="003C7CA3">
        <w:trPr>
          <w:cantSplit/>
        </w:trPr>
        <w:tc>
          <w:tcPr>
            <w:tcW w:w="9636" w:type="dxa"/>
            <w:shd w:val="clear" w:color="auto" w:fill="F4F4F4"/>
          </w:tcPr>
          <w:p w:rsidR="003C7CA3" w:rsidRPr="00F61A70" w:rsidRDefault="003454F7">
            <w:pPr>
              <w:keepNext/>
              <w:rPr>
                <w:b/>
                <w:bCs/>
              </w:rPr>
            </w:pPr>
            <w:r w:rsidRPr="00F61A70">
              <w:rPr>
                <w:b/>
                <w:bCs/>
                <w:sz w:val="16"/>
              </w:rPr>
              <w:t>C · Amenajări</w:t>
            </w:r>
          </w:p>
        </w:tc>
      </w:tr>
      <w:tr w:rsidR="003C7CA3" w:rsidRPr="00F61A70">
        <w:trPr>
          <w:cantSplit/>
        </w:trPr>
        <w:tc>
          <w:tcPr>
            <w:tcW w:w="9636" w:type="dxa"/>
          </w:tcPr>
          <w:p w:rsidR="003C7CA3" w:rsidRDefault="003454F7">
            <w:pPr>
              <w:keepNext/>
            </w:pPr>
            <w:r>
              <w:rPr>
                <w:sz w:val="16"/>
              </w:rPr>
              <w:t>☐ C.1 · amenajări civile</w:t>
            </w:r>
          </w:p>
          <w:p w:rsidR="003C7CA3" w:rsidRDefault="003454F7">
            <w:pPr>
              <w:keepNext/>
            </w:pPr>
            <w:r>
              <w:rPr>
                <w:sz w:val="16"/>
              </w:rPr>
              <w:t>☐ C.2 · amenajări și îmbunătățiri funciare</w:t>
            </w:r>
          </w:p>
          <w:p w:rsidR="003C7CA3" w:rsidRDefault="003454F7">
            <w:pPr>
              <w:keepNext/>
            </w:pPr>
            <w:r>
              <w:rPr>
                <w:sz w:val="16"/>
              </w:rPr>
              <w:t>☐ C.3 · construcții provizorii / cu caracter temporar</w:t>
            </w:r>
          </w:p>
          <w:p w:rsidR="003C7CA3" w:rsidRDefault="003454F7">
            <w:pPr>
              <w:keepNext/>
            </w:pPr>
            <w:r>
              <w:rPr>
                <w:sz w:val="16"/>
              </w:rPr>
              <w:t>☐ C.4 · cercetarea / prospectarea terenurilor, foraje, excavări, studii topografice, geologice, geotehnice, geofizice, hidrologice</w:t>
            </w:r>
          </w:p>
          <w:p w:rsidR="003C7CA3" w:rsidRDefault="003454F7">
            <w:pPr>
              <w:keepNext/>
            </w:pPr>
            <w:r>
              <w:rPr>
                <w:sz w:val="16"/>
              </w:rPr>
              <w:t>☐ C.5 · cercetări pentru zăcăminte naturale</w:t>
            </w:r>
          </w:p>
          <w:p w:rsidR="003C7CA3" w:rsidRPr="005B29C5" w:rsidRDefault="003454F7">
            <w:pPr>
              <w:keepNext/>
              <w:rPr>
                <w:lang w:val="fr-FR"/>
              </w:rPr>
            </w:pPr>
            <w:r w:rsidRPr="005B29C5">
              <w:rPr>
                <w:sz w:val="16"/>
                <w:lang w:val="fr-FR"/>
              </w:rPr>
              <w:t>☐ C.6 · spații verzi, plantate</w:t>
            </w:r>
          </w:p>
          <w:p w:rsidR="003C7CA3" w:rsidRPr="005B29C5" w:rsidRDefault="003454F7">
            <w:pPr>
              <w:keepNext/>
              <w:rPr>
                <w:lang w:val="fr-FR"/>
              </w:rPr>
            </w:pPr>
            <w:r w:rsidRPr="005B29C5">
              <w:rPr>
                <w:sz w:val="16"/>
                <w:lang w:val="fr-FR"/>
              </w:rPr>
              <w:t>☐ C.7 · spații publice</w:t>
            </w:r>
          </w:p>
          <w:p w:rsidR="003C7CA3" w:rsidRPr="005B29C5" w:rsidRDefault="003454F7">
            <w:pPr>
              <w:keepNext/>
              <w:rPr>
                <w:lang w:val="fr-FR"/>
              </w:rPr>
            </w:pPr>
            <w:r w:rsidRPr="005B29C5">
              <w:rPr>
                <w:sz w:val="16"/>
                <w:lang w:val="fr-FR"/>
              </w:rPr>
              <w:t>☐ C.8 · organizare de șantier</w:t>
            </w:r>
          </w:p>
        </w:tc>
      </w:tr>
      <w:tr w:rsidR="003C7CA3" w:rsidRPr="00F61A70">
        <w:trPr>
          <w:cantSplit/>
        </w:trPr>
        <w:tc>
          <w:tcPr>
            <w:tcW w:w="9636" w:type="dxa"/>
            <w:shd w:val="clear" w:color="auto" w:fill="F4F4F4"/>
          </w:tcPr>
          <w:p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trPr>
          <w:cantSplit/>
        </w:trPr>
        <w:tc>
          <w:tcPr>
            <w:tcW w:w="9636" w:type="dxa"/>
          </w:tcPr>
          <w:p w:rsidR="003C7CA3" w:rsidRPr="005B29C5" w:rsidRDefault="003454F7">
            <w:pPr>
              <w:rPr>
                <w:lang w:val="fr-FR"/>
              </w:rPr>
            </w:pPr>
            <w:r w:rsidRPr="005B29C5">
              <w:rPr>
                <w:sz w:val="16"/>
                <w:lang w:val="fr-FR"/>
              </w:rPr>
              <w:t>☐ D.1 · infrastructura de transport, alta decât cea de interes național</w:t>
            </w:r>
          </w:p>
          <w:p w:rsidR="003C7CA3" w:rsidRPr="005B29C5" w:rsidRDefault="003454F7">
            <w:pPr>
              <w:rPr>
                <w:lang w:val="fr-FR"/>
              </w:rPr>
            </w:pPr>
            <w:r w:rsidRPr="005B29C5">
              <w:rPr>
                <w:sz w:val="16"/>
                <w:lang w:val="fr-FR"/>
              </w:rPr>
              <w:t>☐ D.2 · infrastructură în domeniul energiei</w:t>
            </w:r>
          </w:p>
          <w:p w:rsidR="003C7CA3" w:rsidRPr="005B29C5" w:rsidRDefault="003454F7">
            <w:pPr>
              <w:rPr>
                <w:lang w:val="fr-FR"/>
              </w:rPr>
            </w:pPr>
            <w:r w:rsidRPr="005B29C5">
              <w:rPr>
                <w:sz w:val="16"/>
                <w:lang w:val="fr-FR"/>
              </w:rPr>
              <w:t>☐ D.3 · rețele de comunicații electronice și infrastructurile fizice aferente</w:t>
            </w:r>
          </w:p>
          <w:p w:rsidR="003C7CA3" w:rsidRPr="005B29C5" w:rsidRDefault="003454F7">
            <w:pPr>
              <w:rPr>
                <w:lang w:val="fr-FR"/>
              </w:rPr>
            </w:pPr>
            <w:r w:rsidRPr="005B29C5">
              <w:rPr>
                <w:sz w:val="16"/>
                <w:lang w:val="fr-FR"/>
              </w:rPr>
              <w:t>☐ D.4 · gospodărirea apelor</w:t>
            </w:r>
          </w:p>
          <w:p w:rsidR="003C7CA3" w:rsidRPr="005B29C5" w:rsidRDefault="003454F7">
            <w:pPr>
              <w:rPr>
                <w:lang w:val="fr-FR"/>
              </w:rPr>
            </w:pPr>
            <w:r w:rsidRPr="005B29C5">
              <w:rPr>
                <w:sz w:val="16"/>
                <w:lang w:val="fr-FR"/>
              </w:rPr>
              <w:t>☐ D.5 · hidrotehnice</w:t>
            </w:r>
          </w:p>
          <w:p w:rsidR="003C7CA3" w:rsidRPr="005B29C5" w:rsidRDefault="003454F7">
            <w:pPr>
              <w:rPr>
                <w:lang w:val="fr-FR"/>
              </w:rPr>
            </w:pPr>
            <w:r w:rsidRPr="005B29C5">
              <w:rPr>
                <w:sz w:val="16"/>
                <w:lang w:val="fr-FR"/>
              </w:rPr>
              <w:t>☐ D.6 · miniere</w:t>
            </w:r>
          </w:p>
          <w:p w:rsidR="003C7CA3" w:rsidRDefault="003454F7">
            <w:r>
              <w:rPr>
                <w:sz w:val="16"/>
              </w:rPr>
              <w:t>☐ D.7 · alte lucrări inginerești necesare unor obiective de interes public</w:t>
            </w:r>
          </w:p>
        </w:tc>
      </w:tr>
    </w:tbl>
    <w:p w:rsidR="003C7CA3" w:rsidRPr="00913191" w:rsidRDefault="003C7CA3">
      <w:pPr>
        <w:spacing w:line="168" w:lineRule="auto"/>
        <w:rPr>
          <w:u w:val="single"/>
        </w:rPr>
      </w:pPr>
    </w:p>
    <w:p w:rsidR="00913191" w:rsidRPr="00913191" w:rsidRDefault="00913191">
      <w:pPr>
        <w:spacing w:line="168" w:lineRule="auto"/>
        <w:rPr>
          <w:sz w:val="18"/>
          <w:szCs w:val="18"/>
          <w:u w:val="single"/>
          <w:lang w:val="fr-FR"/>
        </w:rPr>
      </w:pPr>
    </w:p>
    <w:p w:rsidR="00913191" w:rsidRPr="00913191" w:rsidRDefault="00913191" w:rsidP="00913191">
      <w:pPr>
        <w:rPr>
          <w:sz w:val="20"/>
          <w:szCs w:val="20"/>
          <w:u w:val="single"/>
          <w:lang w:val="fr-FR"/>
        </w:rPr>
      </w:pPr>
      <w:r w:rsidRPr="00913191">
        <w:rPr>
          <w:sz w:val="20"/>
          <w:szCs w:val="20"/>
          <w:u w:val="single"/>
          <w:lang w:val="fr-FR"/>
        </w:rPr>
        <w:t>Punctele 2-9 se completeaza în cazul cladirilor și al intervențiilor asupra clădirilor existente, iar în cazul amenjărilor/lucrărilor inginerești, doar dacă acestea cuprind și clădiri</w:t>
      </w:r>
    </w:p>
    <w:p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803"/>
        <w:gridCol w:w="1606"/>
        <w:gridCol w:w="2409"/>
        <w:gridCol w:w="2409"/>
      </w:tblGrid>
      <w:tr w:rsidR="003C7CA3" w:rsidRPr="005B29C5">
        <w:trPr>
          <w:cantSplit/>
        </w:trPr>
        <w:tc>
          <w:tcPr>
            <w:tcW w:w="9636" w:type="dxa"/>
            <w:gridSpan w:val="5"/>
            <w:shd w:val="clear" w:color="auto" w:fill="F4F4F4"/>
          </w:tcPr>
          <w:p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trPr>
          <w:cantSplit/>
          <w:trHeight w:val="510"/>
        </w:trPr>
        <w:tc>
          <w:tcPr>
            <w:tcW w:w="3212" w:type="dxa"/>
            <w:gridSpan w:val="2"/>
          </w:tcPr>
          <w:p w:rsidR="003C7CA3" w:rsidRDefault="003454F7">
            <w:pPr>
              <w:keepNext/>
            </w:pPr>
            <w:r>
              <w:rPr>
                <w:b/>
                <w:color w:val="0D5F78"/>
              </w:rPr>
              <w:t>Suprafața terenului (m²)</w:t>
            </w:r>
          </w:p>
          <w:p w:rsidR="003C7CA3" w:rsidRDefault="003C7CA3">
            <w:pPr>
              <w:keepNext/>
            </w:pPr>
          </w:p>
        </w:tc>
        <w:tc>
          <w:tcPr>
            <w:tcW w:w="6424" w:type="dxa"/>
            <w:gridSpan w:val="3"/>
          </w:tcPr>
          <w:p w:rsidR="003C7CA3" w:rsidRPr="005B29C5" w:rsidRDefault="003454F7">
            <w:pPr>
              <w:keepNext/>
              <w:rPr>
                <w:lang w:val="fr-FR"/>
              </w:rPr>
            </w:pPr>
            <w:r w:rsidRPr="005B29C5">
              <w:rPr>
                <w:b/>
                <w:color w:val="0D5F78"/>
                <w:lang w:val="fr-FR"/>
              </w:rPr>
              <w:t>Terenul este</w:t>
            </w:r>
          </w:p>
          <w:p w:rsidR="003C7CA3" w:rsidRPr="005B29C5" w:rsidRDefault="003454F7">
            <w:pPr>
              <w:keepNext/>
              <w:rPr>
                <w:lang w:val="fr-FR"/>
              </w:rPr>
            </w:pPr>
            <w:r w:rsidRPr="005B29C5">
              <w:rPr>
                <w:sz w:val="16"/>
                <w:lang w:val="fr-FR"/>
              </w:rPr>
              <w:t>☐ liber de construcții     ☐ nu este liber de construcții</w:t>
            </w:r>
          </w:p>
        </w:tc>
      </w:tr>
      <w:tr w:rsidR="003C7CA3" w:rsidRPr="005B29C5" w:rsidTr="0007047E">
        <w:trPr>
          <w:cantSplit/>
          <w:trHeight w:val="369"/>
        </w:trPr>
        <w:tc>
          <w:tcPr>
            <w:tcW w:w="4818" w:type="dxa"/>
            <w:gridSpan w:val="3"/>
          </w:tcPr>
          <w:p w:rsidR="003C7CA3" w:rsidRDefault="003454F7">
            <w:pPr>
              <w:keepNext/>
            </w:pPr>
            <w:r>
              <w:rPr>
                <w:b/>
                <w:color w:val="0D5F78"/>
              </w:rPr>
              <w:t>Acces carosabil din strada</w:t>
            </w:r>
          </w:p>
          <w:p w:rsidR="003C7CA3" w:rsidRDefault="003C7CA3">
            <w:pPr>
              <w:keepNext/>
            </w:pPr>
          </w:p>
        </w:tc>
        <w:tc>
          <w:tcPr>
            <w:tcW w:w="4818" w:type="dxa"/>
            <w:gridSpan w:val="2"/>
          </w:tcPr>
          <w:p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trPr>
          <w:cantSplit/>
        </w:trPr>
        <w:tc>
          <w:tcPr>
            <w:tcW w:w="9636" w:type="dxa"/>
            <w:gridSpan w:val="5"/>
          </w:tcPr>
          <w:p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rsidR="00C46767" w:rsidRPr="005B29C5" w:rsidRDefault="00C46767" w:rsidP="00C46767">
            <w:pPr>
              <w:rPr>
                <w:lang w:val="fr-FR"/>
              </w:rPr>
            </w:pPr>
          </w:p>
        </w:tc>
      </w:tr>
      <w:tr w:rsidR="003C7CA3">
        <w:trPr>
          <w:cantSplit/>
        </w:trPr>
        <w:tc>
          <w:tcPr>
            <w:tcW w:w="9636" w:type="dxa"/>
            <w:gridSpan w:val="5"/>
          </w:tcPr>
          <w:p w:rsidR="003C7CA3" w:rsidRDefault="003454F7">
            <w:pPr>
              <w:keepNext/>
              <w:pBdr>
                <w:bottom w:val="dotted" w:sz="6" w:space="0" w:color="999999"/>
              </w:pBdr>
              <w:spacing w:after="80"/>
            </w:pPr>
            <w:r>
              <w:rPr>
                <w:color w:val="0D5F78"/>
              </w:rPr>
              <w:t xml:space="preserve">Servituți  </w:t>
            </w:r>
          </w:p>
          <w:p w:rsidR="003C7CA3" w:rsidRDefault="003C7CA3">
            <w:pPr>
              <w:keepNext/>
              <w:pBdr>
                <w:bottom w:val="dotted" w:sz="6" w:space="0" w:color="999999"/>
              </w:pBdr>
              <w:spacing w:after="80"/>
            </w:pPr>
          </w:p>
        </w:tc>
      </w:tr>
      <w:tr w:rsidR="00C46767">
        <w:trPr>
          <w:cantSplit/>
        </w:trPr>
        <w:tc>
          <w:tcPr>
            <w:tcW w:w="9636" w:type="dxa"/>
            <w:gridSpan w:val="5"/>
            <w:shd w:val="clear" w:color="auto" w:fill="F4F4F4"/>
          </w:tcPr>
          <w:p w:rsidR="00C46767" w:rsidRDefault="00C46767">
            <w:pPr>
              <w:keepNext/>
              <w:rPr>
                <w:sz w:val="16"/>
              </w:rPr>
            </w:pPr>
            <w:r>
              <w:rPr>
                <w:sz w:val="16"/>
              </w:rPr>
              <w:t>Amplasare</w:t>
            </w:r>
          </w:p>
        </w:tc>
      </w:tr>
      <w:tr w:rsidR="00C46767" w:rsidTr="00C46767">
        <w:trPr>
          <w:cantSplit/>
        </w:trPr>
        <w:tc>
          <w:tcPr>
            <w:tcW w:w="2409" w:type="dxa"/>
            <w:shd w:val="clear" w:color="auto" w:fill="FFFFFF" w:themeFill="background1"/>
          </w:tcPr>
          <w:p w:rsidR="00C46767" w:rsidRPr="00C46767" w:rsidRDefault="00C46767" w:rsidP="00C46767">
            <w:pPr>
              <w:keepNext/>
            </w:pPr>
            <w:r w:rsidRPr="00C46767">
              <w:rPr>
                <w:b/>
                <w:color w:val="0D5F78"/>
              </w:rPr>
              <w:t>Tip amplasare</w:t>
            </w:r>
          </w:p>
          <w:p w:rsidR="00C46767" w:rsidRPr="00C46767" w:rsidRDefault="00C46767" w:rsidP="00C46767">
            <w:pPr>
              <w:keepNext/>
            </w:pPr>
            <w:r w:rsidRPr="00C46767">
              <w:rPr>
                <w:i/>
                <w:color w:val="7A7A7A"/>
              </w:rPr>
              <w:t>izolat · cuplat · înșiruit</w:t>
            </w:r>
          </w:p>
          <w:p w:rsidR="00C46767" w:rsidRPr="00C46767" w:rsidRDefault="00C46767" w:rsidP="00C46767">
            <w:pPr>
              <w:keepNext/>
              <w:rPr>
                <w:sz w:val="16"/>
              </w:rPr>
            </w:pPr>
          </w:p>
        </w:tc>
        <w:tc>
          <w:tcPr>
            <w:tcW w:w="2409" w:type="dxa"/>
            <w:gridSpan w:val="2"/>
            <w:shd w:val="clear" w:color="auto" w:fill="FFFFFF" w:themeFill="background1"/>
          </w:tcPr>
          <w:p w:rsidR="00C46767" w:rsidRPr="00C46767" w:rsidRDefault="00C46767" w:rsidP="00C46767">
            <w:pPr>
              <w:keepNext/>
            </w:pPr>
            <w:r w:rsidRPr="00C46767">
              <w:rPr>
                <w:b/>
                <w:color w:val="0D5F78"/>
              </w:rPr>
              <w:t>Tipologie / morfologie urbană</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 xml:space="preserve">Front construit </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Curte interioară</w:t>
            </w:r>
          </w:p>
          <w:p w:rsidR="00C46767" w:rsidRPr="00C46767" w:rsidRDefault="00C46767" w:rsidP="00C46767">
            <w:pPr>
              <w:keepNext/>
              <w:rPr>
                <w:sz w:val="16"/>
              </w:rPr>
            </w:pPr>
          </w:p>
        </w:tc>
      </w:tr>
      <w:tr w:rsidR="00C46767">
        <w:trPr>
          <w:cantSplit/>
        </w:trPr>
        <w:tc>
          <w:tcPr>
            <w:tcW w:w="9636" w:type="dxa"/>
            <w:gridSpan w:val="5"/>
            <w:shd w:val="clear" w:color="auto" w:fill="F4F4F4"/>
          </w:tcPr>
          <w:p w:rsidR="00C46767" w:rsidRDefault="00C46767" w:rsidP="00C46767">
            <w:pPr>
              <w:keepNext/>
            </w:pPr>
            <w:r>
              <w:rPr>
                <w:sz w:val="16"/>
              </w:rPr>
              <w:t xml:space="preserve"> Amplasarea clădirilor pe teren, după realizarea lucrărilor — retragerile minime</w:t>
            </w:r>
          </w:p>
        </w:tc>
      </w:tr>
      <w:tr w:rsidR="00C46767" w:rsidRPr="00F61A70">
        <w:trPr>
          <w:cantSplit/>
          <w:trHeight w:val="510"/>
        </w:trPr>
        <w:tc>
          <w:tcPr>
            <w:tcW w:w="2409" w:type="dxa"/>
          </w:tcPr>
          <w:p w:rsidR="00C46767" w:rsidRDefault="00C46767" w:rsidP="00C46767">
            <w:r>
              <w:rPr>
                <w:b/>
                <w:color w:val="0D5F78"/>
              </w:rPr>
              <w:t>față de aliniament (m)</w:t>
            </w:r>
          </w:p>
          <w:p w:rsidR="00C46767" w:rsidRDefault="00C46767" w:rsidP="00C46767"/>
        </w:tc>
        <w:tc>
          <w:tcPr>
            <w:tcW w:w="2409" w:type="dxa"/>
            <w:gridSpan w:val="2"/>
          </w:tcPr>
          <w:p w:rsidR="00C46767" w:rsidRDefault="00C46767" w:rsidP="00C46767">
            <w:r>
              <w:rPr>
                <w:b/>
                <w:color w:val="0D5F78"/>
              </w:rPr>
              <w:t>față de limita lateral-dreapta (m)</w:t>
            </w:r>
          </w:p>
          <w:p w:rsidR="00C46767" w:rsidRDefault="00C46767" w:rsidP="00C46767"/>
        </w:tc>
        <w:tc>
          <w:tcPr>
            <w:tcW w:w="2409" w:type="dxa"/>
          </w:tcPr>
          <w:p w:rsidR="00C46767" w:rsidRPr="005B29C5" w:rsidRDefault="00C46767" w:rsidP="00C46767">
            <w:pPr>
              <w:rPr>
                <w:lang w:val="fr-FR"/>
              </w:rPr>
            </w:pPr>
            <w:r w:rsidRPr="005B29C5">
              <w:rPr>
                <w:b/>
                <w:color w:val="0D5F78"/>
                <w:lang w:val="fr-FR"/>
              </w:rPr>
              <w:t>față de limita lateral-stânga (m)</w:t>
            </w:r>
          </w:p>
          <w:p w:rsidR="00C46767" w:rsidRPr="005B29C5" w:rsidRDefault="00C46767" w:rsidP="00C46767">
            <w:pPr>
              <w:rPr>
                <w:lang w:val="fr-FR"/>
              </w:rPr>
            </w:pPr>
          </w:p>
        </w:tc>
        <w:tc>
          <w:tcPr>
            <w:tcW w:w="2409" w:type="dxa"/>
          </w:tcPr>
          <w:p w:rsidR="00C46767" w:rsidRPr="005B29C5" w:rsidRDefault="00C46767" w:rsidP="00C46767">
            <w:pPr>
              <w:rPr>
                <w:lang w:val="fr-FR"/>
              </w:rPr>
            </w:pPr>
            <w:r w:rsidRPr="005B29C5">
              <w:rPr>
                <w:b/>
                <w:color w:val="0D5F78"/>
                <w:lang w:val="fr-FR"/>
              </w:rPr>
              <w:t>față de limita posterioară (m)</w:t>
            </w:r>
          </w:p>
          <w:p w:rsidR="00C46767" w:rsidRPr="005B29C5" w:rsidRDefault="00C46767" w:rsidP="00C46767">
            <w:pPr>
              <w:rPr>
                <w:lang w:val="fr-FR"/>
              </w:rPr>
            </w:pPr>
          </w:p>
        </w:tc>
      </w:tr>
      <w:tr w:rsidR="00C46767" w:rsidRPr="00F61A70" w:rsidTr="0007047E">
        <w:trPr>
          <w:cantSplit/>
          <w:trHeight w:val="226"/>
        </w:trPr>
        <w:tc>
          <w:tcPr>
            <w:tcW w:w="4818" w:type="dxa"/>
            <w:gridSpan w:val="3"/>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rsidTr="0007047E">
        <w:trPr>
          <w:cantSplit/>
          <w:trHeight w:val="272"/>
        </w:trPr>
        <w:tc>
          <w:tcPr>
            <w:tcW w:w="2409" w:type="dxa"/>
          </w:tcPr>
          <w:p w:rsidR="00C46767" w:rsidRPr="0007047E" w:rsidRDefault="00C46767" w:rsidP="00C46767">
            <w:pPr>
              <w:rPr>
                <w:b/>
                <w:color w:val="0D5F78"/>
                <w:lang w:val="fr-FR"/>
              </w:rPr>
            </w:pPr>
            <w:r>
              <w:rPr>
                <w:b/>
                <w:color w:val="0D5F78"/>
                <w:lang w:val="fr-FR"/>
              </w:rPr>
              <w:t>Existent</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Existent</w:t>
            </w:r>
          </w:p>
        </w:tc>
        <w:tc>
          <w:tcPr>
            <w:tcW w:w="2409" w:type="dxa"/>
          </w:tcPr>
          <w:p w:rsidR="00C46767" w:rsidRPr="005B29C5" w:rsidRDefault="00C46767" w:rsidP="00C46767">
            <w:pPr>
              <w:rPr>
                <w:b/>
                <w:color w:val="0D5F78"/>
                <w:lang w:val="fr-FR"/>
              </w:rPr>
            </w:pPr>
          </w:p>
        </w:tc>
      </w:tr>
      <w:tr w:rsidR="00C46767" w:rsidRPr="005B29C5" w:rsidTr="0007047E">
        <w:trPr>
          <w:cantSplit/>
          <w:trHeight w:val="272"/>
        </w:trPr>
        <w:tc>
          <w:tcPr>
            <w:tcW w:w="2409" w:type="dxa"/>
          </w:tcPr>
          <w:p w:rsidR="00C46767" w:rsidRDefault="00C46767" w:rsidP="00C46767">
            <w:pPr>
              <w:rPr>
                <w:b/>
                <w:color w:val="0D5F78"/>
                <w:lang w:val="fr-FR"/>
              </w:rPr>
            </w:pPr>
            <w:r>
              <w:rPr>
                <w:b/>
                <w:color w:val="0D5F78"/>
                <w:lang w:val="fr-FR"/>
              </w:rPr>
              <w:t>Propus</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Propus</w:t>
            </w:r>
          </w:p>
        </w:tc>
        <w:tc>
          <w:tcPr>
            <w:tcW w:w="2409" w:type="dxa"/>
          </w:tcPr>
          <w:p w:rsidR="00C46767" w:rsidRPr="005B29C5" w:rsidRDefault="00C46767" w:rsidP="00C46767">
            <w:pPr>
              <w:rPr>
                <w:b/>
                <w:color w:val="0D5F78"/>
                <w:lang w:val="fr-FR"/>
              </w:rPr>
            </w:pPr>
          </w:p>
        </w:tc>
      </w:tr>
    </w:tbl>
    <w:p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2409"/>
        <w:gridCol w:w="2409"/>
        <w:gridCol w:w="2409"/>
      </w:tblGrid>
      <w:tr w:rsidR="0007047E" w:rsidRPr="005B29C5" w:rsidTr="007D7B90">
        <w:trPr>
          <w:cantSplit/>
        </w:trPr>
        <w:tc>
          <w:tcPr>
            <w:tcW w:w="9636" w:type="dxa"/>
            <w:gridSpan w:val="4"/>
            <w:shd w:val="clear" w:color="auto" w:fill="F4F4F4"/>
          </w:tcPr>
          <w:p w:rsidR="0007047E" w:rsidRPr="005B29C5" w:rsidRDefault="0007047E" w:rsidP="007D7B90">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rsidTr="007D7B90">
        <w:trPr>
          <w:cantSplit/>
          <w:trHeight w:val="297"/>
        </w:trPr>
        <w:tc>
          <w:tcPr>
            <w:tcW w:w="2409" w:type="dxa"/>
          </w:tcPr>
          <w:p w:rsidR="0007047E" w:rsidRPr="0007047E" w:rsidRDefault="0007047E" w:rsidP="007D7B90">
            <w:pPr>
              <w:keepNext/>
              <w:rPr>
                <w:sz w:val="16"/>
                <w:szCs w:val="16"/>
              </w:rPr>
            </w:pPr>
            <w:r w:rsidRPr="0007047E">
              <w:rPr>
                <w:sz w:val="16"/>
                <w:szCs w:val="16"/>
              </w:rPr>
              <w:t>clădiri existente, din care:</w:t>
            </w:r>
          </w:p>
        </w:tc>
        <w:tc>
          <w:tcPr>
            <w:tcW w:w="2409" w:type="dxa"/>
          </w:tcPr>
          <w:p w:rsidR="0007047E" w:rsidRDefault="0007047E" w:rsidP="007D7B90">
            <w:pPr>
              <w:keepNext/>
            </w:pPr>
            <w:r>
              <w:rPr>
                <w:b/>
                <w:color w:val="0D5F78"/>
              </w:rPr>
              <w:t>Suprafață construită (m²)</w:t>
            </w:r>
          </w:p>
          <w:p w:rsidR="0007047E" w:rsidRDefault="0007047E" w:rsidP="007D7B90">
            <w:pPr>
              <w:keepNext/>
            </w:pPr>
          </w:p>
        </w:tc>
        <w:tc>
          <w:tcPr>
            <w:tcW w:w="2409" w:type="dxa"/>
          </w:tcPr>
          <w:p w:rsidR="0007047E" w:rsidRDefault="0007047E" w:rsidP="007D7B90">
            <w:pPr>
              <w:keepNext/>
            </w:pPr>
            <w:r>
              <w:rPr>
                <w:b/>
                <w:color w:val="0D5F78"/>
              </w:rPr>
              <w:t>Suprafață desfășurată (m²)</w:t>
            </w:r>
          </w:p>
          <w:p w:rsidR="0007047E" w:rsidRDefault="0007047E" w:rsidP="007D7B90">
            <w:pPr>
              <w:keepNext/>
            </w:pPr>
          </w:p>
        </w:tc>
        <w:tc>
          <w:tcPr>
            <w:tcW w:w="2409" w:type="dxa"/>
          </w:tcPr>
          <w:p w:rsidR="0007047E" w:rsidRDefault="0007047E" w:rsidP="007D7B90">
            <w:pPr>
              <w:keepNext/>
            </w:pPr>
            <w:r>
              <w:rPr>
                <w:b/>
                <w:color w:val="0D5F78"/>
              </w:rPr>
              <w:t>Suprafață utilă (m²)</w:t>
            </w:r>
          </w:p>
          <w:p w:rsidR="0007047E" w:rsidRDefault="0007047E" w:rsidP="007D7B90">
            <w:pPr>
              <w:keepNext/>
            </w:pPr>
          </w:p>
        </w:tc>
      </w:tr>
      <w:tr w:rsidR="0007047E" w:rsidTr="007D7B90">
        <w:trPr>
          <w:cantSplit/>
          <w:trHeight w:val="192"/>
        </w:trPr>
        <w:tc>
          <w:tcPr>
            <w:tcW w:w="2409" w:type="dxa"/>
          </w:tcPr>
          <w:p w:rsidR="0007047E" w:rsidRPr="0007047E" w:rsidRDefault="0007047E" w:rsidP="007D7B90">
            <w:pPr>
              <w:keepNext/>
              <w:rPr>
                <w:sz w:val="16"/>
                <w:szCs w:val="16"/>
              </w:rPr>
            </w:pPr>
            <w:r w:rsidRPr="0007047E">
              <w:rPr>
                <w:sz w:val="16"/>
                <w:szCs w:val="16"/>
              </w:rPr>
              <w:t>— desființate</w:t>
            </w:r>
          </w:p>
        </w:tc>
        <w:tc>
          <w:tcPr>
            <w:tcW w:w="2409" w:type="dxa"/>
          </w:tcPr>
          <w:p w:rsidR="0007047E" w:rsidRDefault="0007047E" w:rsidP="007D7B90">
            <w:pPr>
              <w:keepNext/>
            </w:pPr>
          </w:p>
        </w:tc>
        <w:tc>
          <w:tcPr>
            <w:tcW w:w="2409" w:type="dxa"/>
          </w:tcPr>
          <w:p w:rsidR="0007047E" w:rsidRDefault="0007047E" w:rsidP="007D7B90">
            <w:pPr>
              <w:keepNext/>
            </w:pPr>
          </w:p>
        </w:tc>
        <w:tc>
          <w:tcPr>
            <w:tcW w:w="2409" w:type="dxa"/>
          </w:tcPr>
          <w:p w:rsidR="0007047E" w:rsidRDefault="0007047E" w:rsidP="007D7B90">
            <w:pPr>
              <w:keepNext/>
            </w:pPr>
          </w:p>
        </w:tc>
      </w:tr>
      <w:tr w:rsidR="0007047E" w:rsidTr="007D7B90">
        <w:trPr>
          <w:cantSplit/>
          <w:trHeight w:val="137"/>
        </w:trPr>
        <w:tc>
          <w:tcPr>
            <w:tcW w:w="2409" w:type="dxa"/>
          </w:tcPr>
          <w:p w:rsidR="0007047E" w:rsidRPr="0007047E" w:rsidRDefault="0007047E" w:rsidP="007D7B90">
            <w:pPr>
              <w:keepNext/>
              <w:rPr>
                <w:sz w:val="16"/>
                <w:szCs w:val="16"/>
              </w:rPr>
            </w:pPr>
            <w:r w:rsidRPr="0007047E">
              <w:rPr>
                <w:sz w:val="16"/>
                <w:szCs w:val="16"/>
              </w:rPr>
              <w:t>— menținute</w:t>
            </w:r>
          </w:p>
        </w:tc>
        <w:tc>
          <w:tcPr>
            <w:tcW w:w="2409" w:type="dxa"/>
          </w:tcPr>
          <w:p w:rsidR="0007047E" w:rsidRDefault="0007047E" w:rsidP="007D7B90">
            <w:pPr>
              <w:keepNext/>
            </w:pPr>
          </w:p>
        </w:tc>
        <w:tc>
          <w:tcPr>
            <w:tcW w:w="2409" w:type="dxa"/>
          </w:tcPr>
          <w:p w:rsidR="0007047E" w:rsidRDefault="0007047E" w:rsidP="007D7B90">
            <w:pPr>
              <w:keepNext/>
            </w:pPr>
          </w:p>
        </w:tc>
        <w:tc>
          <w:tcPr>
            <w:tcW w:w="2409" w:type="dxa"/>
          </w:tcPr>
          <w:p w:rsidR="0007047E" w:rsidRDefault="0007047E" w:rsidP="007D7B90">
            <w:pPr>
              <w:keepNext/>
            </w:pPr>
          </w:p>
        </w:tc>
      </w:tr>
      <w:tr w:rsidR="0007047E" w:rsidTr="007D7B90">
        <w:trPr>
          <w:cantSplit/>
          <w:trHeight w:val="226"/>
        </w:trPr>
        <w:tc>
          <w:tcPr>
            <w:tcW w:w="2409" w:type="dxa"/>
          </w:tcPr>
          <w:p w:rsidR="0007047E" w:rsidRPr="0007047E" w:rsidRDefault="0007047E" w:rsidP="007D7B90">
            <w:pPr>
              <w:keepNext/>
              <w:rPr>
                <w:sz w:val="16"/>
                <w:szCs w:val="16"/>
              </w:rPr>
            </w:pPr>
            <w:r w:rsidRPr="0007047E">
              <w:rPr>
                <w:sz w:val="16"/>
                <w:szCs w:val="16"/>
              </w:rPr>
              <w:t>clădiri propuse</w:t>
            </w:r>
          </w:p>
        </w:tc>
        <w:tc>
          <w:tcPr>
            <w:tcW w:w="2409" w:type="dxa"/>
          </w:tcPr>
          <w:p w:rsidR="0007047E" w:rsidRDefault="0007047E" w:rsidP="007D7B90">
            <w:pPr>
              <w:keepNext/>
            </w:pPr>
          </w:p>
        </w:tc>
        <w:tc>
          <w:tcPr>
            <w:tcW w:w="2409" w:type="dxa"/>
          </w:tcPr>
          <w:p w:rsidR="0007047E" w:rsidRDefault="0007047E" w:rsidP="007D7B90">
            <w:pPr>
              <w:keepNext/>
            </w:pPr>
          </w:p>
        </w:tc>
        <w:tc>
          <w:tcPr>
            <w:tcW w:w="2409" w:type="dxa"/>
          </w:tcPr>
          <w:p w:rsidR="0007047E" w:rsidRDefault="0007047E" w:rsidP="007D7B90">
            <w:pPr>
              <w:keepNext/>
            </w:pPr>
          </w:p>
        </w:tc>
      </w:tr>
      <w:tr w:rsidR="0007047E" w:rsidTr="007D7B90">
        <w:trPr>
          <w:cantSplit/>
          <w:trHeight w:val="130"/>
        </w:trPr>
        <w:tc>
          <w:tcPr>
            <w:tcW w:w="2409" w:type="dxa"/>
          </w:tcPr>
          <w:p w:rsidR="0007047E" w:rsidRPr="0007047E" w:rsidRDefault="0007047E" w:rsidP="007D7B90">
            <w:pPr>
              <w:keepNext/>
              <w:rPr>
                <w:sz w:val="16"/>
                <w:szCs w:val="16"/>
              </w:rPr>
            </w:pPr>
            <w:r w:rsidRPr="0007047E">
              <w:rPr>
                <w:sz w:val="16"/>
                <w:szCs w:val="16"/>
              </w:rPr>
              <w:t>TOTAL (menținute + propuse)</w:t>
            </w:r>
          </w:p>
        </w:tc>
        <w:tc>
          <w:tcPr>
            <w:tcW w:w="2409" w:type="dxa"/>
          </w:tcPr>
          <w:p w:rsidR="0007047E" w:rsidRDefault="0007047E" w:rsidP="007D7B90">
            <w:pPr>
              <w:keepNext/>
            </w:pPr>
          </w:p>
        </w:tc>
        <w:tc>
          <w:tcPr>
            <w:tcW w:w="2409" w:type="dxa"/>
          </w:tcPr>
          <w:p w:rsidR="0007047E" w:rsidRDefault="0007047E" w:rsidP="007D7B90">
            <w:pPr>
              <w:keepNext/>
            </w:pPr>
          </w:p>
        </w:tc>
        <w:tc>
          <w:tcPr>
            <w:tcW w:w="2409" w:type="dxa"/>
          </w:tcPr>
          <w:p w:rsidR="0007047E" w:rsidRDefault="0007047E" w:rsidP="007D7B90">
            <w:pPr>
              <w:keepNext/>
            </w:pPr>
          </w:p>
        </w:tc>
      </w:tr>
    </w:tbl>
    <w:p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803"/>
        <w:gridCol w:w="803"/>
        <w:gridCol w:w="803"/>
        <w:gridCol w:w="803"/>
        <w:gridCol w:w="803"/>
        <w:gridCol w:w="803"/>
        <w:gridCol w:w="803"/>
        <w:gridCol w:w="1606"/>
      </w:tblGrid>
      <w:tr w:rsidR="003C7CA3" w:rsidRPr="00F61A70">
        <w:trPr>
          <w:cantSplit/>
        </w:trPr>
        <w:tc>
          <w:tcPr>
            <w:tcW w:w="9636" w:type="dxa"/>
            <w:gridSpan w:val="9"/>
            <w:shd w:val="clear" w:color="auto" w:fill="F4F4F4"/>
          </w:tcPr>
          <w:p w:rsidR="007E5D45" w:rsidRPr="0007047E" w:rsidRDefault="0007047E">
            <w:pPr>
              <w:keepNext/>
              <w:rPr>
                <w:sz w:val="19"/>
                <w:lang w:val="fr-FR"/>
              </w:rPr>
            </w:pPr>
            <w:r>
              <w:rPr>
                <w:b/>
                <w:sz w:val="16"/>
                <w:lang w:val="fr-FR"/>
              </w:rPr>
              <w:t>4</w:t>
            </w:r>
            <w:r w:rsidR="003454F7" w:rsidRPr="007E5D45">
              <w:rPr>
                <w:b/>
                <w:sz w:val="16"/>
                <w:lang w:val="fr-FR"/>
              </w:rPr>
              <w:t xml:space="preserve">. </w:t>
            </w:r>
            <w:r w:rsidR="003454F7"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trPr>
          <w:cantSplit/>
        </w:trPr>
        <w:tc>
          <w:tcPr>
            <w:tcW w:w="9636" w:type="dxa"/>
            <w:gridSpan w:val="9"/>
            <w:shd w:val="clear" w:color="auto" w:fill="F4F4F4"/>
          </w:tcPr>
          <w:p w:rsidR="003C7CA3" w:rsidRDefault="003454F7">
            <w:pPr>
              <w:keepNext/>
            </w:pPr>
            <w:r>
              <w:rPr>
                <w:sz w:val="16"/>
              </w:rPr>
              <w:t>Identificarea clădirii în registru</w:t>
            </w:r>
          </w:p>
        </w:tc>
      </w:tr>
      <w:tr w:rsidR="003C7CA3">
        <w:trPr>
          <w:cantSplit/>
          <w:trHeight w:val="510"/>
        </w:trPr>
        <w:tc>
          <w:tcPr>
            <w:tcW w:w="2409" w:type="dxa"/>
          </w:tcPr>
          <w:p w:rsidR="003C7CA3" w:rsidRDefault="003454F7">
            <w:pPr>
              <w:keepNext/>
            </w:pPr>
            <w:r>
              <w:rPr>
                <w:b/>
                <w:color w:val="0D5F78"/>
              </w:rPr>
              <w:t>NIS</w:t>
            </w:r>
          </w:p>
          <w:p w:rsidR="003C7CA3" w:rsidRDefault="003454F7">
            <w:pPr>
              <w:keepNext/>
            </w:pPr>
            <w:r>
              <w:rPr>
                <w:i/>
                <w:color w:val="7A7A7A"/>
              </w:rPr>
              <w:t>numărul din Registrul Național al Clădirilor, dacă e deja înregistrată</w:t>
            </w:r>
          </w:p>
          <w:p w:rsidR="003C7CA3" w:rsidRDefault="003C7CA3">
            <w:pPr>
              <w:keepNext/>
            </w:pPr>
          </w:p>
        </w:tc>
        <w:tc>
          <w:tcPr>
            <w:tcW w:w="2409" w:type="dxa"/>
            <w:gridSpan w:val="3"/>
          </w:tcPr>
          <w:p w:rsidR="003C7CA3" w:rsidRPr="005B29C5" w:rsidRDefault="003454F7">
            <w:pPr>
              <w:keepNext/>
              <w:rPr>
                <w:lang w:val="fr-FR"/>
              </w:rPr>
            </w:pPr>
            <w:r w:rsidRPr="005B29C5">
              <w:rPr>
                <w:b/>
                <w:color w:val="0D5F78"/>
                <w:lang w:val="fr-FR"/>
              </w:rPr>
              <w:t>Nr. cadastral al clădirii</w:t>
            </w:r>
          </w:p>
          <w:p w:rsidR="003C7CA3" w:rsidRPr="005B29C5" w:rsidRDefault="003454F7">
            <w:pPr>
              <w:keepNext/>
              <w:rPr>
                <w:lang w:val="fr-FR"/>
              </w:rPr>
            </w:pPr>
            <w:r w:rsidRPr="005B29C5">
              <w:rPr>
                <w:i/>
                <w:color w:val="7A7A7A"/>
                <w:lang w:val="fr-FR"/>
              </w:rPr>
              <w:t>forma 123456-C1</w:t>
            </w:r>
          </w:p>
          <w:p w:rsidR="003C7CA3" w:rsidRPr="005B29C5" w:rsidRDefault="003C7CA3">
            <w:pPr>
              <w:keepNext/>
              <w:rPr>
                <w:lang w:val="fr-FR"/>
              </w:rPr>
            </w:pPr>
          </w:p>
        </w:tc>
        <w:tc>
          <w:tcPr>
            <w:tcW w:w="2409" w:type="dxa"/>
            <w:gridSpan w:val="3"/>
          </w:tcPr>
          <w:p w:rsidR="003C7CA3" w:rsidRDefault="003454F7">
            <w:pPr>
              <w:keepNext/>
            </w:pPr>
            <w:r>
              <w:rPr>
                <w:b/>
                <w:color w:val="0D5F78"/>
              </w:rPr>
              <w:t>Identificator e-Terra (IE)</w:t>
            </w:r>
          </w:p>
          <w:p w:rsidR="003C7CA3" w:rsidRDefault="003C7CA3">
            <w:pPr>
              <w:keepNext/>
            </w:pPr>
          </w:p>
        </w:tc>
        <w:tc>
          <w:tcPr>
            <w:tcW w:w="2409" w:type="dxa"/>
            <w:gridSpan w:val="2"/>
          </w:tcPr>
          <w:p w:rsidR="003C7CA3" w:rsidRDefault="003454F7">
            <w:pPr>
              <w:keepNext/>
            </w:pPr>
            <w:r>
              <w:rPr>
                <w:b/>
                <w:color w:val="0D5F78"/>
              </w:rPr>
              <w:t>Nr. carte funciară</w:t>
            </w:r>
          </w:p>
          <w:p w:rsidR="003C7CA3" w:rsidRDefault="003C7CA3">
            <w:pPr>
              <w:keepNext/>
            </w:pPr>
          </w:p>
        </w:tc>
      </w:tr>
      <w:tr w:rsidR="003C7CA3" w:rsidRPr="00F61A70">
        <w:trPr>
          <w:cantSplit/>
          <w:trHeight w:val="510"/>
        </w:trPr>
        <w:tc>
          <w:tcPr>
            <w:tcW w:w="5621" w:type="dxa"/>
            <w:gridSpan w:val="5"/>
          </w:tcPr>
          <w:p w:rsidR="003C7CA3" w:rsidRPr="005B29C5" w:rsidRDefault="003454F7">
            <w:pPr>
              <w:keepNext/>
              <w:rPr>
                <w:lang w:val="fr-FR"/>
              </w:rPr>
            </w:pPr>
            <w:r w:rsidRPr="005B29C5">
              <w:rPr>
                <w:b/>
                <w:color w:val="0D5F78"/>
                <w:lang w:val="fr-FR"/>
              </w:rPr>
              <w:t>Tipul obiectului</w:t>
            </w:r>
          </w:p>
          <w:p w:rsidR="003C7CA3" w:rsidRPr="005B29C5" w:rsidRDefault="003454F7">
            <w:pPr>
              <w:keepNext/>
              <w:rPr>
                <w:lang w:val="fr-FR"/>
              </w:rPr>
            </w:pPr>
            <w:r w:rsidRPr="005B29C5">
              <w:rPr>
                <w:sz w:val="16"/>
                <w:lang w:val="fr-FR"/>
              </w:rPr>
              <w:t>☐ clădire     ☐ corp de clădire     ☐ unități locative</w:t>
            </w:r>
          </w:p>
        </w:tc>
        <w:tc>
          <w:tcPr>
            <w:tcW w:w="4015" w:type="dxa"/>
            <w:gridSpan w:val="4"/>
          </w:tcPr>
          <w:p w:rsidR="003C7CA3" w:rsidRPr="005B29C5" w:rsidRDefault="003454F7">
            <w:pPr>
              <w:keepNext/>
              <w:rPr>
                <w:lang w:val="fr-FR"/>
              </w:rPr>
            </w:pPr>
            <w:r w:rsidRPr="005B29C5">
              <w:rPr>
                <w:b/>
                <w:color w:val="0D5F78"/>
                <w:lang w:val="fr-FR"/>
              </w:rPr>
              <w:t>Clădirea este</w:t>
            </w:r>
          </w:p>
          <w:p w:rsidR="003C7CA3" w:rsidRPr="005B29C5" w:rsidRDefault="003454F7">
            <w:pPr>
              <w:keepNext/>
              <w:rPr>
                <w:lang w:val="fr-FR"/>
              </w:rPr>
            </w:pPr>
            <w:r w:rsidRPr="005B29C5">
              <w:rPr>
                <w:sz w:val="16"/>
                <w:lang w:val="fr-FR"/>
              </w:rPr>
              <w:t>☐ existentă     ☐ propusă prin proiect</w:t>
            </w:r>
          </w:p>
        </w:tc>
      </w:tr>
      <w:tr w:rsidR="003C7CA3">
        <w:trPr>
          <w:cantSplit/>
          <w:trHeight w:val="510"/>
        </w:trPr>
        <w:tc>
          <w:tcPr>
            <w:tcW w:w="3212" w:type="dxa"/>
            <w:gridSpan w:val="2"/>
          </w:tcPr>
          <w:p w:rsidR="003C7CA3" w:rsidRDefault="003454F7">
            <w:pPr>
              <w:keepNext/>
            </w:pPr>
            <w:r>
              <w:rPr>
                <w:b/>
                <w:color w:val="0D5F78"/>
              </w:rPr>
              <w:t>Denumirea clădirii</w:t>
            </w:r>
          </w:p>
          <w:p w:rsidR="003C7CA3" w:rsidRDefault="003C7CA3">
            <w:pPr>
              <w:keepNext/>
            </w:pPr>
          </w:p>
        </w:tc>
        <w:tc>
          <w:tcPr>
            <w:tcW w:w="6424" w:type="dxa"/>
            <w:gridSpan w:val="7"/>
          </w:tcPr>
          <w:p w:rsidR="003C7CA3" w:rsidRDefault="003454F7">
            <w:pPr>
              <w:keepNext/>
            </w:pPr>
            <w:r>
              <w:rPr>
                <w:b/>
                <w:color w:val="0D5F78"/>
              </w:rPr>
              <w:t>Descriere</w:t>
            </w:r>
          </w:p>
          <w:p w:rsidR="003C7CA3" w:rsidRDefault="003C7CA3">
            <w:pPr>
              <w:keepNext/>
            </w:pPr>
          </w:p>
        </w:tc>
      </w:tr>
      <w:tr w:rsidR="003C7CA3" w:rsidRPr="00F61A70">
        <w:trPr>
          <w:cantSplit/>
        </w:trPr>
        <w:tc>
          <w:tcPr>
            <w:tcW w:w="9636" w:type="dxa"/>
            <w:gridSpan w:val="9"/>
            <w:shd w:val="clear" w:color="auto" w:fill="F4F4F4"/>
          </w:tcPr>
          <w:p w:rsidR="00F61A70" w:rsidRDefault="00F61A70">
            <w:pPr>
              <w:keepNext/>
              <w:rPr>
                <w:sz w:val="16"/>
                <w:lang w:val="fr-FR"/>
              </w:rPr>
            </w:pPr>
            <w:r>
              <w:rPr>
                <w:sz w:val="16"/>
                <w:lang w:val="fr-FR"/>
              </w:rPr>
              <w:t>CARACTERISTICI ALE CLĂDIRII</w:t>
            </w:r>
          </w:p>
          <w:p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trPr>
          <w:cantSplit/>
          <w:trHeight w:val="510"/>
        </w:trPr>
        <w:tc>
          <w:tcPr>
            <w:tcW w:w="4015" w:type="dxa"/>
            <w:gridSpan w:val="3"/>
          </w:tcPr>
          <w:p w:rsidR="00F61A70" w:rsidRPr="00F61A70" w:rsidRDefault="003454F7" w:rsidP="00F61A70">
            <w:pPr>
              <w:keepNext/>
              <w:rPr>
                <w:lang w:val="fr-FR"/>
              </w:rPr>
            </w:pPr>
            <w:r w:rsidRPr="007E5D45">
              <w:rPr>
                <w:b/>
                <w:color w:val="0D5F78"/>
                <w:lang w:val="fr-FR"/>
              </w:rPr>
              <w:t>Destinația / funcțiunea principală</w:t>
            </w:r>
            <w:r w:rsidR="00F61A70" w:rsidRPr="00F61A70">
              <w:rPr>
                <w:bCs/>
                <w:i/>
                <w:iCs/>
                <w:color w:val="808080" w:themeColor="background1" w:themeShade="80"/>
                <w:lang w:val="fr-FR"/>
              </w:rPr>
              <w:t>(existent/propus)</w:t>
            </w:r>
          </w:p>
          <w:p w:rsidR="003C7CA3" w:rsidRPr="007E5D45" w:rsidRDefault="003C7CA3">
            <w:pPr>
              <w:keepNext/>
              <w:rPr>
                <w:lang w:val="fr-FR"/>
              </w:rPr>
            </w:pPr>
          </w:p>
          <w:p w:rsidR="003C7CA3" w:rsidRPr="007E5D45" w:rsidRDefault="003C7CA3">
            <w:pPr>
              <w:keepNext/>
              <w:rPr>
                <w:lang w:val="fr-FR"/>
              </w:rPr>
            </w:pPr>
          </w:p>
        </w:tc>
        <w:tc>
          <w:tcPr>
            <w:tcW w:w="2409" w:type="dxa"/>
            <w:gridSpan w:val="3"/>
          </w:tcPr>
          <w:p w:rsidR="003C7CA3" w:rsidRDefault="003454F7">
            <w:pPr>
              <w:keepNext/>
            </w:pPr>
            <w:r>
              <w:rPr>
                <w:b/>
                <w:color w:val="0D5F78"/>
              </w:rPr>
              <w:t>Funcțiuni secundare</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rsidR="003C7CA3" w:rsidRDefault="003C7CA3">
            <w:pPr>
              <w:keepNext/>
            </w:pPr>
          </w:p>
        </w:tc>
        <w:tc>
          <w:tcPr>
            <w:tcW w:w="1606" w:type="dxa"/>
            <w:gridSpan w:val="2"/>
          </w:tcPr>
          <w:p w:rsidR="003C7CA3" w:rsidRDefault="003454F7">
            <w:pPr>
              <w:keepNext/>
            </w:pPr>
            <w:r>
              <w:rPr>
                <w:b/>
                <w:color w:val="0D5F78"/>
              </w:rPr>
              <w:t>Regim juridic</w:t>
            </w:r>
          </w:p>
          <w:p w:rsidR="003C7CA3" w:rsidRDefault="003C7CA3">
            <w:pPr>
              <w:keepNext/>
            </w:pPr>
          </w:p>
        </w:tc>
        <w:tc>
          <w:tcPr>
            <w:tcW w:w="1606" w:type="dxa"/>
          </w:tcPr>
          <w:p w:rsidR="003C7CA3" w:rsidRDefault="003454F7">
            <w:pPr>
              <w:keepNext/>
            </w:pPr>
            <w:r>
              <w:rPr>
                <w:b/>
                <w:color w:val="0D5F78"/>
              </w:rPr>
              <w:t>Zonă fiscală</w:t>
            </w:r>
          </w:p>
          <w:p w:rsidR="003C7CA3" w:rsidRDefault="003C7CA3">
            <w:pPr>
              <w:keepNext/>
            </w:pPr>
          </w:p>
        </w:tc>
      </w:tr>
      <w:tr w:rsidR="003C7CA3" w:rsidRPr="00F61A70">
        <w:trPr>
          <w:cantSplit/>
          <w:trHeight w:val="510"/>
        </w:trPr>
        <w:tc>
          <w:tcPr>
            <w:tcW w:w="3212" w:type="dxa"/>
            <w:gridSpan w:val="2"/>
          </w:tcPr>
          <w:p w:rsidR="003C7CA3" w:rsidRPr="00F61A70" w:rsidRDefault="003454F7">
            <w:pPr>
              <w:keepNext/>
              <w:rPr>
                <w:lang w:val="fr-FR"/>
              </w:rPr>
            </w:pPr>
            <w:r w:rsidRPr="00F61A70">
              <w:rPr>
                <w:b/>
                <w:color w:val="0D5F78"/>
                <w:lang w:val="fr-FR"/>
              </w:rPr>
              <w:t>Anul construirii</w:t>
            </w:r>
          </w:p>
          <w:p w:rsidR="003C7CA3" w:rsidRPr="00F61A70" w:rsidRDefault="003454F7">
            <w:pPr>
              <w:keepNext/>
              <w:rPr>
                <w:lang w:val="fr-FR"/>
              </w:rPr>
            </w:pPr>
            <w:r w:rsidRPr="00F61A70">
              <w:rPr>
                <w:i/>
                <w:color w:val="7A7A7A"/>
                <w:lang w:val="fr-FR"/>
              </w:rPr>
              <w:t>la clădirile existente</w:t>
            </w:r>
          </w:p>
          <w:p w:rsidR="003C7CA3" w:rsidRPr="00F61A70" w:rsidRDefault="003C7CA3">
            <w:pPr>
              <w:keepNext/>
              <w:rPr>
                <w:lang w:val="fr-FR"/>
              </w:rPr>
            </w:pPr>
          </w:p>
        </w:tc>
        <w:tc>
          <w:tcPr>
            <w:tcW w:w="3212" w:type="dxa"/>
            <w:gridSpan w:val="4"/>
          </w:tcPr>
          <w:p w:rsidR="003C7CA3" w:rsidRPr="005B29C5" w:rsidRDefault="003454F7">
            <w:pPr>
              <w:keepNext/>
              <w:rPr>
                <w:lang w:val="fr-FR"/>
              </w:rPr>
            </w:pPr>
            <w:r w:rsidRPr="005B29C5">
              <w:rPr>
                <w:b/>
                <w:color w:val="0D5F78"/>
                <w:lang w:val="fr-FR"/>
              </w:rPr>
              <w:t>Anul ultimei renovări</w:t>
            </w:r>
          </w:p>
          <w:p w:rsidR="003C7CA3" w:rsidRPr="005B29C5" w:rsidRDefault="003454F7">
            <w:pPr>
              <w:keepNext/>
              <w:rPr>
                <w:lang w:val="fr-FR"/>
              </w:rPr>
            </w:pPr>
            <w:r w:rsidRPr="005B29C5">
              <w:rPr>
                <w:i/>
                <w:color w:val="7A7A7A"/>
                <w:lang w:val="fr-FR"/>
              </w:rPr>
              <w:t>dacă e cazul</w:t>
            </w:r>
          </w:p>
          <w:p w:rsidR="003C7CA3" w:rsidRPr="005B29C5" w:rsidRDefault="003C7CA3">
            <w:pPr>
              <w:keepNext/>
              <w:rPr>
                <w:lang w:val="fr-FR"/>
              </w:rPr>
            </w:pPr>
          </w:p>
        </w:tc>
        <w:tc>
          <w:tcPr>
            <w:tcW w:w="3212" w:type="dxa"/>
            <w:gridSpan w:val="3"/>
          </w:tcPr>
          <w:p w:rsidR="003C7CA3" w:rsidRPr="005B29C5" w:rsidRDefault="003454F7">
            <w:pPr>
              <w:keepNext/>
              <w:rPr>
                <w:lang w:val="fr-FR"/>
              </w:rPr>
            </w:pPr>
            <w:r w:rsidRPr="005B29C5">
              <w:rPr>
                <w:b/>
                <w:color w:val="0D5F78"/>
                <w:lang w:val="fr-FR"/>
              </w:rPr>
              <w:t>Durata de viață estimată (ani)</w:t>
            </w:r>
          </w:p>
          <w:p w:rsidR="003C7CA3" w:rsidRPr="005B29C5" w:rsidRDefault="003C7CA3">
            <w:pPr>
              <w:keepNext/>
              <w:rPr>
                <w:lang w:val="fr-FR"/>
              </w:rPr>
            </w:pPr>
          </w:p>
        </w:tc>
      </w:tr>
      <w:tr w:rsidR="003C7CA3" w:rsidRPr="00F61A70">
        <w:trPr>
          <w:cantSplit/>
          <w:trHeight w:val="510"/>
        </w:trPr>
        <w:tc>
          <w:tcPr>
            <w:tcW w:w="2409" w:type="dxa"/>
          </w:tcPr>
          <w:p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rsidR="003C7CA3" w:rsidRPr="005B29C5" w:rsidRDefault="003454F7">
            <w:pPr>
              <w:keepNext/>
              <w:rPr>
                <w:lang w:val="fr-FR"/>
              </w:rPr>
            </w:pPr>
            <w:r w:rsidRPr="005B29C5">
              <w:rPr>
                <w:i/>
                <w:color w:val="7A7A7A"/>
                <w:lang w:val="fr-FR"/>
              </w:rPr>
              <w:t>ex. S+P+2E+M</w:t>
            </w:r>
          </w:p>
          <w:p w:rsidR="003C7CA3" w:rsidRPr="005B29C5"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2"/>
          </w:tcPr>
          <w:p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rsidR="003C7CA3" w:rsidRDefault="003C7CA3" w:rsidP="0007047E">
            <w:pPr>
              <w:keepNext/>
              <w:rPr>
                <w:lang w:val="fr-FR"/>
              </w:rPr>
            </w:pPr>
          </w:p>
          <w:p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p>
          <w:p w:rsidR="0007047E" w:rsidRPr="0007047E" w:rsidRDefault="0007047E" w:rsidP="0007047E">
            <w:pPr>
              <w:keepNext/>
              <w:rPr>
                <w:lang w:val="fr-FR"/>
              </w:rPr>
            </w:pPr>
          </w:p>
        </w:tc>
      </w:tr>
      <w:tr w:rsidR="003C7CA3">
        <w:trPr>
          <w:cantSplit/>
        </w:trPr>
        <w:tc>
          <w:tcPr>
            <w:tcW w:w="9636" w:type="dxa"/>
            <w:gridSpan w:val="9"/>
            <w:shd w:val="clear" w:color="auto" w:fill="F4F4F4"/>
          </w:tcPr>
          <w:p w:rsidR="003C7CA3" w:rsidRDefault="003454F7">
            <w:pPr>
              <w:keepNext/>
            </w:pPr>
            <w:r>
              <w:rPr>
                <w:sz w:val="16"/>
              </w:rPr>
              <w:t>Suprafețe și volum</w:t>
            </w:r>
          </w:p>
        </w:tc>
      </w:tr>
      <w:tr w:rsidR="003C7CA3">
        <w:trPr>
          <w:cantSplit/>
          <w:trHeight w:val="510"/>
        </w:trPr>
        <w:tc>
          <w:tcPr>
            <w:tcW w:w="2409" w:type="dxa"/>
          </w:tcPr>
          <w:p w:rsidR="003C7CA3" w:rsidRPr="00F61A70" w:rsidRDefault="003454F7">
            <w:pPr>
              <w:keepNext/>
              <w:rPr>
                <w:lang w:val="fr-FR"/>
              </w:rPr>
            </w:pPr>
            <w:r w:rsidRPr="00F61A70">
              <w:rPr>
                <w:b/>
                <w:color w:val="0D5F78"/>
                <w:lang w:val="fr-FR"/>
              </w:rPr>
              <w:t>Suprafața construită (m²)</w:t>
            </w:r>
            <w:r w:rsidR="00F61A70" w:rsidRPr="00F61A70">
              <w:rPr>
                <w:bCs/>
                <w:i/>
                <w:iCs/>
                <w:color w:val="808080" w:themeColor="background1" w:themeShade="80"/>
                <w:lang w:val="fr-FR"/>
              </w:rPr>
              <w:t>(existent/propus)</w:t>
            </w:r>
          </w:p>
          <w:p w:rsidR="003C7CA3" w:rsidRPr="00F61A70" w:rsidRDefault="003C7CA3">
            <w:pPr>
              <w:keepNext/>
              <w:rPr>
                <w:lang w:val="fr-FR"/>
              </w:rPr>
            </w:pPr>
          </w:p>
        </w:tc>
        <w:tc>
          <w:tcPr>
            <w:tcW w:w="2409" w:type="dxa"/>
            <w:gridSpan w:val="3"/>
          </w:tcPr>
          <w:p w:rsidR="003C7CA3" w:rsidRDefault="003454F7">
            <w:pPr>
              <w:keepNext/>
              <w:rPr>
                <w:b/>
                <w:color w:val="0D5F78"/>
              </w:rPr>
            </w:pPr>
            <w:r>
              <w:rPr>
                <w:b/>
                <w:color w:val="0D5F78"/>
              </w:rPr>
              <w:t>Suprafața desfășurată (m²)</w:t>
            </w:r>
          </w:p>
          <w:p w:rsidR="00F61A70" w:rsidRDefault="00F61A70">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lang w:val="fr-FR"/>
              </w:rPr>
            </w:pPr>
            <w:r w:rsidRPr="009E435D">
              <w:rPr>
                <w:b/>
                <w:color w:val="0D5F78"/>
                <w:lang w:val="fr-FR"/>
              </w:rPr>
              <w:t>Suprafața utilă (m²)</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c>
          <w:tcPr>
            <w:tcW w:w="2409" w:type="dxa"/>
            <w:gridSpan w:val="2"/>
          </w:tcPr>
          <w:p w:rsidR="003C7CA3" w:rsidRDefault="003454F7">
            <w:pPr>
              <w:keepNext/>
              <w:rPr>
                <w:b/>
                <w:color w:val="0D5F78"/>
              </w:rPr>
            </w:pPr>
            <w:r>
              <w:rPr>
                <w:b/>
                <w:color w:val="0D5F78"/>
              </w:rPr>
              <w:t>Volum construit (m³)</w:t>
            </w:r>
          </w:p>
          <w:p w:rsidR="009E435D" w:rsidRDefault="009E435D">
            <w:pPr>
              <w:keepNext/>
            </w:pPr>
            <w:r w:rsidRPr="00F61A70">
              <w:rPr>
                <w:bCs/>
                <w:i/>
                <w:iCs/>
                <w:color w:val="808080" w:themeColor="background1" w:themeShade="80"/>
                <w:lang w:val="fr-FR"/>
              </w:rPr>
              <w:t>(existent/propus)</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Rezistență mecanică și stabilitate</w:t>
            </w:r>
          </w:p>
        </w:tc>
      </w:tr>
      <w:tr w:rsidR="003C7CA3">
        <w:trPr>
          <w:cantSplit/>
          <w:trHeight w:val="510"/>
        </w:trPr>
        <w:tc>
          <w:tcPr>
            <w:tcW w:w="3212" w:type="dxa"/>
            <w:gridSpan w:val="2"/>
          </w:tcPr>
          <w:p w:rsidR="003C7CA3" w:rsidRDefault="003454F7">
            <w:pPr>
              <w:keepNext/>
            </w:pPr>
            <w:r>
              <w:rPr>
                <w:b/>
                <w:color w:val="0D5F78"/>
              </w:rPr>
              <w:t>Sistem structural</w:t>
            </w:r>
            <w:r w:rsidR="009E435D" w:rsidRPr="00F61A70">
              <w:rPr>
                <w:bCs/>
                <w:i/>
                <w:iCs/>
                <w:color w:val="808080" w:themeColor="background1" w:themeShade="80"/>
                <w:lang w:val="fr-FR"/>
              </w:rPr>
              <w:t>(existent/propus)</w:t>
            </w:r>
          </w:p>
          <w:p w:rsidR="003C7CA3" w:rsidRDefault="003C7CA3">
            <w:pPr>
              <w:keepNext/>
            </w:pPr>
          </w:p>
        </w:tc>
        <w:tc>
          <w:tcPr>
            <w:tcW w:w="3212" w:type="dxa"/>
            <w:gridSpan w:val="4"/>
          </w:tcPr>
          <w:p w:rsidR="003C7CA3" w:rsidRDefault="003454F7">
            <w:pPr>
              <w:keepNext/>
            </w:pPr>
            <w:r>
              <w:rPr>
                <w:b/>
                <w:color w:val="0D5F78"/>
              </w:rPr>
              <w:t>Material structural</w:t>
            </w:r>
            <w:r w:rsidR="009E435D" w:rsidRPr="00F61A70">
              <w:rPr>
                <w:bCs/>
                <w:i/>
                <w:iCs/>
                <w:color w:val="808080" w:themeColor="background1" w:themeShade="80"/>
                <w:lang w:val="fr-FR"/>
              </w:rPr>
              <w:t>(existent/propus)</w:t>
            </w:r>
          </w:p>
          <w:p w:rsidR="003C7CA3" w:rsidRDefault="003C7CA3">
            <w:pPr>
              <w:keepNext/>
            </w:pPr>
          </w:p>
        </w:tc>
        <w:tc>
          <w:tcPr>
            <w:tcW w:w="3212" w:type="dxa"/>
            <w:gridSpan w:val="3"/>
          </w:tcPr>
          <w:p w:rsidR="003C7CA3" w:rsidRPr="009E435D" w:rsidRDefault="003454F7">
            <w:pPr>
              <w:keepNext/>
              <w:rPr>
                <w:lang w:val="fr-FR"/>
              </w:rPr>
            </w:pPr>
            <w:r w:rsidRPr="009E435D">
              <w:rPr>
                <w:b/>
                <w:color w:val="0D5F78"/>
                <w:lang w:val="fr-FR"/>
              </w:rPr>
              <w:t>Clasa de risc seismic</w:t>
            </w:r>
            <w:r w:rsidR="009E435D" w:rsidRPr="00F61A70">
              <w:rPr>
                <w:bCs/>
                <w:i/>
                <w:iCs/>
                <w:color w:val="808080" w:themeColor="background1" w:themeShade="80"/>
                <w:lang w:val="fr-FR"/>
              </w:rPr>
              <w:t>(existent/propus)</w:t>
            </w:r>
          </w:p>
          <w:p w:rsidR="003C7CA3" w:rsidRDefault="003454F7">
            <w:pPr>
              <w:keepNext/>
            </w:pPr>
            <w:r>
              <w:rPr>
                <w:i/>
                <w:color w:val="7A7A7A"/>
              </w:rPr>
              <w:t>Rs I … Rs IV</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Anvelopă</w:t>
            </w:r>
          </w:p>
        </w:tc>
      </w:tr>
      <w:tr w:rsidR="003C7CA3" w:rsidRPr="009E435D">
        <w:trPr>
          <w:cantSplit/>
          <w:trHeight w:val="510"/>
        </w:trPr>
        <w:tc>
          <w:tcPr>
            <w:tcW w:w="2409" w:type="dxa"/>
          </w:tcPr>
          <w:p w:rsidR="003C7CA3" w:rsidRDefault="003454F7">
            <w:pPr>
              <w:keepNext/>
            </w:pPr>
            <w:r>
              <w:rPr>
                <w:b/>
                <w:color w:val="0D5F78"/>
              </w:rPr>
              <w:t>Acoperiș / învelitoare</w:t>
            </w:r>
            <w:r w:rsidR="009E435D" w:rsidRPr="00F61A70">
              <w:rPr>
                <w:bCs/>
                <w:i/>
                <w:iCs/>
                <w:color w:val="808080" w:themeColor="background1" w:themeShade="80"/>
                <w:lang w:val="fr-FR"/>
              </w:rPr>
              <w:t>(existent/propus)</w:t>
            </w:r>
          </w:p>
          <w:p w:rsidR="003C7CA3" w:rsidRDefault="003454F7">
            <w:pPr>
              <w:keepNext/>
            </w:pPr>
            <w:r>
              <w:rPr>
                <w:i/>
                <w:color w:val="7A7A7A"/>
              </w:rPr>
              <w:t>șarpantă sau terasă</w:t>
            </w:r>
          </w:p>
          <w:p w:rsidR="003C7CA3" w:rsidRDefault="003C7CA3">
            <w:pPr>
              <w:keepNext/>
            </w:pPr>
          </w:p>
        </w:tc>
        <w:tc>
          <w:tcPr>
            <w:tcW w:w="2409" w:type="dxa"/>
            <w:gridSpan w:val="3"/>
          </w:tcPr>
          <w:p w:rsidR="003C7CA3" w:rsidRDefault="003454F7">
            <w:pPr>
              <w:keepNext/>
              <w:rPr>
                <w:b/>
                <w:color w:val="0D5F78"/>
              </w:rPr>
            </w:pPr>
            <w:r>
              <w:rPr>
                <w:b/>
                <w:color w:val="0D5F78"/>
              </w:rPr>
              <w:t>Învelitoare (material / culoare)</w:t>
            </w:r>
          </w:p>
          <w:p w:rsidR="009E435D" w:rsidRDefault="009E435D">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rPr>
            </w:pPr>
            <w:r>
              <w:rPr>
                <w:b/>
                <w:color w:val="0D5F78"/>
              </w:rPr>
              <w:t>Finisaj / tâmplărie exterioară</w:t>
            </w:r>
          </w:p>
          <w:p w:rsidR="003C7CA3" w:rsidRDefault="009E435D">
            <w:pPr>
              <w:keepNext/>
            </w:pPr>
            <w:r w:rsidRPr="00F61A70">
              <w:rPr>
                <w:bCs/>
                <w:i/>
                <w:iCs/>
                <w:color w:val="808080" w:themeColor="background1" w:themeShade="80"/>
                <w:lang w:val="fr-FR"/>
              </w:rPr>
              <w:t>(existent/propus)</w:t>
            </w:r>
          </w:p>
          <w:p w:rsidR="003C7CA3" w:rsidRDefault="003454F7">
            <w:pPr>
              <w:keepNext/>
            </w:pPr>
            <w:r>
              <w:rPr>
                <w:i/>
                <w:color w:val="7A7A7A"/>
              </w:rPr>
              <w:t>material, culoare</w:t>
            </w:r>
          </w:p>
          <w:p w:rsidR="003C7CA3" w:rsidRDefault="003C7CA3">
            <w:pPr>
              <w:keepNext/>
            </w:pPr>
          </w:p>
        </w:tc>
        <w:tc>
          <w:tcPr>
            <w:tcW w:w="2409" w:type="dxa"/>
            <w:gridSpan w:val="2"/>
          </w:tcPr>
          <w:p w:rsidR="009E435D" w:rsidRDefault="003454F7">
            <w:pPr>
              <w:keepNext/>
              <w:rPr>
                <w:b/>
                <w:color w:val="0D5F78"/>
                <w:lang w:val="fr-FR"/>
              </w:rPr>
            </w:pPr>
            <w:r w:rsidRPr="009E435D">
              <w:rPr>
                <w:b/>
                <w:color w:val="0D5F78"/>
                <w:lang w:val="fr-FR"/>
              </w:rPr>
              <w:t>Sistem de încălzire</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r>
      <w:tr w:rsidR="003C7CA3">
        <w:trPr>
          <w:cantSplit/>
        </w:trPr>
        <w:tc>
          <w:tcPr>
            <w:tcW w:w="9636" w:type="dxa"/>
            <w:gridSpan w:val="9"/>
            <w:shd w:val="clear" w:color="auto" w:fill="F4F4F4"/>
          </w:tcPr>
          <w:p w:rsidR="003C7CA3" w:rsidRDefault="003454F7">
            <w:pPr>
              <w:keepNext/>
            </w:pPr>
            <w:r>
              <w:rPr>
                <w:sz w:val="16"/>
              </w:rPr>
              <w:t>Siguranță la incendiu</w:t>
            </w:r>
          </w:p>
        </w:tc>
      </w:tr>
      <w:tr w:rsidR="003C7CA3" w:rsidRPr="009E435D">
        <w:trPr>
          <w:cantSplit/>
          <w:trHeight w:val="510"/>
        </w:trPr>
        <w:tc>
          <w:tcPr>
            <w:tcW w:w="5621" w:type="dxa"/>
            <w:gridSpan w:val="5"/>
          </w:tcPr>
          <w:p w:rsidR="003C7CA3" w:rsidRPr="009E435D" w:rsidRDefault="003454F7">
            <w:pPr>
              <w:keepNext/>
              <w:rPr>
                <w:lang w:val="fr-FR"/>
              </w:rPr>
            </w:pPr>
            <w:r w:rsidRPr="009E435D">
              <w:rPr>
                <w:b/>
                <w:color w:val="0D5F78"/>
                <w:lang w:val="fr-FR"/>
              </w:rPr>
              <w:t>Nivel de stabilitate la incendiu</w:t>
            </w:r>
            <w:r w:rsidR="009E435D" w:rsidRPr="00F61A70">
              <w:rPr>
                <w:bCs/>
                <w:i/>
                <w:iCs/>
                <w:color w:val="808080" w:themeColor="background1" w:themeShade="80"/>
                <w:lang w:val="fr-FR"/>
              </w:rPr>
              <w:t>(existent/propus)</w:t>
            </w:r>
          </w:p>
          <w:p w:rsidR="003C7CA3" w:rsidRPr="009E435D" w:rsidRDefault="003C7CA3">
            <w:pPr>
              <w:keepNext/>
              <w:rPr>
                <w:lang w:val="fr-FR"/>
              </w:rPr>
            </w:pPr>
          </w:p>
        </w:tc>
        <w:tc>
          <w:tcPr>
            <w:tcW w:w="4015" w:type="dxa"/>
            <w:gridSpan w:val="4"/>
          </w:tcPr>
          <w:p w:rsidR="003C7CA3" w:rsidRPr="009E435D" w:rsidRDefault="003454F7">
            <w:pPr>
              <w:keepNext/>
              <w:rPr>
                <w:lang w:val="fr-FR"/>
              </w:rPr>
            </w:pPr>
            <w:r w:rsidRPr="009E435D">
              <w:rPr>
                <w:b/>
                <w:color w:val="0D5F78"/>
                <w:lang w:val="fr-FR"/>
              </w:rPr>
              <w:t>Număr maxim utilizatori</w:t>
            </w:r>
            <w:r w:rsidR="009E435D" w:rsidRPr="00F61A70">
              <w:rPr>
                <w:bCs/>
                <w:i/>
                <w:iCs/>
                <w:color w:val="808080" w:themeColor="background1" w:themeShade="80"/>
                <w:lang w:val="fr-FR"/>
              </w:rPr>
              <w:t>(existent/propus)</w:t>
            </w:r>
          </w:p>
          <w:p w:rsidR="003C7CA3" w:rsidRPr="009E435D" w:rsidRDefault="003C7CA3">
            <w:pPr>
              <w:keepNext/>
              <w:rPr>
                <w:lang w:val="fr-FR"/>
              </w:rPr>
            </w:pPr>
          </w:p>
        </w:tc>
      </w:tr>
    </w:tbl>
    <w:p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803"/>
        <w:gridCol w:w="803"/>
        <w:gridCol w:w="803"/>
        <w:gridCol w:w="803"/>
        <w:gridCol w:w="1606"/>
        <w:gridCol w:w="803"/>
        <w:gridCol w:w="803"/>
        <w:gridCol w:w="1606"/>
      </w:tblGrid>
      <w:tr w:rsidR="003C7CA3" w:rsidRPr="005B29C5">
        <w:trPr>
          <w:cantSplit/>
        </w:trPr>
        <w:tc>
          <w:tcPr>
            <w:tcW w:w="9636" w:type="dxa"/>
            <w:gridSpan w:val="9"/>
            <w:shd w:val="clear" w:color="auto" w:fill="F4F4F4"/>
          </w:tcPr>
          <w:p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trPr>
          <w:cantSplit/>
        </w:trPr>
        <w:tc>
          <w:tcPr>
            <w:tcW w:w="9636" w:type="dxa"/>
            <w:gridSpan w:val="9"/>
            <w:shd w:val="clear" w:color="auto" w:fill="F4F4F4"/>
          </w:tcPr>
          <w:p w:rsidR="003C7CA3" w:rsidRDefault="003454F7">
            <w:pPr>
              <w:keepNext/>
            </w:pPr>
            <w:r>
              <w:rPr>
                <w:sz w:val="16"/>
              </w:rPr>
              <w:t>Construcții de locuințe</w:t>
            </w:r>
          </w:p>
        </w:tc>
      </w:tr>
      <w:tr w:rsidR="003C7CA3" w:rsidRPr="00F61A70">
        <w:trPr>
          <w:cantSplit/>
        </w:trPr>
        <w:tc>
          <w:tcPr>
            <w:tcW w:w="9636" w:type="dxa"/>
            <w:gridSpan w:val="9"/>
          </w:tcPr>
          <w:p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trPr>
          <w:cantSplit/>
          <w:trHeight w:val="510"/>
        </w:trPr>
        <w:tc>
          <w:tcPr>
            <w:tcW w:w="1606" w:type="dxa"/>
          </w:tcPr>
          <w:p w:rsidR="003C7CA3" w:rsidRDefault="003454F7">
            <w:pPr>
              <w:keepNext/>
            </w:pPr>
            <w:r>
              <w:rPr>
                <w:b/>
                <w:color w:val="0D5F78"/>
              </w:rPr>
              <w:t>Număr de apartamente</w:t>
            </w:r>
          </w:p>
          <w:p w:rsidR="003C7CA3" w:rsidRDefault="003C7CA3">
            <w:pPr>
              <w:keepNext/>
            </w:pPr>
          </w:p>
        </w:tc>
        <w:tc>
          <w:tcPr>
            <w:tcW w:w="1606" w:type="dxa"/>
            <w:gridSpan w:val="2"/>
          </w:tcPr>
          <w:p w:rsidR="003C7CA3" w:rsidRDefault="003454F7">
            <w:pPr>
              <w:keepNext/>
            </w:pPr>
            <w:r>
              <w:rPr>
                <w:b/>
                <w:color w:val="0D5F78"/>
              </w:rPr>
              <w:t>cu 1 cameră</w:t>
            </w:r>
          </w:p>
          <w:p w:rsidR="003C7CA3" w:rsidRDefault="003C7CA3">
            <w:pPr>
              <w:keepNext/>
            </w:pPr>
          </w:p>
        </w:tc>
        <w:tc>
          <w:tcPr>
            <w:tcW w:w="1606" w:type="dxa"/>
            <w:gridSpan w:val="2"/>
          </w:tcPr>
          <w:p w:rsidR="003C7CA3" w:rsidRDefault="003454F7">
            <w:pPr>
              <w:keepNext/>
            </w:pPr>
            <w:r>
              <w:rPr>
                <w:b/>
                <w:color w:val="0D5F78"/>
              </w:rPr>
              <w:t>2 camere</w:t>
            </w:r>
          </w:p>
          <w:p w:rsidR="003C7CA3" w:rsidRDefault="003C7CA3">
            <w:pPr>
              <w:keepNext/>
            </w:pPr>
          </w:p>
        </w:tc>
        <w:tc>
          <w:tcPr>
            <w:tcW w:w="1606" w:type="dxa"/>
          </w:tcPr>
          <w:p w:rsidR="003C7CA3" w:rsidRDefault="003454F7">
            <w:pPr>
              <w:keepNext/>
            </w:pPr>
            <w:r>
              <w:rPr>
                <w:b/>
                <w:color w:val="0D5F78"/>
              </w:rPr>
              <w:t>3 camere</w:t>
            </w:r>
          </w:p>
          <w:p w:rsidR="003C7CA3" w:rsidRDefault="003C7CA3">
            <w:pPr>
              <w:keepNext/>
            </w:pPr>
          </w:p>
        </w:tc>
        <w:tc>
          <w:tcPr>
            <w:tcW w:w="1606" w:type="dxa"/>
            <w:gridSpan w:val="2"/>
          </w:tcPr>
          <w:p w:rsidR="003C7CA3" w:rsidRDefault="003454F7">
            <w:pPr>
              <w:keepNext/>
            </w:pPr>
            <w:r>
              <w:rPr>
                <w:b/>
                <w:color w:val="0D5F78"/>
              </w:rPr>
              <w:t>4 camere</w:t>
            </w:r>
          </w:p>
          <w:p w:rsidR="003C7CA3" w:rsidRDefault="003C7CA3">
            <w:pPr>
              <w:keepNext/>
            </w:pPr>
          </w:p>
        </w:tc>
        <w:tc>
          <w:tcPr>
            <w:tcW w:w="1606" w:type="dxa"/>
          </w:tcPr>
          <w:p w:rsidR="003C7CA3" w:rsidRDefault="003454F7">
            <w:pPr>
              <w:keepNext/>
            </w:pPr>
            <w:r>
              <w:rPr>
                <w:b/>
                <w:color w:val="0D5F78"/>
              </w:rPr>
              <w:t>5+ camere</w:t>
            </w:r>
          </w:p>
          <w:p w:rsidR="003C7CA3" w:rsidRDefault="003C7CA3">
            <w:pPr>
              <w:keepNext/>
            </w:pPr>
          </w:p>
        </w:tc>
      </w:tr>
      <w:tr w:rsidR="003C7CA3" w:rsidRPr="00F61A70">
        <w:trPr>
          <w:cantSplit/>
        </w:trPr>
        <w:tc>
          <w:tcPr>
            <w:tcW w:w="9636" w:type="dxa"/>
            <w:gridSpan w:val="9"/>
            <w:shd w:val="clear" w:color="auto" w:fill="F4F4F4"/>
          </w:tcPr>
          <w:p w:rsidR="003C7CA3" w:rsidRPr="005B29C5" w:rsidRDefault="003454F7">
            <w:pPr>
              <w:keepNext/>
              <w:rPr>
                <w:lang w:val="fr-FR"/>
              </w:rPr>
            </w:pPr>
            <w:r w:rsidRPr="005B29C5">
              <w:rPr>
                <w:sz w:val="16"/>
                <w:lang w:val="fr-FR"/>
              </w:rPr>
              <w:t xml:space="preserve"> Construcții pentru instituții publice și servicii</w:t>
            </w:r>
          </w:p>
        </w:tc>
      </w:tr>
      <w:tr w:rsidR="003C7CA3">
        <w:trPr>
          <w:cantSplit/>
          <w:trHeight w:val="510"/>
        </w:trPr>
        <w:tc>
          <w:tcPr>
            <w:tcW w:w="3212" w:type="dxa"/>
            <w:gridSpan w:val="3"/>
          </w:tcPr>
          <w:p w:rsidR="003C7CA3" w:rsidRDefault="003454F7">
            <w:pPr>
              <w:keepNext/>
            </w:pPr>
            <w:r>
              <w:rPr>
                <w:b/>
                <w:color w:val="0D5F78"/>
              </w:rPr>
              <w:t>sănătate — nr. de paturi</w:t>
            </w:r>
          </w:p>
          <w:p w:rsidR="003C7CA3" w:rsidRDefault="003C7CA3">
            <w:pPr>
              <w:keepNext/>
            </w:pPr>
          </w:p>
        </w:tc>
        <w:tc>
          <w:tcPr>
            <w:tcW w:w="3212" w:type="dxa"/>
            <w:gridSpan w:val="3"/>
          </w:tcPr>
          <w:p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rsidR="003C7CA3" w:rsidRDefault="003C7CA3">
            <w:pPr>
              <w:keepNext/>
            </w:pPr>
          </w:p>
        </w:tc>
        <w:tc>
          <w:tcPr>
            <w:tcW w:w="3212" w:type="dxa"/>
            <w:gridSpan w:val="3"/>
          </w:tcPr>
          <w:p w:rsidR="003C7CA3" w:rsidRDefault="003454F7">
            <w:pPr>
              <w:keepNext/>
            </w:pPr>
            <w:r>
              <w:rPr>
                <w:b/>
                <w:color w:val="0D5F78"/>
              </w:rPr>
              <w:t>cultură — nr. de locuri</w:t>
            </w:r>
          </w:p>
          <w:p w:rsidR="003C7CA3" w:rsidRDefault="003C7CA3">
            <w:pPr>
              <w:keepNext/>
            </w:pPr>
          </w:p>
        </w:tc>
      </w:tr>
      <w:tr w:rsidR="003C7CA3">
        <w:trPr>
          <w:cantSplit/>
          <w:trHeight w:val="510"/>
        </w:trPr>
        <w:tc>
          <w:tcPr>
            <w:tcW w:w="3212" w:type="dxa"/>
            <w:gridSpan w:val="3"/>
          </w:tcPr>
          <w:p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rsidR="003C7CA3" w:rsidRDefault="003C7CA3">
            <w:pPr>
              <w:keepNext/>
            </w:pPr>
          </w:p>
        </w:tc>
        <w:tc>
          <w:tcPr>
            <w:tcW w:w="3212" w:type="dxa"/>
            <w:gridSpan w:val="3"/>
          </w:tcPr>
          <w:p w:rsidR="003C7CA3" w:rsidRDefault="003454F7">
            <w:pPr>
              <w:keepNext/>
            </w:pPr>
            <w:r>
              <w:rPr>
                <w:b/>
                <w:color w:val="0D5F78"/>
              </w:rPr>
              <w:t>culte — nr. de locuri</w:t>
            </w:r>
          </w:p>
          <w:p w:rsidR="003C7CA3" w:rsidRDefault="003C7CA3">
            <w:pPr>
              <w:keepNext/>
            </w:pPr>
          </w:p>
        </w:tc>
        <w:tc>
          <w:tcPr>
            <w:tcW w:w="3212" w:type="dxa"/>
            <w:gridSpan w:val="3"/>
          </w:tcPr>
          <w:p w:rsidR="003C7CA3" w:rsidRDefault="003454F7">
            <w:pPr>
              <w:keepNext/>
            </w:pPr>
            <w:r>
              <w:rPr>
                <w:b/>
                <w:color w:val="0D5F78"/>
              </w:rPr>
              <w:t xml:space="preserve">administrative și financiare — </w:t>
            </w:r>
            <w:r w:rsidR="00B0669A">
              <w:rPr>
                <w:b/>
                <w:color w:val="0D5F78"/>
              </w:rPr>
              <w:t>nr.</w:t>
            </w:r>
            <w:r>
              <w:rPr>
                <w:b/>
                <w:color w:val="0D5F78"/>
              </w:rPr>
              <w:t>personal</w:t>
            </w:r>
          </w:p>
          <w:p w:rsidR="003C7CA3" w:rsidRDefault="003C7CA3">
            <w:pPr>
              <w:keepNext/>
            </w:pPr>
          </w:p>
        </w:tc>
      </w:tr>
      <w:tr w:rsidR="003C7CA3">
        <w:trPr>
          <w:cantSplit/>
          <w:trHeight w:val="510"/>
        </w:trPr>
        <w:tc>
          <w:tcPr>
            <w:tcW w:w="2409" w:type="dxa"/>
            <w:gridSpan w:val="2"/>
          </w:tcPr>
          <w:p w:rsidR="003C7CA3" w:rsidRDefault="003454F7">
            <w:pPr>
              <w:keepNext/>
            </w:pPr>
            <w:r>
              <w:rPr>
                <w:b/>
                <w:color w:val="0D5F78"/>
              </w:rPr>
              <w:t xml:space="preserve">comerț — </w:t>
            </w:r>
            <w:r w:rsidR="00B0669A">
              <w:rPr>
                <w:b/>
                <w:color w:val="0D5F78"/>
              </w:rPr>
              <w:t>nr.</w:t>
            </w:r>
            <w:r>
              <w:rPr>
                <w:b/>
                <w:color w:val="0D5F78"/>
              </w:rPr>
              <w:t>personal</w:t>
            </w:r>
          </w:p>
          <w:p w:rsidR="003C7CA3" w:rsidRDefault="003C7CA3">
            <w:pPr>
              <w:keepNext/>
            </w:pPr>
          </w:p>
        </w:tc>
        <w:tc>
          <w:tcPr>
            <w:tcW w:w="2409" w:type="dxa"/>
            <w:gridSpan w:val="3"/>
          </w:tcPr>
          <w:p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rsidR="003C7CA3" w:rsidRPr="00B0669A" w:rsidRDefault="003C7CA3">
            <w:pPr>
              <w:keepNext/>
              <w:rPr>
                <w:lang w:val="fr-FR"/>
              </w:rPr>
            </w:pPr>
          </w:p>
        </w:tc>
        <w:tc>
          <w:tcPr>
            <w:tcW w:w="2409" w:type="dxa"/>
            <w:gridSpan w:val="2"/>
          </w:tcPr>
          <w:p w:rsidR="003C7CA3" w:rsidRDefault="003454F7">
            <w:pPr>
              <w:keepNext/>
            </w:pPr>
            <w:r>
              <w:rPr>
                <w:b/>
                <w:color w:val="0D5F78"/>
              </w:rPr>
              <w:t xml:space="preserve">servicii — </w:t>
            </w:r>
            <w:r w:rsidR="00B0669A">
              <w:rPr>
                <w:b/>
                <w:color w:val="0D5F78"/>
              </w:rPr>
              <w:t>nr.</w:t>
            </w:r>
            <w:r>
              <w:rPr>
                <w:b/>
                <w:color w:val="0D5F78"/>
              </w:rPr>
              <w:t>personal</w:t>
            </w:r>
          </w:p>
          <w:p w:rsidR="003C7CA3" w:rsidRDefault="003C7CA3">
            <w:pPr>
              <w:keepNext/>
            </w:pPr>
          </w:p>
        </w:tc>
        <w:tc>
          <w:tcPr>
            <w:tcW w:w="2409" w:type="dxa"/>
            <w:gridSpan w:val="2"/>
          </w:tcPr>
          <w:p w:rsidR="003C7CA3" w:rsidRDefault="003454F7">
            <w:pPr>
              <w:keepNext/>
            </w:pPr>
            <w:r>
              <w:rPr>
                <w:b/>
                <w:color w:val="0D5F78"/>
              </w:rPr>
              <w:t xml:space="preserve">sport / recreere — </w:t>
            </w:r>
            <w:r w:rsidR="00B0669A">
              <w:rPr>
                <w:b/>
                <w:color w:val="0D5F78"/>
              </w:rPr>
              <w:t>nr.</w:t>
            </w:r>
            <w:r>
              <w:rPr>
                <w:b/>
                <w:color w:val="0D5F78"/>
              </w:rPr>
              <w:t>locuri</w:t>
            </w:r>
          </w:p>
          <w:p w:rsidR="003C7CA3" w:rsidRDefault="003C7CA3">
            <w:pPr>
              <w:keepNext/>
            </w:pPr>
          </w:p>
        </w:tc>
      </w:tr>
      <w:tr w:rsidR="003C7CA3">
        <w:trPr>
          <w:cantSplit/>
          <w:trHeight w:val="510"/>
        </w:trPr>
        <w:tc>
          <w:tcPr>
            <w:tcW w:w="4015" w:type="dxa"/>
            <w:gridSpan w:val="4"/>
          </w:tcPr>
          <w:p w:rsidR="003C7CA3" w:rsidRPr="005B29C5" w:rsidRDefault="003454F7">
            <w:pPr>
              <w:keepNext/>
              <w:rPr>
                <w:lang w:val="fr-FR"/>
              </w:rPr>
            </w:pPr>
            <w:r w:rsidRPr="005B29C5">
              <w:rPr>
                <w:b/>
                <w:color w:val="0D5F78"/>
                <w:lang w:val="fr-FR"/>
              </w:rPr>
              <w:t>agricole — nr. de capete / capacitate</w:t>
            </w:r>
          </w:p>
          <w:p w:rsidR="003C7CA3" w:rsidRPr="005B29C5" w:rsidRDefault="003C7CA3">
            <w:pPr>
              <w:keepNext/>
              <w:rPr>
                <w:lang w:val="fr-FR"/>
              </w:rPr>
            </w:pPr>
          </w:p>
        </w:tc>
        <w:tc>
          <w:tcPr>
            <w:tcW w:w="2409" w:type="dxa"/>
            <w:gridSpan w:val="2"/>
          </w:tcPr>
          <w:p w:rsidR="003C7CA3" w:rsidRDefault="003454F7">
            <w:pPr>
              <w:keepNext/>
            </w:pPr>
            <w:r>
              <w:rPr>
                <w:b/>
                <w:color w:val="0D5F78"/>
              </w:rPr>
              <w:t xml:space="preserve">producție — </w:t>
            </w:r>
            <w:r w:rsidR="00B0669A">
              <w:rPr>
                <w:b/>
                <w:color w:val="0D5F78"/>
              </w:rPr>
              <w:t>nr.</w:t>
            </w:r>
            <w:r>
              <w:rPr>
                <w:b/>
                <w:color w:val="0D5F78"/>
              </w:rPr>
              <w:t>personal</w:t>
            </w:r>
          </w:p>
          <w:p w:rsidR="003C7CA3" w:rsidRDefault="003C7CA3">
            <w:pPr>
              <w:keepNext/>
            </w:pPr>
          </w:p>
        </w:tc>
        <w:tc>
          <w:tcPr>
            <w:tcW w:w="3212" w:type="dxa"/>
            <w:gridSpan w:val="3"/>
          </w:tcPr>
          <w:p w:rsidR="003C7CA3" w:rsidRDefault="003454F7">
            <w:pPr>
              <w:keepNext/>
            </w:pPr>
            <w:r>
              <w:rPr>
                <w:b/>
                <w:color w:val="0D5F78"/>
              </w:rPr>
              <w:t xml:space="preserve">depozitare — </w:t>
            </w:r>
            <w:r w:rsidR="00B0669A">
              <w:rPr>
                <w:b/>
                <w:color w:val="0D5F78"/>
              </w:rPr>
              <w:t>nr.</w:t>
            </w:r>
            <w:r>
              <w:rPr>
                <w:b/>
                <w:color w:val="0D5F78"/>
              </w:rPr>
              <w:t>personal / capacitate</w:t>
            </w:r>
          </w:p>
          <w:p w:rsidR="003C7CA3" w:rsidRDefault="003C7CA3">
            <w:pPr>
              <w:keepNext/>
            </w:pPr>
          </w:p>
        </w:tc>
      </w:tr>
      <w:tr w:rsidR="003C7CA3" w:rsidRPr="00F61A70">
        <w:trPr>
          <w:cantSplit/>
          <w:trHeight w:val="510"/>
        </w:trPr>
        <w:tc>
          <w:tcPr>
            <w:tcW w:w="9636" w:type="dxa"/>
            <w:gridSpan w:val="9"/>
          </w:tcPr>
          <w:p w:rsidR="003C7CA3" w:rsidRPr="005B29C5" w:rsidRDefault="003454F7">
            <w:pPr>
              <w:rPr>
                <w:lang w:val="fr-FR"/>
              </w:rPr>
            </w:pPr>
            <w:r w:rsidRPr="005B29C5">
              <w:rPr>
                <w:b/>
                <w:color w:val="0D5F78"/>
                <w:lang w:val="fr-FR"/>
              </w:rPr>
              <w:t>Alte caracteristici ale capacităților funcționale, necuprinse mai sus</w:t>
            </w:r>
          </w:p>
          <w:p w:rsidR="003C7CA3" w:rsidRPr="005B29C5" w:rsidRDefault="003C7CA3">
            <w:pPr>
              <w:rPr>
                <w:lang w:val="fr-FR"/>
              </w:rPr>
            </w:pP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629"/>
        <w:gridCol w:w="1842"/>
        <w:gridCol w:w="2347"/>
        <w:gridCol w:w="1606"/>
        <w:gridCol w:w="1606"/>
      </w:tblGrid>
      <w:tr w:rsidR="003C7CA3" w:rsidRPr="00F61A70">
        <w:trPr>
          <w:cantSplit/>
        </w:trPr>
        <w:tc>
          <w:tcPr>
            <w:tcW w:w="9636" w:type="dxa"/>
            <w:gridSpan w:val="6"/>
            <w:shd w:val="clear" w:color="auto" w:fill="F4F4F4"/>
          </w:tcPr>
          <w:p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trPr>
          <w:cantSplit/>
        </w:trPr>
        <w:tc>
          <w:tcPr>
            <w:tcW w:w="9636" w:type="dxa"/>
            <w:gridSpan w:val="6"/>
          </w:tcPr>
          <w:p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rsidTr="00C46767">
        <w:trPr>
          <w:cantSplit/>
          <w:trHeight w:val="510"/>
        </w:trPr>
        <w:tc>
          <w:tcPr>
            <w:tcW w:w="2235" w:type="dxa"/>
            <w:gridSpan w:val="2"/>
          </w:tcPr>
          <w:p w:rsidR="00C46767" w:rsidRDefault="00C46767">
            <w:pPr>
              <w:keepNext/>
            </w:pPr>
            <w:r>
              <w:rPr>
                <w:b/>
                <w:color w:val="0D5F78"/>
              </w:rPr>
              <w:t xml:space="preserve">garaje — nr. locuri </w:t>
            </w:r>
          </w:p>
          <w:p w:rsidR="00C46767" w:rsidRDefault="00C46767">
            <w:pPr>
              <w:keepNext/>
            </w:pPr>
          </w:p>
        </w:tc>
        <w:tc>
          <w:tcPr>
            <w:tcW w:w="1842" w:type="dxa"/>
          </w:tcPr>
          <w:p w:rsidR="00C46767" w:rsidRPr="00C46767" w:rsidRDefault="00C46767">
            <w:pPr>
              <w:keepNext/>
              <w:rPr>
                <w:lang w:val="fr-FR"/>
              </w:rPr>
            </w:pPr>
            <w:r w:rsidRPr="00C46767">
              <w:rPr>
                <w:b/>
                <w:color w:val="0D5F78"/>
                <w:lang w:val="fr-FR"/>
              </w:rPr>
              <w:t>parcaje — nr. locuri</w:t>
            </w:r>
          </w:p>
        </w:tc>
        <w:tc>
          <w:tcPr>
            <w:tcW w:w="2347" w:type="dxa"/>
          </w:tcPr>
          <w:p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rsidR="00C46767" w:rsidRPr="00C46767" w:rsidRDefault="00C46767">
            <w:pPr>
              <w:keepNext/>
              <w:rPr>
                <w:lang w:val="fr-FR"/>
              </w:rPr>
            </w:pPr>
          </w:p>
        </w:tc>
        <w:tc>
          <w:tcPr>
            <w:tcW w:w="3212" w:type="dxa"/>
            <w:gridSpan w:val="2"/>
          </w:tcPr>
          <w:p w:rsidR="00C46767" w:rsidRPr="005B29C5" w:rsidRDefault="00C46767">
            <w:pPr>
              <w:keepNext/>
              <w:rPr>
                <w:lang w:val="fr-FR"/>
              </w:rPr>
            </w:pPr>
            <w:r w:rsidRPr="005B29C5">
              <w:rPr>
                <w:b/>
                <w:color w:val="0D5F78"/>
                <w:lang w:val="fr-FR"/>
              </w:rPr>
              <w:t>alei carosabile, inclusiv parcaje la sol (m²)</w:t>
            </w:r>
          </w:p>
          <w:p w:rsidR="00C46767" w:rsidRPr="005B29C5" w:rsidRDefault="00C46767">
            <w:pPr>
              <w:keepNext/>
              <w:rPr>
                <w:lang w:val="fr-FR"/>
              </w:rPr>
            </w:pPr>
          </w:p>
        </w:tc>
      </w:tr>
      <w:tr w:rsidR="003C7CA3" w:rsidTr="00C46767">
        <w:trPr>
          <w:cantSplit/>
          <w:trHeight w:val="510"/>
        </w:trPr>
        <w:tc>
          <w:tcPr>
            <w:tcW w:w="1606" w:type="dxa"/>
          </w:tcPr>
          <w:p w:rsidR="003C7CA3" w:rsidRDefault="003454F7">
            <w:r>
              <w:rPr>
                <w:b/>
                <w:color w:val="0D5F78"/>
              </w:rPr>
              <w:t>alei pietonale (m²)</w:t>
            </w:r>
          </w:p>
          <w:p w:rsidR="003C7CA3" w:rsidRDefault="003C7CA3"/>
        </w:tc>
        <w:tc>
          <w:tcPr>
            <w:tcW w:w="2471" w:type="dxa"/>
            <w:gridSpan w:val="2"/>
          </w:tcPr>
          <w:p w:rsidR="003C7CA3" w:rsidRPr="005B29C5" w:rsidRDefault="003454F7">
            <w:pPr>
              <w:rPr>
                <w:lang w:val="fr-FR"/>
              </w:rPr>
            </w:pPr>
            <w:r w:rsidRPr="005B29C5">
              <w:rPr>
                <w:b/>
                <w:color w:val="0D5F78"/>
                <w:lang w:val="fr-FR"/>
              </w:rPr>
              <w:t>alte platforme la nivelul solului (m²)</w:t>
            </w:r>
          </w:p>
          <w:p w:rsidR="003C7CA3" w:rsidRDefault="003454F7">
            <w:r>
              <w:rPr>
                <w:i/>
                <w:color w:val="7A7A7A"/>
              </w:rPr>
              <w:t>deșeuri etc.</w:t>
            </w:r>
          </w:p>
          <w:p w:rsidR="003C7CA3" w:rsidRDefault="003C7CA3"/>
        </w:tc>
        <w:tc>
          <w:tcPr>
            <w:tcW w:w="3953" w:type="dxa"/>
            <w:gridSpan w:val="2"/>
          </w:tcPr>
          <w:p w:rsidR="003C7CA3" w:rsidRPr="005B29C5" w:rsidRDefault="003454F7">
            <w:pPr>
              <w:rPr>
                <w:lang w:val="fr-FR"/>
              </w:rPr>
            </w:pPr>
            <w:r w:rsidRPr="005B29C5">
              <w:rPr>
                <w:b/>
                <w:color w:val="0D5F78"/>
                <w:lang w:val="fr-FR"/>
              </w:rPr>
              <w:t>arbori tăiați / menținuți / plantați (nr.)</w:t>
            </w:r>
          </w:p>
          <w:p w:rsidR="003C7CA3" w:rsidRPr="005B29C5" w:rsidRDefault="003C7CA3">
            <w:pPr>
              <w:rPr>
                <w:lang w:val="fr-FR"/>
              </w:rPr>
            </w:pPr>
          </w:p>
        </w:tc>
        <w:tc>
          <w:tcPr>
            <w:tcW w:w="1606" w:type="dxa"/>
          </w:tcPr>
          <w:p w:rsidR="003C7CA3" w:rsidRDefault="003454F7">
            <w:r>
              <w:rPr>
                <w:b/>
                <w:color w:val="0D5F78"/>
              </w:rPr>
              <w:t>spații verzi (m²)</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3C7CA3" w:rsidRPr="00F61A70">
        <w:trPr>
          <w:cantSplit/>
        </w:trPr>
        <w:tc>
          <w:tcPr>
            <w:tcW w:w="9636" w:type="dxa"/>
            <w:gridSpan w:val="2"/>
            <w:shd w:val="clear" w:color="auto" w:fill="F4F4F4"/>
          </w:tcPr>
          <w:p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trPr>
          <w:cantSplit/>
          <w:trHeight w:val="510"/>
        </w:trPr>
        <w:tc>
          <w:tcPr>
            <w:tcW w:w="4818" w:type="dxa"/>
          </w:tcPr>
          <w:p w:rsidR="003C7CA3" w:rsidRDefault="003454F7">
            <w:pPr>
              <w:keepNext/>
            </w:pPr>
            <w:r>
              <w:rPr>
                <w:b/>
                <w:color w:val="0D5F78"/>
              </w:rPr>
              <w:t>Modul de evacuare a deșeurilor</w:t>
            </w:r>
          </w:p>
          <w:p w:rsidR="003C7CA3" w:rsidRDefault="003C7CA3">
            <w:pPr>
              <w:keepNext/>
            </w:pPr>
          </w:p>
        </w:tc>
        <w:tc>
          <w:tcPr>
            <w:tcW w:w="4818" w:type="dxa"/>
          </w:tcPr>
          <w:p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rsidR="003C7CA3" w:rsidRPr="005B29C5" w:rsidRDefault="003C7CA3">
            <w:pPr>
              <w:keepNext/>
              <w:rPr>
                <w:lang w:val="fr-FR"/>
              </w:rPr>
            </w:pPr>
          </w:p>
        </w:tc>
      </w:tr>
      <w:tr w:rsidR="003C7CA3">
        <w:trPr>
          <w:cantSplit/>
          <w:trHeight w:val="510"/>
        </w:trPr>
        <w:tc>
          <w:tcPr>
            <w:tcW w:w="4818" w:type="dxa"/>
          </w:tcPr>
          <w:p w:rsidR="003C7CA3" w:rsidRDefault="003454F7">
            <w:r>
              <w:rPr>
                <w:b/>
                <w:color w:val="0D5F78"/>
              </w:rPr>
              <w:t>Măsuri de protecție a mediului</w:t>
            </w:r>
          </w:p>
          <w:p w:rsidR="003C7CA3" w:rsidRDefault="003C7CA3"/>
        </w:tc>
        <w:tc>
          <w:tcPr>
            <w:tcW w:w="4818" w:type="dxa"/>
          </w:tcPr>
          <w:p w:rsidR="003C7CA3" w:rsidRDefault="003454F7">
            <w:r>
              <w:rPr>
                <w:b/>
                <w:color w:val="0D5F78"/>
              </w:rPr>
              <w:t xml:space="preserve">Alte </w:t>
            </w:r>
            <w:r w:rsidR="00481869">
              <w:rPr>
                <w:b/>
                <w:color w:val="0D5F78"/>
              </w:rPr>
              <w:t xml:space="preserve">măsuri </w:t>
            </w:r>
            <w:r w:rsidR="009E435D">
              <w:rPr>
                <w:b/>
                <w:color w:val="0D5F78"/>
              </w:rPr>
              <w:t>specifice:</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3212"/>
      </w:tblGrid>
      <w:tr w:rsidR="003C7CA3">
        <w:trPr>
          <w:cantSplit/>
        </w:trPr>
        <w:tc>
          <w:tcPr>
            <w:tcW w:w="9636" w:type="dxa"/>
            <w:gridSpan w:val="3"/>
            <w:shd w:val="clear" w:color="auto" w:fill="F4F4F4"/>
          </w:tcPr>
          <w:p w:rsidR="003C7CA3" w:rsidRDefault="003454F7">
            <w:pPr>
              <w:keepNext/>
            </w:pPr>
            <w:r>
              <w:rPr>
                <w:b/>
                <w:sz w:val="16"/>
              </w:rPr>
              <w:t xml:space="preserve"> 8. </w:t>
            </w:r>
            <w:r>
              <w:rPr>
                <w:b/>
                <w:color w:val="000000"/>
                <w:sz w:val="18"/>
              </w:rPr>
              <w:t>ÎNTOCMIT</w:t>
            </w:r>
          </w:p>
        </w:tc>
      </w:tr>
      <w:tr w:rsidR="003C7CA3">
        <w:trPr>
          <w:cantSplit/>
          <w:trHeight w:val="510"/>
        </w:trPr>
        <w:tc>
          <w:tcPr>
            <w:tcW w:w="4818" w:type="dxa"/>
          </w:tcPr>
          <w:p w:rsidR="003C7CA3" w:rsidRDefault="003454F7">
            <w:r>
              <w:rPr>
                <w:b/>
                <w:color w:val="0D5F78"/>
              </w:rPr>
              <w:t>Numele și prenumele / firma și reprezentantul</w:t>
            </w:r>
          </w:p>
          <w:p w:rsidR="003C7CA3" w:rsidRDefault="003C7CA3"/>
        </w:tc>
        <w:tc>
          <w:tcPr>
            <w:tcW w:w="1606" w:type="dxa"/>
          </w:tcPr>
          <w:p w:rsidR="003C7CA3" w:rsidRDefault="003454F7">
            <w:r>
              <w:rPr>
                <w:b/>
                <w:color w:val="0D5F78"/>
              </w:rPr>
              <w:t>Data</w:t>
            </w:r>
          </w:p>
          <w:p w:rsidR="003C7CA3" w:rsidRDefault="003C7CA3"/>
        </w:tc>
        <w:tc>
          <w:tcPr>
            <w:tcW w:w="3212" w:type="dxa"/>
          </w:tcPr>
          <w:p w:rsidR="003C7CA3" w:rsidRDefault="003454F7">
            <w:r>
              <w:rPr>
                <w:b/>
                <w:color w:val="0D5F78"/>
              </w:rPr>
              <w:t>Semnătura și parafa</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1606"/>
        <w:gridCol w:w="1606"/>
        <w:gridCol w:w="803"/>
        <w:gridCol w:w="3212"/>
      </w:tblGrid>
      <w:tr w:rsidR="003C7CA3">
        <w:trPr>
          <w:cantSplit/>
        </w:trPr>
        <w:tc>
          <w:tcPr>
            <w:tcW w:w="9636" w:type="dxa"/>
            <w:gridSpan w:val="5"/>
            <w:shd w:val="clear" w:color="auto" w:fill="F4F4F4"/>
          </w:tcPr>
          <w:p w:rsidR="003C7CA3" w:rsidRDefault="003454F7">
            <w:pPr>
              <w:keepNext/>
            </w:pPr>
            <w:r>
              <w:rPr>
                <w:b/>
                <w:sz w:val="16"/>
              </w:rPr>
              <w:t xml:space="preserve"> 9. </w:t>
            </w:r>
            <w:r>
              <w:rPr>
                <w:b/>
                <w:color w:val="000000"/>
                <w:sz w:val="18"/>
              </w:rPr>
              <w:t>COMUNICAREA ÎN REGISTRUL NAȚIONAL AL CLĂDIRILOR</w:t>
            </w:r>
          </w:p>
        </w:tc>
      </w:tr>
      <w:tr w:rsidR="003C7CA3">
        <w:trPr>
          <w:cantSplit/>
          <w:trHeight w:val="510"/>
        </w:trPr>
        <w:tc>
          <w:tcPr>
            <w:tcW w:w="4015" w:type="dxa"/>
            <w:gridSpan w:val="2"/>
          </w:tcPr>
          <w:p w:rsidR="003C7CA3" w:rsidRDefault="003454F7">
            <w:pPr>
              <w:keepNext/>
            </w:pPr>
            <w:r>
              <w:rPr>
                <w:b/>
                <w:color w:val="0D5F78"/>
              </w:rPr>
              <w:t>Clădirea a fost</w:t>
            </w:r>
          </w:p>
          <w:p w:rsidR="003C7CA3" w:rsidRDefault="003454F7">
            <w:pPr>
              <w:keepNext/>
            </w:pPr>
            <w:r>
              <w:rPr>
                <w:sz w:val="16"/>
              </w:rPr>
              <w:t>☐ identificată în registru     ☐ declarată acum</w:t>
            </w:r>
          </w:p>
        </w:tc>
        <w:tc>
          <w:tcPr>
            <w:tcW w:w="2409" w:type="dxa"/>
            <w:gridSpan w:val="2"/>
          </w:tcPr>
          <w:p w:rsidR="003C7CA3" w:rsidRDefault="003454F7">
            <w:pPr>
              <w:keepNext/>
            </w:pPr>
            <w:r>
              <w:rPr>
                <w:b/>
                <w:color w:val="0D5F78"/>
              </w:rPr>
              <w:t>NIS atribuit / confirmat</w:t>
            </w:r>
          </w:p>
          <w:p w:rsidR="003C7CA3" w:rsidRDefault="003C7CA3">
            <w:pPr>
              <w:keepNext/>
            </w:pPr>
          </w:p>
        </w:tc>
        <w:tc>
          <w:tcPr>
            <w:tcW w:w="3212" w:type="dxa"/>
          </w:tcPr>
          <w:p w:rsidR="003C7CA3" w:rsidRDefault="003454F7">
            <w:pPr>
              <w:keepNext/>
            </w:pPr>
            <w:r>
              <w:rPr>
                <w:b/>
                <w:color w:val="0D5F78"/>
              </w:rPr>
              <w:t>Cod investiție</w:t>
            </w:r>
          </w:p>
          <w:p w:rsidR="003C7CA3" w:rsidRDefault="003454F7">
            <w:pPr>
              <w:keepNext/>
            </w:pPr>
            <w:r>
              <w:rPr>
                <w:i/>
                <w:color w:val="7A7A7A"/>
              </w:rPr>
              <w:t>dacă lucrarea e legată de o investiție</w:t>
            </w:r>
          </w:p>
          <w:p w:rsidR="003C7CA3" w:rsidRDefault="003C7CA3">
            <w:pPr>
              <w:keepNext/>
            </w:pPr>
          </w:p>
        </w:tc>
      </w:tr>
      <w:tr w:rsidR="003C7CA3">
        <w:trPr>
          <w:cantSplit/>
          <w:trHeight w:val="510"/>
        </w:trPr>
        <w:tc>
          <w:tcPr>
            <w:tcW w:w="2409" w:type="dxa"/>
          </w:tcPr>
          <w:p w:rsidR="003C7CA3" w:rsidRDefault="003454F7">
            <w:r>
              <w:rPr>
                <w:b/>
                <w:color w:val="0D5F78"/>
              </w:rPr>
              <w:t>Data comunicării</w:t>
            </w:r>
          </w:p>
          <w:p w:rsidR="003C7CA3" w:rsidRDefault="003C7CA3"/>
        </w:tc>
        <w:tc>
          <w:tcPr>
            <w:tcW w:w="3212" w:type="dxa"/>
            <w:gridSpan w:val="2"/>
          </w:tcPr>
          <w:p w:rsidR="003C7CA3" w:rsidRDefault="003454F7">
            <w:r>
              <w:rPr>
                <w:b/>
                <w:color w:val="0D5F78"/>
              </w:rPr>
              <w:t>Numărul tranzacției</w:t>
            </w:r>
          </w:p>
          <w:p w:rsidR="003C7CA3" w:rsidRDefault="003C7CA3"/>
        </w:tc>
        <w:tc>
          <w:tcPr>
            <w:tcW w:w="4015" w:type="dxa"/>
            <w:gridSpan w:val="2"/>
          </w:tcPr>
          <w:p w:rsidR="003C7CA3" w:rsidRDefault="003454F7">
            <w:r>
              <w:rPr>
                <w:b/>
                <w:color w:val="0D5F78"/>
              </w:rPr>
              <w:t>Comunicat de</w:t>
            </w:r>
          </w:p>
          <w:p w:rsidR="003C7CA3" w:rsidRDefault="003C7CA3"/>
        </w:tc>
      </w:tr>
    </w:tbl>
    <w:p w:rsidR="003C7CA3" w:rsidRDefault="003C7CA3">
      <w:pPr>
        <w:spacing w:line="168" w:lineRule="auto"/>
      </w:pPr>
    </w:p>
    <w:p w:rsidR="00913191" w:rsidRDefault="00913191">
      <w:pPr>
        <w:spacing w:line="168" w:lineRule="auto"/>
      </w:pPr>
    </w:p>
    <w:p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rsidR="00913191" w:rsidRPr="00913191" w:rsidRDefault="00913191">
      <w:pPr>
        <w:spacing w:line="168" w:lineRule="auto"/>
      </w:pPr>
    </w:p>
    <w:p w:rsidR="00913191" w:rsidRPr="00913191" w:rsidRDefault="00913191">
      <w:pPr>
        <w:spacing w:line="168" w:lineRule="auto"/>
      </w:pPr>
    </w:p>
    <w:p w:rsidR="00913191" w:rsidRPr="00913191" w:rsidRDefault="00913191">
      <w:pPr>
        <w:spacing w:line="168" w:lineRule="auto"/>
      </w:pPr>
    </w:p>
    <w:tbl>
      <w:tblPr>
        <w:tblStyle w:val="TableGrid"/>
        <w:tblW w:w="0" w:type="auto"/>
        <w:tblLayout w:type="fixed"/>
        <w:tblLook w:val="04A0"/>
      </w:tblPr>
      <w:tblGrid>
        <w:gridCol w:w="9636"/>
      </w:tblGrid>
      <w:tr w:rsidR="00913191" w:rsidTr="007D7B90">
        <w:tc>
          <w:tcPr>
            <w:tcW w:w="9636" w:type="dxa"/>
            <w:shd w:val="clear" w:color="auto" w:fill="F4F4F4"/>
          </w:tcPr>
          <w:p w:rsidR="00481869" w:rsidRPr="00481869" w:rsidRDefault="00913191" w:rsidP="007D7B90">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rsidTr="007D7B90">
        <w:trPr>
          <w:trHeight w:val="311"/>
        </w:trPr>
        <w:tc>
          <w:tcPr>
            <w:tcW w:w="9636" w:type="dxa"/>
          </w:tcPr>
          <w:p w:rsidR="00913191" w:rsidRDefault="00913191" w:rsidP="007D7B90"/>
          <w:p w:rsidR="00913191" w:rsidRDefault="00913191" w:rsidP="007D7B90"/>
          <w:p w:rsidR="00913191" w:rsidRDefault="00913191" w:rsidP="007D7B90"/>
          <w:p w:rsidR="00913191" w:rsidRDefault="00913191" w:rsidP="007D7B90"/>
        </w:tc>
      </w:tr>
      <w:tr w:rsidR="00913191" w:rsidRPr="00F61A70" w:rsidTr="00481869">
        <w:trPr>
          <w:trHeight w:val="311"/>
        </w:trPr>
        <w:tc>
          <w:tcPr>
            <w:tcW w:w="9636" w:type="dxa"/>
            <w:shd w:val="clear" w:color="auto" w:fill="F2F2F2" w:themeFill="background1" w:themeFillShade="F2"/>
          </w:tcPr>
          <w:p w:rsidR="00913191" w:rsidRPr="00481869" w:rsidRDefault="00913191" w:rsidP="007D7B90">
            <w:pPr>
              <w:rPr>
                <w:sz w:val="18"/>
                <w:szCs w:val="18"/>
                <w:lang w:val="fr-FR"/>
              </w:rPr>
            </w:pPr>
            <w:r w:rsidRPr="00481869">
              <w:rPr>
                <w:b/>
                <w:sz w:val="18"/>
                <w:szCs w:val="18"/>
                <w:lang w:val="fr-FR"/>
              </w:rPr>
              <w:t xml:space="preserve">11.  CARACTERISTICI TEHNICE SI </w:t>
            </w:r>
            <w:r w:rsidRPr="00481869">
              <w:rPr>
                <w:b/>
                <w:color w:val="000000"/>
                <w:sz w:val="18"/>
                <w:szCs w:val="18"/>
                <w:lang w:val="fr-FR"/>
              </w:rPr>
              <w:t>CAPACITĂȚI FUNCȚIONALE  SPECIFICE</w:t>
            </w:r>
          </w:p>
        </w:tc>
      </w:tr>
      <w:tr w:rsidR="00913191" w:rsidRPr="00F61A70" w:rsidTr="007D7B90">
        <w:trPr>
          <w:trHeight w:val="311"/>
        </w:trPr>
        <w:tc>
          <w:tcPr>
            <w:tcW w:w="9636" w:type="dxa"/>
          </w:tcPr>
          <w:p w:rsidR="00913191" w:rsidRPr="00913191" w:rsidRDefault="00913191" w:rsidP="007D7B90">
            <w:pPr>
              <w:rPr>
                <w:lang w:val="fr-FR"/>
              </w:rPr>
            </w:pPr>
          </w:p>
          <w:p w:rsidR="00913191" w:rsidRPr="00913191" w:rsidRDefault="00913191" w:rsidP="007D7B90">
            <w:pPr>
              <w:rPr>
                <w:lang w:val="fr-FR"/>
              </w:rPr>
            </w:pPr>
          </w:p>
          <w:p w:rsidR="00913191" w:rsidRPr="00913191" w:rsidRDefault="00913191" w:rsidP="007D7B90">
            <w:pPr>
              <w:rPr>
                <w:lang w:val="fr-FR"/>
              </w:rPr>
            </w:pPr>
          </w:p>
        </w:tc>
      </w:tr>
    </w:tbl>
    <w:p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481869" w:rsidRPr="00F61A70" w:rsidTr="007D7B90">
        <w:trPr>
          <w:cantSplit/>
        </w:trPr>
        <w:tc>
          <w:tcPr>
            <w:tcW w:w="9636" w:type="dxa"/>
            <w:gridSpan w:val="2"/>
            <w:shd w:val="clear" w:color="auto" w:fill="F4F4F4"/>
          </w:tcPr>
          <w:p w:rsidR="00481869" w:rsidRPr="00481869" w:rsidRDefault="00481869" w:rsidP="007D7B90">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rsidTr="007D7B90">
        <w:trPr>
          <w:cantSplit/>
          <w:trHeight w:val="510"/>
        </w:trPr>
        <w:tc>
          <w:tcPr>
            <w:tcW w:w="4818" w:type="dxa"/>
          </w:tcPr>
          <w:p w:rsidR="00481869" w:rsidRDefault="00481869" w:rsidP="007D7B90">
            <w:pPr>
              <w:keepNext/>
            </w:pPr>
            <w:r>
              <w:rPr>
                <w:b/>
                <w:color w:val="0D5F78"/>
              </w:rPr>
              <w:t>Modul de evacuare a deșeurilor</w:t>
            </w:r>
          </w:p>
          <w:p w:rsidR="00481869" w:rsidRDefault="00481869" w:rsidP="007D7B90">
            <w:pPr>
              <w:keepNext/>
            </w:pPr>
          </w:p>
        </w:tc>
        <w:tc>
          <w:tcPr>
            <w:tcW w:w="4818" w:type="dxa"/>
          </w:tcPr>
          <w:p w:rsidR="00481869" w:rsidRPr="005B29C5" w:rsidRDefault="00481869" w:rsidP="007D7B90">
            <w:pPr>
              <w:keepNext/>
              <w:rPr>
                <w:lang w:val="fr-FR"/>
              </w:rPr>
            </w:pPr>
            <w:r>
              <w:rPr>
                <w:b/>
                <w:color w:val="0D5F78"/>
                <w:lang w:val="fr-FR"/>
              </w:rPr>
              <w:t>M</w:t>
            </w:r>
            <w:r w:rsidRPr="005B29C5">
              <w:rPr>
                <w:b/>
                <w:color w:val="0D5F78"/>
                <w:lang w:val="fr-FR"/>
              </w:rPr>
              <w:t>ăsuri de securitate la incendiu</w:t>
            </w:r>
          </w:p>
          <w:p w:rsidR="00481869" w:rsidRPr="005B29C5" w:rsidRDefault="00481869" w:rsidP="007D7B90">
            <w:pPr>
              <w:keepNext/>
              <w:rPr>
                <w:lang w:val="fr-FR"/>
              </w:rPr>
            </w:pPr>
          </w:p>
        </w:tc>
      </w:tr>
      <w:tr w:rsidR="00481869" w:rsidTr="007D7B90">
        <w:trPr>
          <w:cantSplit/>
          <w:trHeight w:val="510"/>
        </w:trPr>
        <w:tc>
          <w:tcPr>
            <w:tcW w:w="4818" w:type="dxa"/>
          </w:tcPr>
          <w:p w:rsidR="00481869" w:rsidRDefault="00481869" w:rsidP="007D7B90">
            <w:r>
              <w:rPr>
                <w:b/>
                <w:color w:val="0D5F78"/>
              </w:rPr>
              <w:t>Măsuri de protecție a mediului</w:t>
            </w:r>
          </w:p>
          <w:p w:rsidR="00481869" w:rsidRDefault="00481869" w:rsidP="007D7B90"/>
        </w:tc>
        <w:tc>
          <w:tcPr>
            <w:tcW w:w="4818" w:type="dxa"/>
          </w:tcPr>
          <w:p w:rsidR="00481869" w:rsidRDefault="00481869" w:rsidP="007D7B90">
            <w:r>
              <w:rPr>
                <w:b/>
                <w:color w:val="0D5F78"/>
              </w:rPr>
              <w:t>Alte  măsuri specifice</w:t>
            </w:r>
          </w:p>
          <w:p w:rsidR="00481869" w:rsidRDefault="00481869" w:rsidP="007D7B90"/>
        </w:tc>
      </w:tr>
    </w:tbl>
    <w:p w:rsidR="00481869" w:rsidRDefault="00481869">
      <w:pPr>
        <w:spacing w:line="168" w:lineRule="auto"/>
        <w:rPr>
          <w:lang w:val="fr-FR"/>
        </w:rPr>
      </w:pPr>
    </w:p>
    <w:p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3212"/>
      </w:tblGrid>
      <w:tr w:rsidR="00481869" w:rsidTr="007D7B90">
        <w:trPr>
          <w:cantSplit/>
        </w:trPr>
        <w:tc>
          <w:tcPr>
            <w:tcW w:w="9636" w:type="dxa"/>
            <w:gridSpan w:val="3"/>
            <w:shd w:val="clear" w:color="auto" w:fill="F4F4F4"/>
          </w:tcPr>
          <w:p w:rsidR="00481869" w:rsidRDefault="00481869" w:rsidP="007D7B90">
            <w:pPr>
              <w:keepNext/>
            </w:pPr>
            <w:r>
              <w:rPr>
                <w:b/>
                <w:sz w:val="16"/>
              </w:rPr>
              <w:t xml:space="preserve">13. </w:t>
            </w:r>
            <w:r>
              <w:rPr>
                <w:b/>
                <w:color w:val="000000"/>
                <w:sz w:val="18"/>
              </w:rPr>
              <w:t>ÎNTOCMIT</w:t>
            </w:r>
          </w:p>
        </w:tc>
      </w:tr>
      <w:tr w:rsidR="00481869" w:rsidTr="007D7B90">
        <w:trPr>
          <w:cantSplit/>
          <w:trHeight w:val="510"/>
        </w:trPr>
        <w:tc>
          <w:tcPr>
            <w:tcW w:w="4818" w:type="dxa"/>
          </w:tcPr>
          <w:p w:rsidR="00481869" w:rsidRDefault="00481869" w:rsidP="007D7B90">
            <w:r>
              <w:rPr>
                <w:b/>
                <w:color w:val="0D5F78"/>
              </w:rPr>
              <w:t>Numele și prenumele / firma și reprezentantul</w:t>
            </w:r>
          </w:p>
          <w:p w:rsidR="00481869" w:rsidRDefault="00481869" w:rsidP="007D7B90"/>
        </w:tc>
        <w:tc>
          <w:tcPr>
            <w:tcW w:w="1606" w:type="dxa"/>
          </w:tcPr>
          <w:p w:rsidR="00481869" w:rsidRDefault="00481869" w:rsidP="007D7B90">
            <w:r>
              <w:rPr>
                <w:b/>
                <w:color w:val="0D5F78"/>
              </w:rPr>
              <w:t>Data</w:t>
            </w:r>
          </w:p>
          <w:p w:rsidR="00481869" w:rsidRDefault="00481869" w:rsidP="007D7B90"/>
        </w:tc>
        <w:tc>
          <w:tcPr>
            <w:tcW w:w="3212" w:type="dxa"/>
          </w:tcPr>
          <w:p w:rsidR="00481869" w:rsidRDefault="00481869" w:rsidP="007D7B90">
            <w:r>
              <w:rPr>
                <w:b/>
                <w:color w:val="0D5F78"/>
              </w:rPr>
              <w:t>Semnătura și parafa</w:t>
            </w:r>
          </w:p>
          <w:p w:rsidR="00481869" w:rsidRDefault="00481869" w:rsidP="007D7B90"/>
        </w:tc>
      </w:tr>
    </w:tbl>
    <w:p w:rsidR="00481869" w:rsidRPr="00913191" w:rsidRDefault="00481869">
      <w:pPr>
        <w:spacing w:line="168" w:lineRule="auto"/>
        <w:rPr>
          <w:lang w:val="fr-FR"/>
        </w:rPr>
      </w:pPr>
    </w:p>
    <w:sectPr w:rsidR="00481869" w:rsidRPr="00913191" w:rsidSect="002B61AC">
      <w:headerReference w:type="default" r:id="rId10"/>
      <w:footerReference w:type="default" r:id="rId11"/>
      <w:headerReference w:type="first" r:id="rId12"/>
      <w:pgSz w:w="11906" w:h="16838"/>
      <w:pgMar w:top="567" w:right="1134" w:bottom="454" w:left="1134" w:header="720" w:footer="22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30F" w:rsidRDefault="0062530F">
      <w:r>
        <w:separator/>
      </w:r>
    </w:p>
  </w:endnote>
  <w:endnote w:type="continuationSeparator" w:id="1">
    <w:p w:rsidR="0062530F" w:rsidRDefault="006253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90" w:rsidRDefault="007D7B90">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845644">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845644">
      <w:rPr>
        <w:noProof/>
        <w:color w:val="595959"/>
      </w:rPr>
      <w:t>7</w:t>
    </w:r>
    <w:r>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30F" w:rsidRDefault="0062530F">
      <w:r>
        <w:separator/>
      </w:r>
    </w:p>
  </w:footnote>
  <w:footnote w:type="continuationSeparator" w:id="1">
    <w:p w:rsidR="0062530F" w:rsidRDefault="006253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90" w:rsidRDefault="007D7B90">
    <w:pPr>
      <w:pStyle w:val="Header"/>
    </w:pPr>
    <w:r>
      <w:rPr>
        <w:color w:val="595959"/>
      </w:rPr>
      <w:t>F_A_01 · versiunea 1.0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90" w:rsidRDefault="007D7B90">
    <w:pPr>
      <w:pStyle w:val="Header"/>
      <w:rPr>
        <w:i/>
        <w:iCs/>
        <w:sz w:val="24"/>
        <w:szCs w:val="24"/>
        <w:u w:val="single"/>
        <w:lang w:val="ro-RO"/>
      </w:rPr>
    </w:pPr>
    <w:r w:rsidRPr="002B61AC">
      <w:rPr>
        <w:i/>
        <w:iCs/>
        <w:sz w:val="24"/>
        <w:szCs w:val="24"/>
        <w:u w:val="single"/>
        <w:lang w:val="ro-RO"/>
      </w:rPr>
      <w:t>Anexa nr.2</w:t>
    </w:r>
  </w:p>
  <w:p w:rsidR="007D7B90" w:rsidRPr="002B61AC" w:rsidRDefault="007D7B90">
    <w:pPr>
      <w:pStyle w:val="Header"/>
      <w:rPr>
        <w:i/>
        <w:iCs/>
        <w:sz w:val="24"/>
        <w:szCs w:val="24"/>
        <w:u w:val="single"/>
        <w:lang w:val="ro-RO"/>
      </w:rPr>
    </w:pPr>
    <w:r>
      <w:rPr>
        <w:color w:val="595959"/>
      </w:rPr>
      <w:t>F_A_01 · versiunea 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hdrShapeDefaults>
    <o:shapedefaults v:ext="edit" spidmax="11266"/>
  </w:hdrShapeDefaults>
  <w:footnotePr>
    <w:footnote w:id="0"/>
    <w:footnote w:id="1"/>
  </w:footnotePr>
  <w:endnotePr>
    <w:endnote w:id="0"/>
    <w:endnote w:id="1"/>
  </w:endnotePr>
  <w:compat>
    <w:useFELayout/>
  </w:compat>
  <w:rsids>
    <w:rsidRoot w:val="00B47730"/>
    <w:rsid w:val="00017265"/>
    <w:rsid w:val="00034616"/>
    <w:rsid w:val="0006063C"/>
    <w:rsid w:val="0007047E"/>
    <w:rsid w:val="0015074B"/>
    <w:rsid w:val="001531A5"/>
    <w:rsid w:val="00282D7E"/>
    <w:rsid w:val="0029639D"/>
    <w:rsid w:val="002B61AC"/>
    <w:rsid w:val="002E47B8"/>
    <w:rsid w:val="0031113E"/>
    <w:rsid w:val="00326F90"/>
    <w:rsid w:val="003454F7"/>
    <w:rsid w:val="003C7CA3"/>
    <w:rsid w:val="003F6F31"/>
    <w:rsid w:val="00481869"/>
    <w:rsid w:val="005375AB"/>
    <w:rsid w:val="005B29C5"/>
    <w:rsid w:val="0062530F"/>
    <w:rsid w:val="00646999"/>
    <w:rsid w:val="006C103E"/>
    <w:rsid w:val="007D7B90"/>
    <w:rsid w:val="007E5D45"/>
    <w:rsid w:val="00845644"/>
    <w:rsid w:val="00913191"/>
    <w:rsid w:val="009A35C2"/>
    <w:rsid w:val="009C1A91"/>
    <w:rsid w:val="009E435D"/>
    <w:rsid w:val="00A80531"/>
    <w:rsid w:val="00AA1D8D"/>
    <w:rsid w:val="00B0669A"/>
    <w:rsid w:val="00B47730"/>
    <w:rsid w:val="00B80944"/>
    <w:rsid w:val="00C32AB5"/>
    <w:rsid w:val="00C4131E"/>
    <w:rsid w:val="00C46767"/>
    <w:rsid w:val="00CB0664"/>
    <w:rsid w:val="00CD3FD2"/>
    <w:rsid w:val="00DB3B82"/>
    <w:rsid w:val="00DD0CF2"/>
    <w:rsid w:val="00E56176"/>
    <w:rsid w:val="00E61A6B"/>
    <w:rsid w:val="00E9623F"/>
    <w:rsid w:val="00EC2567"/>
    <w:rsid w:val="00F61A70"/>
    <w:rsid w:val="00F67A63"/>
    <w:rsid w:val="00F97996"/>
    <w:rsid w:val="00FC2F0B"/>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67A63"/>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albestipaleologu.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2429</Words>
  <Characters>13847</Characters>
  <Application>Microsoft Office Word</Application>
  <DocSecurity>0</DocSecurity>
  <Lines>115</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16244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dumitrescu valentin</dc:creator>
  <cp:lastModifiedBy>dumitrescu valentin</cp:lastModifiedBy>
  <cp:revision>7</cp:revision>
  <dcterms:created xsi:type="dcterms:W3CDTF">2026-09-07T05:59:00Z</dcterms:created>
  <dcterms:modified xsi:type="dcterms:W3CDTF">2026-09-09T12:34:00Z</dcterms:modified>
</cp:coreProperties>
</file>